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关于东南大学公共卫生学院推荐2025届免试攻读研究生评选结果的公示</w:t>
      </w:r>
    </w:p>
    <w:p>
      <w:r>
        <w:t>根据《东南大学推荐优秀应届本科毕业生免试攻读研究生工作实施办法（2023年修订）》和《关于做好推荐2025届优秀应届本科毕业生免试攻读研究生工作的通知》文件要求，本着公正、公平、公开和择优录取的原则，经公共卫生学院推荐免试硕士研究生工作专家组和公共卫生学院推荐免试硕士研究生工作领导小组的综合评议，评选17名同学为2025届免试硕士研究生。</w:t>
      </w:r>
    </w:p>
    <w:p>
      <w:r>
        <w:t>东南大学公共卫生学院推荐2025届免试攻读研究生评选结果公示.pdf</w:t>
      </w:r>
    </w:p>
    <w:p>
      <w:r>
        <w:t>现予以公示，公示时间：2024年9月10日-9月13日。</w:t>
      </w:r>
    </w:p>
    <w:p>
      <w:r>
        <w:t>公示期间，对以上人选如有异议，请以书面形式向学院反映。</w:t>
      </w:r>
    </w:p>
    <w:p>
      <w:r>
        <w:t>联系人：周楠</w:t>
      </w:r>
    </w:p>
    <w:p>
      <w:r>
        <w:t>邮箱：sduzhounan@163.com</w:t>
      </w:r>
    </w:p>
    <w:p>
      <w:r>
        <w:t>东南大学公共卫生学院</w:t>
      </w:r>
    </w:p>
    <w:p>
      <w:r>
        <w:t>2024年9月10日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