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推免招生| 2024年全国优秀大学生夏令营活动暨2025级推免生预选拔入选名单的通知（本校生源）</w:t>
      </w:r>
    </w:p>
    <w:p>
      <w:r>
        <w:t>信息科学与工程学院2024年优秀大学生夏令营活动暨2025级推免生预选拔入选名单的通知（本校生源）</w:t>
      </w:r>
    </w:p>
    <w:p>
      <w:r>
        <w:t>各位同学：</w:t>
      </w:r>
    </w:p>
    <w:p>
      <w:r>
        <w:t>经过对各位申报材料的审核，现已初步确定我院2024年优秀大学生夏令营活动暨2025级推免生预选拔入选名单（本校生源）（详见附表）。</w:t>
      </w:r>
    </w:p>
    <w:p>
      <w:r>
        <w:t>现就有关事项通知如下：</w:t>
      </w:r>
    </w:p>
    <w:p>
      <w:r>
        <w:t>一、面试确认</w:t>
      </w:r>
    </w:p>
    <w:p>
      <w:r>
        <w:t>1、请入选者尽快登录报名系统（http://gsas.seu.edu.cn），在系统中点击“确认参加”或“确认不参加”，未在规定时间内进行“确认参加”的，将视为自动放弃（确认截止时间：2024年8月27日上午10:00）。</w:t>
      </w:r>
    </w:p>
    <w:p>
      <w:r>
        <w:t>2、请确认参加面试的同学尽快加入复试QQ群：25保研本校面试858929543（入群后修改为实名）。将在群内实时通知考核要求和其他通知，请务必加群。</w:t>
      </w:r>
    </w:p>
    <w:p>
      <w:r>
        <w:t>二、考核安排</w:t>
      </w:r>
    </w:p>
    <w:p>
      <w:r>
        <w:t>1、面试考核在东南大学九龙湖校区本科教学楼二号楼（J2）的4-5层；</w:t>
      </w:r>
    </w:p>
    <w:p>
      <w:r>
        <w:t>2、考核形式为面试，主要对考生的外语能力、计算机基础、专业基础、综合素质、科研创新/工程实践能力等进行全面考查。</w:t>
      </w:r>
    </w:p>
    <w:p>
      <w:r>
        <w:t>3、面试顺序将于当天公布。</w:t>
      </w:r>
    </w:p>
    <w:p>
      <w:r>
        <w:t>4、考核安排如下：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时间</w:t>
            </w:r>
          </w:p>
        </w:tc>
        <w:tc>
          <w:tcPr>
            <w:tcW w:type="dxa" w:w="2880"/>
          </w:tcPr>
          <w:p>
            <w:r>
              <w:t>考核安排</w:t>
            </w:r>
          </w:p>
        </w:tc>
        <w:tc>
          <w:tcPr>
            <w:tcW w:type="dxa" w:w="2880"/>
          </w:tcPr>
          <w:p>
            <w:r>
              <w:t>备注</w:t>
            </w:r>
          </w:p>
        </w:tc>
      </w:tr>
      <w:tr>
        <w:tc>
          <w:tcPr>
            <w:tcW w:type="dxa" w:w="2880"/>
          </w:tcPr>
          <w:p>
            <w:r>
              <w:t>8月31日（周六）9：00-12：00 13：00-结束</w:t>
            </w:r>
          </w:p>
        </w:tc>
        <w:tc>
          <w:tcPr>
            <w:tcW w:type="dxa" w:w="2880"/>
          </w:tcPr>
          <w:p>
            <w:r>
              <w:t>J2的4楼和5楼所有本校生源</w:t>
            </w:r>
          </w:p>
        </w:tc>
        <w:tc>
          <w:tcPr>
            <w:tcW w:type="dxa" w:w="2880"/>
          </w:tcPr>
          <w:p>
            <w:r>
              <w:t>请提前准备：1-2分钟口头自我介绍（中文）请同学们自带简历（7份）</w:t>
            </w:r>
          </w:p>
        </w:tc>
      </w:tr>
    </w:tbl>
    <w:p>
      <w:r>
        <w:t>三、信息学院学院研究生招生联系方式</w:t>
      </w:r>
    </w:p>
    <w:p>
      <w:r>
        <w:t>咨询电话：025-83791291王老师（工作日9:00-11:30,13:30-17:00。也可以通过QQ群建立临时对话）</w:t>
      </w:r>
    </w:p>
    <w:p>
      <w:r>
        <w:t>咨询邮箱：wangyuan_seu@126.com</w:t>
      </w:r>
    </w:p>
    <w:p>
      <w:r>
        <w:t>四、其他未尽事宜，请参见学校通知。</w:t>
      </w:r>
    </w:p>
    <w:p>
      <w:r>
        <w:t>附：入选者名单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报名号</w:t>
            </w:r>
          </w:p>
        </w:tc>
        <w:tc>
          <w:tcPr>
            <w:tcW w:type="dxa" w:w="4320"/>
          </w:tcPr>
          <w:p>
            <w:r>
              <w:t>姓名</w:t>
            </w:r>
          </w:p>
        </w:tc>
      </w:tr>
      <w:tr>
        <w:tc>
          <w:tcPr>
            <w:tcW w:type="dxa" w:w="4320"/>
          </w:tcPr>
          <w:p>
            <w:r>
              <w:t>20252200356</w:t>
            </w:r>
          </w:p>
        </w:tc>
        <w:tc>
          <w:tcPr>
            <w:tcW w:type="dxa" w:w="4320"/>
          </w:tcPr>
          <w:p>
            <w:r>
              <w:t>龚凡准</w:t>
            </w:r>
          </w:p>
        </w:tc>
      </w:tr>
      <w:tr>
        <w:tc>
          <w:tcPr>
            <w:tcW w:type="dxa" w:w="4320"/>
          </w:tcPr>
          <w:p>
            <w:r>
              <w:t>20252200681</w:t>
            </w:r>
          </w:p>
        </w:tc>
        <w:tc>
          <w:tcPr>
            <w:tcW w:type="dxa" w:w="4320"/>
          </w:tcPr>
          <w:p>
            <w:r>
              <w:t>陈麒丞</w:t>
            </w:r>
          </w:p>
        </w:tc>
      </w:tr>
      <w:tr>
        <w:tc>
          <w:tcPr>
            <w:tcW w:type="dxa" w:w="4320"/>
          </w:tcPr>
          <w:p>
            <w:r>
              <w:t>20252201762</w:t>
            </w:r>
          </w:p>
        </w:tc>
        <w:tc>
          <w:tcPr>
            <w:tcW w:type="dxa" w:w="4320"/>
          </w:tcPr>
          <w:p>
            <w:r>
              <w:t>高天钾</w:t>
            </w:r>
          </w:p>
        </w:tc>
      </w:tr>
      <w:tr>
        <w:tc>
          <w:tcPr>
            <w:tcW w:type="dxa" w:w="4320"/>
          </w:tcPr>
          <w:p>
            <w:r>
              <w:t>20252202590</w:t>
            </w:r>
          </w:p>
        </w:tc>
        <w:tc>
          <w:tcPr>
            <w:tcW w:type="dxa" w:w="4320"/>
          </w:tcPr>
          <w:p>
            <w:r>
              <w:t>王仔阳</w:t>
            </w:r>
          </w:p>
        </w:tc>
      </w:tr>
      <w:tr>
        <w:tc>
          <w:tcPr>
            <w:tcW w:type="dxa" w:w="4320"/>
          </w:tcPr>
          <w:p>
            <w:r>
              <w:t>20252203379</w:t>
            </w:r>
          </w:p>
        </w:tc>
        <w:tc>
          <w:tcPr>
            <w:tcW w:type="dxa" w:w="4320"/>
          </w:tcPr>
          <w:p>
            <w:r>
              <w:t>杨承烨</w:t>
            </w:r>
          </w:p>
        </w:tc>
      </w:tr>
      <w:tr>
        <w:tc>
          <w:tcPr>
            <w:tcW w:type="dxa" w:w="4320"/>
          </w:tcPr>
          <w:p>
            <w:r>
              <w:t>20252203790</w:t>
            </w:r>
          </w:p>
        </w:tc>
        <w:tc>
          <w:tcPr>
            <w:tcW w:type="dxa" w:w="4320"/>
          </w:tcPr>
          <w:p>
            <w:r>
              <w:t>张敬源</w:t>
            </w:r>
          </w:p>
        </w:tc>
      </w:tr>
      <w:tr>
        <w:tc>
          <w:tcPr>
            <w:tcW w:type="dxa" w:w="4320"/>
          </w:tcPr>
          <w:p>
            <w:r>
              <w:t>20252205494</w:t>
            </w:r>
          </w:p>
        </w:tc>
        <w:tc>
          <w:tcPr>
            <w:tcW w:type="dxa" w:w="4320"/>
          </w:tcPr>
          <w:p>
            <w:r>
              <w:t>钟敏杰</w:t>
            </w:r>
          </w:p>
        </w:tc>
      </w:tr>
      <w:tr>
        <w:tc>
          <w:tcPr>
            <w:tcW w:type="dxa" w:w="4320"/>
          </w:tcPr>
          <w:p>
            <w:r>
              <w:t>20252206699</w:t>
            </w:r>
          </w:p>
        </w:tc>
        <w:tc>
          <w:tcPr>
            <w:tcW w:type="dxa" w:w="4320"/>
          </w:tcPr>
          <w:p>
            <w:r>
              <w:t>王茜</w:t>
            </w:r>
          </w:p>
        </w:tc>
      </w:tr>
      <w:tr>
        <w:tc>
          <w:tcPr>
            <w:tcW w:type="dxa" w:w="4320"/>
          </w:tcPr>
          <w:p>
            <w:r>
              <w:t>20252206892</w:t>
            </w:r>
          </w:p>
        </w:tc>
        <w:tc>
          <w:tcPr>
            <w:tcW w:type="dxa" w:w="4320"/>
          </w:tcPr>
          <w:p>
            <w:r>
              <w:t>曾佳明</w:t>
            </w:r>
          </w:p>
        </w:tc>
      </w:tr>
      <w:tr>
        <w:tc>
          <w:tcPr>
            <w:tcW w:type="dxa" w:w="4320"/>
          </w:tcPr>
          <w:p>
            <w:r>
              <w:t>20252206948</w:t>
            </w:r>
          </w:p>
        </w:tc>
        <w:tc>
          <w:tcPr>
            <w:tcW w:type="dxa" w:w="4320"/>
          </w:tcPr>
          <w:p>
            <w:r>
              <w:t>朱皓璞</w:t>
            </w:r>
          </w:p>
        </w:tc>
      </w:tr>
      <w:tr>
        <w:tc>
          <w:tcPr>
            <w:tcW w:type="dxa" w:w="4320"/>
          </w:tcPr>
          <w:p>
            <w:r>
              <w:t>20252207044</w:t>
            </w:r>
          </w:p>
        </w:tc>
        <w:tc>
          <w:tcPr>
            <w:tcW w:type="dxa" w:w="4320"/>
          </w:tcPr>
          <w:p>
            <w:r>
              <w:t>丁智洲</w:t>
            </w:r>
          </w:p>
        </w:tc>
      </w:tr>
      <w:tr>
        <w:tc>
          <w:tcPr>
            <w:tcW w:type="dxa" w:w="4320"/>
          </w:tcPr>
          <w:p>
            <w:r>
              <w:t>20252207336</w:t>
            </w:r>
          </w:p>
        </w:tc>
        <w:tc>
          <w:tcPr>
            <w:tcW w:type="dxa" w:w="4320"/>
          </w:tcPr>
          <w:p>
            <w:r>
              <w:t>曹北辰</w:t>
            </w:r>
          </w:p>
        </w:tc>
      </w:tr>
      <w:tr>
        <w:tc>
          <w:tcPr>
            <w:tcW w:type="dxa" w:w="4320"/>
          </w:tcPr>
          <w:p>
            <w:r>
              <w:t>20252207521</w:t>
            </w:r>
          </w:p>
        </w:tc>
        <w:tc>
          <w:tcPr>
            <w:tcW w:type="dxa" w:w="4320"/>
          </w:tcPr>
          <w:p>
            <w:r>
              <w:t>刘恩程</w:t>
            </w:r>
          </w:p>
        </w:tc>
      </w:tr>
      <w:tr>
        <w:tc>
          <w:tcPr>
            <w:tcW w:type="dxa" w:w="4320"/>
          </w:tcPr>
          <w:p>
            <w:r>
              <w:t>20252207534</w:t>
            </w:r>
          </w:p>
        </w:tc>
        <w:tc>
          <w:tcPr>
            <w:tcW w:type="dxa" w:w="4320"/>
          </w:tcPr>
          <w:p>
            <w:r>
              <w:t>闫翔宇</w:t>
            </w:r>
          </w:p>
        </w:tc>
      </w:tr>
      <w:tr>
        <w:tc>
          <w:tcPr>
            <w:tcW w:type="dxa" w:w="4320"/>
          </w:tcPr>
          <w:p>
            <w:r>
              <w:t>20252208296</w:t>
            </w:r>
          </w:p>
        </w:tc>
        <w:tc>
          <w:tcPr>
            <w:tcW w:type="dxa" w:w="4320"/>
          </w:tcPr>
          <w:p>
            <w:r>
              <w:t>罗茂文</w:t>
            </w:r>
          </w:p>
        </w:tc>
      </w:tr>
      <w:tr>
        <w:tc>
          <w:tcPr>
            <w:tcW w:type="dxa" w:w="4320"/>
          </w:tcPr>
          <w:p>
            <w:r>
              <w:t>20252208577</w:t>
            </w:r>
          </w:p>
        </w:tc>
        <w:tc>
          <w:tcPr>
            <w:tcW w:type="dxa" w:w="4320"/>
          </w:tcPr>
          <w:p>
            <w:r>
              <w:t>晏梓洋</w:t>
            </w:r>
          </w:p>
        </w:tc>
      </w:tr>
      <w:tr>
        <w:tc>
          <w:tcPr>
            <w:tcW w:type="dxa" w:w="4320"/>
          </w:tcPr>
          <w:p>
            <w:r>
              <w:t>20252208578</w:t>
            </w:r>
          </w:p>
        </w:tc>
        <w:tc>
          <w:tcPr>
            <w:tcW w:type="dxa" w:w="4320"/>
          </w:tcPr>
          <w:p>
            <w:r>
              <w:t>上官嘉齐</w:t>
            </w:r>
          </w:p>
        </w:tc>
      </w:tr>
      <w:tr>
        <w:tc>
          <w:tcPr>
            <w:tcW w:type="dxa" w:w="4320"/>
          </w:tcPr>
          <w:p>
            <w:r>
              <w:t>20252208579</w:t>
            </w:r>
          </w:p>
        </w:tc>
        <w:tc>
          <w:tcPr>
            <w:tcW w:type="dxa" w:w="4320"/>
          </w:tcPr>
          <w:p>
            <w:r>
              <w:t>陆茗轶</w:t>
            </w:r>
          </w:p>
        </w:tc>
      </w:tr>
      <w:tr>
        <w:tc>
          <w:tcPr>
            <w:tcW w:type="dxa" w:w="4320"/>
          </w:tcPr>
          <w:p>
            <w:r>
              <w:t>20252208600</w:t>
            </w:r>
          </w:p>
        </w:tc>
        <w:tc>
          <w:tcPr>
            <w:tcW w:type="dxa" w:w="4320"/>
          </w:tcPr>
          <w:p>
            <w:r>
              <w:t>徐泽野</w:t>
            </w:r>
          </w:p>
        </w:tc>
      </w:tr>
      <w:tr>
        <w:tc>
          <w:tcPr>
            <w:tcW w:type="dxa" w:w="4320"/>
          </w:tcPr>
          <w:p>
            <w:r>
              <w:t>20252208607</w:t>
            </w:r>
          </w:p>
        </w:tc>
        <w:tc>
          <w:tcPr>
            <w:tcW w:type="dxa" w:w="4320"/>
          </w:tcPr>
          <w:p>
            <w:r>
              <w:t>魏双全</w:t>
            </w:r>
          </w:p>
        </w:tc>
      </w:tr>
      <w:tr>
        <w:tc>
          <w:tcPr>
            <w:tcW w:type="dxa" w:w="4320"/>
          </w:tcPr>
          <w:p>
            <w:r>
              <w:t>20252208615</w:t>
            </w:r>
          </w:p>
        </w:tc>
        <w:tc>
          <w:tcPr>
            <w:tcW w:type="dxa" w:w="4320"/>
          </w:tcPr>
          <w:p>
            <w:r>
              <w:t>刘依笑</w:t>
            </w:r>
          </w:p>
        </w:tc>
      </w:tr>
      <w:tr>
        <w:tc>
          <w:tcPr>
            <w:tcW w:type="dxa" w:w="4320"/>
          </w:tcPr>
          <w:p>
            <w:r>
              <w:t>20252208623</w:t>
            </w:r>
          </w:p>
        </w:tc>
        <w:tc>
          <w:tcPr>
            <w:tcW w:type="dxa" w:w="4320"/>
          </w:tcPr>
          <w:p>
            <w:r>
              <w:t>黎元方</w:t>
            </w:r>
          </w:p>
        </w:tc>
      </w:tr>
      <w:tr>
        <w:tc>
          <w:tcPr>
            <w:tcW w:type="dxa" w:w="4320"/>
          </w:tcPr>
          <w:p>
            <w:r>
              <w:t>20252208625</w:t>
            </w:r>
          </w:p>
        </w:tc>
        <w:tc>
          <w:tcPr>
            <w:tcW w:type="dxa" w:w="4320"/>
          </w:tcPr>
          <w:p>
            <w:r>
              <w:t>孔鹏飞</w:t>
            </w:r>
          </w:p>
        </w:tc>
      </w:tr>
      <w:tr>
        <w:tc>
          <w:tcPr>
            <w:tcW w:type="dxa" w:w="4320"/>
          </w:tcPr>
          <w:p>
            <w:r>
              <w:t>20252208655</w:t>
            </w:r>
          </w:p>
        </w:tc>
        <w:tc>
          <w:tcPr>
            <w:tcW w:type="dxa" w:w="4320"/>
          </w:tcPr>
          <w:p>
            <w:r>
              <w:t>陈昊宇</w:t>
            </w:r>
          </w:p>
        </w:tc>
      </w:tr>
      <w:tr>
        <w:tc>
          <w:tcPr>
            <w:tcW w:type="dxa" w:w="4320"/>
          </w:tcPr>
          <w:p>
            <w:r>
              <w:t>20252208674</w:t>
            </w:r>
          </w:p>
        </w:tc>
        <w:tc>
          <w:tcPr>
            <w:tcW w:type="dxa" w:w="4320"/>
          </w:tcPr>
          <w:p>
            <w:r>
              <w:t>田浩宇</w:t>
            </w:r>
          </w:p>
        </w:tc>
      </w:tr>
      <w:tr>
        <w:tc>
          <w:tcPr>
            <w:tcW w:type="dxa" w:w="4320"/>
          </w:tcPr>
          <w:p>
            <w:r>
              <w:t>20252208685</w:t>
            </w:r>
          </w:p>
        </w:tc>
        <w:tc>
          <w:tcPr>
            <w:tcW w:type="dxa" w:w="4320"/>
          </w:tcPr>
          <w:p>
            <w:r>
              <w:t>马烨</w:t>
            </w:r>
          </w:p>
        </w:tc>
      </w:tr>
      <w:tr>
        <w:tc>
          <w:tcPr>
            <w:tcW w:type="dxa" w:w="4320"/>
          </w:tcPr>
          <w:p>
            <w:r>
              <w:t>20252208692</w:t>
            </w:r>
          </w:p>
        </w:tc>
        <w:tc>
          <w:tcPr>
            <w:tcW w:type="dxa" w:w="4320"/>
          </w:tcPr>
          <w:p>
            <w:r>
              <w:t>张奕玮</w:t>
            </w:r>
          </w:p>
        </w:tc>
      </w:tr>
      <w:tr>
        <w:tc>
          <w:tcPr>
            <w:tcW w:type="dxa" w:w="4320"/>
          </w:tcPr>
          <w:p>
            <w:r>
              <w:t>20252208701</w:t>
            </w:r>
          </w:p>
        </w:tc>
        <w:tc>
          <w:tcPr>
            <w:tcW w:type="dxa" w:w="4320"/>
          </w:tcPr>
          <w:p>
            <w:r>
              <w:t>彭煜程</w:t>
            </w:r>
          </w:p>
        </w:tc>
      </w:tr>
      <w:tr>
        <w:tc>
          <w:tcPr>
            <w:tcW w:type="dxa" w:w="4320"/>
          </w:tcPr>
          <w:p>
            <w:r>
              <w:t>20252208712</w:t>
            </w:r>
          </w:p>
        </w:tc>
        <w:tc>
          <w:tcPr>
            <w:tcW w:type="dxa" w:w="4320"/>
          </w:tcPr>
          <w:p>
            <w:r>
              <w:t>罗佳磊</w:t>
            </w:r>
          </w:p>
        </w:tc>
      </w:tr>
      <w:tr>
        <w:tc>
          <w:tcPr>
            <w:tcW w:type="dxa" w:w="4320"/>
          </w:tcPr>
          <w:p>
            <w:r>
              <w:t>20252208732</w:t>
            </w:r>
          </w:p>
        </w:tc>
        <w:tc>
          <w:tcPr>
            <w:tcW w:type="dxa" w:w="4320"/>
          </w:tcPr>
          <w:p>
            <w:r>
              <w:t>朱纯沣</w:t>
            </w:r>
          </w:p>
        </w:tc>
      </w:tr>
      <w:tr>
        <w:tc>
          <w:tcPr>
            <w:tcW w:type="dxa" w:w="4320"/>
          </w:tcPr>
          <w:p>
            <w:r>
              <w:t>20252208739</w:t>
            </w:r>
          </w:p>
        </w:tc>
        <w:tc>
          <w:tcPr>
            <w:tcW w:type="dxa" w:w="4320"/>
          </w:tcPr>
          <w:p>
            <w:r>
              <w:t>薛斐</w:t>
            </w:r>
          </w:p>
        </w:tc>
      </w:tr>
      <w:tr>
        <w:tc>
          <w:tcPr>
            <w:tcW w:type="dxa" w:w="4320"/>
          </w:tcPr>
          <w:p>
            <w:r>
              <w:t>20252208744</w:t>
            </w:r>
          </w:p>
        </w:tc>
        <w:tc>
          <w:tcPr>
            <w:tcW w:type="dxa" w:w="4320"/>
          </w:tcPr>
          <w:p>
            <w:r>
              <w:t>杜寒曦</w:t>
            </w:r>
          </w:p>
        </w:tc>
      </w:tr>
      <w:tr>
        <w:tc>
          <w:tcPr>
            <w:tcW w:type="dxa" w:w="4320"/>
          </w:tcPr>
          <w:p>
            <w:r>
              <w:t>20252208775</w:t>
            </w:r>
          </w:p>
        </w:tc>
        <w:tc>
          <w:tcPr>
            <w:tcW w:type="dxa" w:w="4320"/>
          </w:tcPr>
          <w:p>
            <w:r>
              <w:t>齐冠燊</w:t>
            </w:r>
          </w:p>
        </w:tc>
      </w:tr>
      <w:tr>
        <w:tc>
          <w:tcPr>
            <w:tcW w:type="dxa" w:w="4320"/>
          </w:tcPr>
          <w:p>
            <w:r>
              <w:t>20252208786</w:t>
            </w:r>
          </w:p>
        </w:tc>
        <w:tc>
          <w:tcPr>
            <w:tcW w:type="dxa" w:w="4320"/>
          </w:tcPr>
          <w:p>
            <w:r>
              <w:t>潘欣芃</w:t>
            </w:r>
          </w:p>
        </w:tc>
      </w:tr>
      <w:tr>
        <w:tc>
          <w:tcPr>
            <w:tcW w:type="dxa" w:w="4320"/>
          </w:tcPr>
          <w:p>
            <w:r>
              <w:t>20252208792</w:t>
            </w:r>
          </w:p>
        </w:tc>
        <w:tc>
          <w:tcPr>
            <w:tcW w:type="dxa" w:w="4320"/>
          </w:tcPr>
          <w:p>
            <w:r>
              <w:t>李永薪</w:t>
            </w:r>
          </w:p>
        </w:tc>
      </w:tr>
      <w:tr>
        <w:tc>
          <w:tcPr>
            <w:tcW w:type="dxa" w:w="4320"/>
          </w:tcPr>
          <w:p>
            <w:r>
              <w:t>20252208804</w:t>
            </w:r>
          </w:p>
        </w:tc>
        <w:tc>
          <w:tcPr>
            <w:tcW w:type="dxa" w:w="4320"/>
          </w:tcPr>
          <w:p>
            <w:r>
              <w:t>程心瑶</w:t>
            </w:r>
          </w:p>
        </w:tc>
      </w:tr>
      <w:tr>
        <w:tc>
          <w:tcPr>
            <w:tcW w:type="dxa" w:w="4320"/>
          </w:tcPr>
          <w:p>
            <w:r>
              <w:t>20252208808</w:t>
            </w:r>
          </w:p>
        </w:tc>
        <w:tc>
          <w:tcPr>
            <w:tcW w:type="dxa" w:w="4320"/>
          </w:tcPr>
          <w:p>
            <w:r>
              <w:t>秦一为</w:t>
            </w:r>
          </w:p>
        </w:tc>
      </w:tr>
      <w:tr>
        <w:tc>
          <w:tcPr>
            <w:tcW w:type="dxa" w:w="4320"/>
          </w:tcPr>
          <w:p>
            <w:r>
              <w:t>20252208835</w:t>
            </w:r>
          </w:p>
        </w:tc>
        <w:tc>
          <w:tcPr>
            <w:tcW w:type="dxa" w:w="4320"/>
          </w:tcPr>
          <w:p>
            <w:r>
              <w:t>陈宁杰</w:t>
            </w:r>
          </w:p>
        </w:tc>
      </w:tr>
      <w:tr>
        <w:tc>
          <w:tcPr>
            <w:tcW w:type="dxa" w:w="4320"/>
          </w:tcPr>
          <w:p>
            <w:r>
              <w:t>20252208838</w:t>
            </w:r>
          </w:p>
        </w:tc>
        <w:tc>
          <w:tcPr>
            <w:tcW w:type="dxa" w:w="4320"/>
          </w:tcPr>
          <w:p>
            <w:r>
              <w:t>白锦东</w:t>
            </w:r>
          </w:p>
        </w:tc>
      </w:tr>
      <w:tr>
        <w:tc>
          <w:tcPr>
            <w:tcW w:type="dxa" w:w="4320"/>
          </w:tcPr>
          <w:p>
            <w:r>
              <w:t>20252208851</w:t>
            </w:r>
          </w:p>
        </w:tc>
        <w:tc>
          <w:tcPr>
            <w:tcW w:type="dxa" w:w="4320"/>
          </w:tcPr>
          <w:p>
            <w:r>
              <w:t>胡俊伟</w:t>
            </w:r>
          </w:p>
        </w:tc>
      </w:tr>
      <w:tr>
        <w:tc>
          <w:tcPr>
            <w:tcW w:type="dxa" w:w="4320"/>
          </w:tcPr>
          <w:p>
            <w:r>
              <w:t>20252208889</w:t>
            </w:r>
          </w:p>
        </w:tc>
        <w:tc>
          <w:tcPr>
            <w:tcW w:type="dxa" w:w="4320"/>
          </w:tcPr>
          <w:p>
            <w:r>
              <w:t>杨雨青</w:t>
            </w:r>
          </w:p>
        </w:tc>
      </w:tr>
      <w:tr>
        <w:tc>
          <w:tcPr>
            <w:tcW w:type="dxa" w:w="4320"/>
          </w:tcPr>
          <w:p>
            <w:r>
              <w:t>20252208928</w:t>
            </w:r>
          </w:p>
        </w:tc>
        <w:tc>
          <w:tcPr>
            <w:tcW w:type="dxa" w:w="4320"/>
          </w:tcPr>
          <w:p>
            <w:r>
              <w:t>尚凌宇</w:t>
            </w:r>
          </w:p>
        </w:tc>
      </w:tr>
      <w:tr>
        <w:tc>
          <w:tcPr>
            <w:tcW w:type="dxa" w:w="4320"/>
          </w:tcPr>
          <w:p>
            <w:r>
              <w:t>20252208941</w:t>
            </w:r>
          </w:p>
        </w:tc>
        <w:tc>
          <w:tcPr>
            <w:tcW w:type="dxa" w:w="4320"/>
          </w:tcPr>
          <w:p>
            <w:r>
              <w:t>吴佳泽</w:t>
            </w:r>
          </w:p>
        </w:tc>
      </w:tr>
      <w:tr>
        <w:tc>
          <w:tcPr>
            <w:tcW w:type="dxa" w:w="4320"/>
          </w:tcPr>
          <w:p>
            <w:r>
              <w:t>20252208968</w:t>
            </w:r>
          </w:p>
        </w:tc>
        <w:tc>
          <w:tcPr>
            <w:tcW w:type="dxa" w:w="4320"/>
          </w:tcPr>
          <w:p>
            <w:r>
              <w:t>徐铁航</w:t>
            </w:r>
          </w:p>
        </w:tc>
      </w:tr>
      <w:tr>
        <w:tc>
          <w:tcPr>
            <w:tcW w:type="dxa" w:w="4320"/>
          </w:tcPr>
          <w:p>
            <w:r>
              <w:t>20252209021</w:t>
            </w:r>
          </w:p>
        </w:tc>
        <w:tc>
          <w:tcPr>
            <w:tcW w:type="dxa" w:w="4320"/>
          </w:tcPr>
          <w:p>
            <w:r>
              <w:t>刘礼诚</w:t>
            </w:r>
          </w:p>
        </w:tc>
      </w:tr>
      <w:tr>
        <w:tc>
          <w:tcPr>
            <w:tcW w:type="dxa" w:w="4320"/>
          </w:tcPr>
          <w:p>
            <w:r>
              <w:t>20252209042</w:t>
            </w:r>
          </w:p>
        </w:tc>
        <w:tc>
          <w:tcPr>
            <w:tcW w:type="dxa" w:w="4320"/>
          </w:tcPr>
          <w:p>
            <w:r>
              <w:t>王文浩</w:t>
            </w:r>
          </w:p>
        </w:tc>
      </w:tr>
      <w:tr>
        <w:tc>
          <w:tcPr>
            <w:tcW w:type="dxa" w:w="4320"/>
          </w:tcPr>
          <w:p>
            <w:r>
              <w:t>20252209072</w:t>
            </w:r>
          </w:p>
        </w:tc>
        <w:tc>
          <w:tcPr>
            <w:tcW w:type="dxa" w:w="4320"/>
          </w:tcPr>
          <w:p>
            <w:r>
              <w:t>赵克战</w:t>
            </w:r>
          </w:p>
        </w:tc>
      </w:tr>
      <w:tr>
        <w:tc>
          <w:tcPr>
            <w:tcW w:type="dxa" w:w="4320"/>
          </w:tcPr>
          <w:p>
            <w:r>
              <w:t>20252209113</w:t>
            </w:r>
          </w:p>
        </w:tc>
        <w:tc>
          <w:tcPr>
            <w:tcW w:type="dxa" w:w="4320"/>
          </w:tcPr>
          <w:p>
            <w:r>
              <w:t>吴宇轩</w:t>
            </w:r>
          </w:p>
        </w:tc>
      </w:tr>
      <w:tr>
        <w:tc>
          <w:tcPr>
            <w:tcW w:type="dxa" w:w="4320"/>
          </w:tcPr>
          <w:p>
            <w:r>
              <w:t>20252209114</w:t>
            </w:r>
          </w:p>
        </w:tc>
        <w:tc>
          <w:tcPr>
            <w:tcW w:type="dxa" w:w="4320"/>
          </w:tcPr>
          <w:p>
            <w:r>
              <w:t>王宏阳</w:t>
            </w:r>
          </w:p>
        </w:tc>
      </w:tr>
      <w:tr>
        <w:tc>
          <w:tcPr>
            <w:tcW w:type="dxa" w:w="4320"/>
          </w:tcPr>
          <w:p>
            <w:r>
              <w:t>20252209209</w:t>
            </w:r>
          </w:p>
        </w:tc>
        <w:tc>
          <w:tcPr>
            <w:tcW w:type="dxa" w:w="4320"/>
          </w:tcPr>
          <w:p>
            <w:r>
              <w:t>陈岷禾</w:t>
            </w:r>
          </w:p>
        </w:tc>
      </w:tr>
      <w:tr>
        <w:tc>
          <w:tcPr>
            <w:tcW w:type="dxa" w:w="4320"/>
          </w:tcPr>
          <w:p>
            <w:r>
              <w:t>20252209225</w:t>
            </w:r>
          </w:p>
        </w:tc>
        <w:tc>
          <w:tcPr>
            <w:tcW w:type="dxa" w:w="4320"/>
          </w:tcPr>
          <w:p>
            <w:r>
              <w:t>李胡</w:t>
            </w:r>
          </w:p>
        </w:tc>
      </w:tr>
      <w:tr>
        <w:tc>
          <w:tcPr>
            <w:tcW w:type="dxa" w:w="4320"/>
          </w:tcPr>
          <w:p>
            <w:r>
              <w:t>20252209256</w:t>
            </w:r>
          </w:p>
        </w:tc>
        <w:tc>
          <w:tcPr>
            <w:tcW w:type="dxa" w:w="4320"/>
          </w:tcPr>
          <w:p>
            <w:r>
              <w:t>李房值</w:t>
            </w:r>
          </w:p>
        </w:tc>
      </w:tr>
      <w:tr>
        <w:tc>
          <w:tcPr>
            <w:tcW w:type="dxa" w:w="4320"/>
          </w:tcPr>
          <w:p>
            <w:r>
              <w:t>20252209278</w:t>
            </w:r>
          </w:p>
        </w:tc>
        <w:tc>
          <w:tcPr>
            <w:tcW w:type="dxa" w:w="4320"/>
          </w:tcPr>
          <w:p>
            <w:r>
              <w:t>张欣竹</w:t>
            </w:r>
          </w:p>
        </w:tc>
      </w:tr>
      <w:tr>
        <w:tc>
          <w:tcPr>
            <w:tcW w:type="dxa" w:w="4320"/>
          </w:tcPr>
          <w:p>
            <w:r>
              <w:t>20252209279</w:t>
            </w:r>
          </w:p>
        </w:tc>
        <w:tc>
          <w:tcPr>
            <w:tcW w:type="dxa" w:w="4320"/>
          </w:tcPr>
          <w:p>
            <w:r>
              <w:t>殷庆春</w:t>
            </w:r>
          </w:p>
        </w:tc>
      </w:tr>
      <w:tr>
        <w:tc>
          <w:tcPr>
            <w:tcW w:type="dxa" w:w="4320"/>
          </w:tcPr>
          <w:p>
            <w:r>
              <w:t>20252209300</w:t>
            </w:r>
          </w:p>
        </w:tc>
        <w:tc>
          <w:tcPr>
            <w:tcW w:type="dxa" w:w="4320"/>
          </w:tcPr>
          <w:p>
            <w:r>
              <w:t>张世轩</w:t>
            </w:r>
          </w:p>
        </w:tc>
      </w:tr>
      <w:tr>
        <w:tc>
          <w:tcPr>
            <w:tcW w:type="dxa" w:w="4320"/>
          </w:tcPr>
          <w:p>
            <w:r>
              <w:t>20252209325</w:t>
            </w:r>
          </w:p>
        </w:tc>
        <w:tc>
          <w:tcPr>
            <w:tcW w:type="dxa" w:w="4320"/>
          </w:tcPr>
          <w:p>
            <w:r>
              <w:t>杨今朝</w:t>
            </w:r>
          </w:p>
        </w:tc>
      </w:tr>
      <w:tr>
        <w:tc>
          <w:tcPr>
            <w:tcW w:type="dxa" w:w="4320"/>
          </w:tcPr>
          <w:p>
            <w:r>
              <w:t>20252209348</w:t>
            </w:r>
          </w:p>
        </w:tc>
        <w:tc>
          <w:tcPr>
            <w:tcW w:type="dxa" w:w="4320"/>
          </w:tcPr>
          <w:p>
            <w:r>
              <w:t>郑子洲</w:t>
            </w:r>
          </w:p>
        </w:tc>
      </w:tr>
      <w:tr>
        <w:tc>
          <w:tcPr>
            <w:tcW w:type="dxa" w:w="4320"/>
          </w:tcPr>
          <w:p>
            <w:r>
              <w:t>20252209360</w:t>
            </w:r>
          </w:p>
        </w:tc>
        <w:tc>
          <w:tcPr>
            <w:tcW w:type="dxa" w:w="4320"/>
          </w:tcPr>
          <w:p>
            <w:r>
              <w:t>李弈白</w:t>
            </w:r>
          </w:p>
        </w:tc>
      </w:tr>
      <w:tr>
        <w:tc>
          <w:tcPr>
            <w:tcW w:type="dxa" w:w="4320"/>
          </w:tcPr>
          <w:p>
            <w:r>
              <w:t>20252209365</w:t>
            </w:r>
          </w:p>
        </w:tc>
        <w:tc>
          <w:tcPr>
            <w:tcW w:type="dxa" w:w="4320"/>
          </w:tcPr>
          <w:p>
            <w:r>
              <w:t>龙艺文</w:t>
            </w:r>
          </w:p>
        </w:tc>
      </w:tr>
      <w:tr>
        <w:tc>
          <w:tcPr>
            <w:tcW w:type="dxa" w:w="4320"/>
          </w:tcPr>
          <w:p>
            <w:r>
              <w:t>20252209369</w:t>
            </w:r>
          </w:p>
        </w:tc>
        <w:tc>
          <w:tcPr>
            <w:tcW w:type="dxa" w:w="4320"/>
          </w:tcPr>
          <w:p>
            <w:r>
              <w:t>任秋实</w:t>
            </w:r>
          </w:p>
        </w:tc>
      </w:tr>
      <w:tr>
        <w:tc>
          <w:tcPr>
            <w:tcW w:type="dxa" w:w="4320"/>
          </w:tcPr>
          <w:p>
            <w:r>
              <w:t>20252209408</w:t>
            </w:r>
          </w:p>
        </w:tc>
        <w:tc>
          <w:tcPr>
            <w:tcW w:type="dxa" w:w="4320"/>
          </w:tcPr>
          <w:p>
            <w:r>
              <w:t>侯彦甫</w:t>
            </w:r>
          </w:p>
        </w:tc>
      </w:tr>
      <w:tr>
        <w:tc>
          <w:tcPr>
            <w:tcW w:type="dxa" w:w="4320"/>
          </w:tcPr>
          <w:p>
            <w:r>
              <w:t>20252209496</w:t>
            </w:r>
          </w:p>
        </w:tc>
        <w:tc>
          <w:tcPr>
            <w:tcW w:type="dxa" w:w="4320"/>
          </w:tcPr>
          <w:p>
            <w:r>
              <w:t>马晟凯</w:t>
            </w:r>
          </w:p>
        </w:tc>
      </w:tr>
      <w:tr>
        <w:tc>
          <w:tcPr>
            <w:tcW w:type="dxa" w:w="4320"/>
          </w:tcPr>
          <w:p>
            <w:r>
              <w:t>20252209504</w:t>
            </w:r>
          </w:p>
        </w:tc>
        <w:tc>
          <w:tcPr>
            <w:tcW w:type="dxa" w:w="4320"/>
          </w:tcPr>
          <w:p>
            <w:r>
              <w:t>邱天</w:t>
            </w:r>
          </w:p>
        </w:tc>
      </w:tr>
      <w:tr>
        <w:tc>
          <w:tcPr>
            <w:tcW w:type="dxa" w:w="4320"/>
          </w:tcPr>
          <w:p>
            <w:r>
              <w:t>20252209540</w:t>
            </w:r>
          </w:p>
        </w:tc>
        <w:tc>
          <w:tcPr>
            <w:tcW w:type="dxa" w:w="4320"/>
          </w:tcPr>
          <w:p>
            <w:r>
              <w:t>陈孝钰</w:t>
            </w:r>
          </w:p>
        </w:tc>
      </w:tr>
      <w:tr>
        <w:tc>
          <w:tcPr>
            <w:tcW w:type="dxa" w:w="4320"/>
          </w:tcPr>
          <w:p>
            <w:r>
              <w:t>20252209551</w:t>
            </w:r>
          </w:p>
        </w:tc>
        <w:tc>
          <w:tcPr>
            <w:tcW w:type="dxa" w:w="4320"/>
          </w:tcPr>
          <w:p>
            <w:r>
              <w:t>吴竞择</w:t>
            </w:r>
          </w:p>
        </w:tc>
      </w:tr>
      <w:tr>
        <w:tc>
          <w:tcPr>
            <w:tcW w:type="dxa" w:w="4320"/>
          </w:tcPr>
          <w:p>
            <w:r>
              <w:t>20252209553</w:t>
            </w:r>
          </w:p>
        </w:tc>
        <w:tc>
          <w:tcPr>
            <w:tcW w:type="dxa" w:w="4320"/>
          </w:tcPr>
          <w:p>
            <w:r>
              <w:t>蔡昀朗</w:t>
            </w:r>
          </w:p>
        </w:tc>
      </w:tr>
      <w:tr>
        <w:tc>
          <w:tcPr>
            <w:tcW w:type="dxa" w:w="4320"/>
          </w:tcPr>
          <w:p>
            <w:r>
              <w:t>20252209554</w:t>
            </w:r>
          </w:p>
        </w:tc>
        <w:tc>
          <w:tcPr>
            <w:tcW w:type="dxa" w:w="4320"/>
          </w:tcPr>
          <w:p>
            <w:r>
              <w:t>林晰</w:t>
            </w:r>
          </w:p>
        </w:tc>
      </w:tr>
      <w:tr>
        <w:tc>
          <w:tcPr>
            <w:tcW w:type="dxa" w:w="4320"/>
          </w:tcPr>
          <w:p>
            <w:r>
              <w:t>20252209581</w:t>
            </w:r>
          </w:p>
        </w:tc>
        <w:tc>
          <w:tcPr>
            <w:tcW w:type="dxa" w:w="4320"/>
          </w:tcPr>
          <w:p>
            <w:r>
              <w:t>覃恺庆</w:t>
            </w:r>
          </w:p>
        </w:tc>
      </w:tr>
      <w:tr>
        <w:tc>
          <w:tcPr>
            <w:tcW w:type="dxa" w:w="4320"/>
          </w:tcPr>
          <w:p>
            <w:r>
              <w:t>20252209674</w:t>
            </w:r>
          </w:p>
        </w:tc>
        <w:tc>
          <w:tcPr>
            <w:tcW w:type="dxa" w:w="4320"/>
          </w:tcPr>
          <w:p>
            <w:r>
              <w:t>江泓</w:t>
            </w:r>
          </w:p>
        </w:tc>
      </w:tr>
      <w:tr>
        <w:tc>
          <w:tcPr>
            <w:tcW w:type="dxa" w:w="4320"/>
          </w:tcPr>
          <w:p>
            <w:r>
              <w:t>20252209683</w:t>
            </w:r>
          </w:p>
        </w:tc>
        <w:tc>
          <w:tcPr>
            <w:tcW w:type="dxa" w:w="4320"/>
          </w:tcPr>
          <w:p>
            <w:r>
              <w:t>李树杰</w:t>
            </w:r>
          </w:p>
        </w:tc>
      </w:tr>
      <w:tr>
        <w:tc>
          <w:tcPr>
            <w:tcW w:type="dxa" w:w="4320"/>
          </w:tcPr>
          <w:p>
            <w:r>
              <w:t>20252209736</w:t>
            </w:r>
          </w:p>
        </w:tc>
        <w:tc>
          <w:tcPr>
            <w:tcW w:type="dxa" w:w="4320"/>
          </w:tcPr>
          <w:p>
            <w:r>
              <w:t>陈荣</w:t>
            </w:r>
          </w:p>
        </w:tc>
      </w:tr>
      <w:tr>
        <w:tc>
          <w:tcPr>
            <w:tcW w:type="dxa" w:w="4320"/>
          </w:tcPr>
          <w:p>
            <w:r>
              <w:t>20252209797</w:t>
            </w:r>
          </w:p>
        </w:tc>
        <w:tc>
          <w:tcPr>
            <w:tcW w:type="dxa" w:w="4320"/>
          </w:tcPr>
          <w:p>
            <w:r>
              <w:t>闫瑞</w:t>
            </w:r>
          </w:p>
        </w:tc>
      </w:tr>
      <w:tr>
        <w:tc>
          <w:tcPr>
            <w:tcW w:type="dxa" w:w="4320"/>
          </w:tcPr>
          <w:p>
            <w:r>
              <w:t>20252209871</w:t>
            </w:r>
          </w:p>
        </w:tc>
        <w:tc>
          <w:tcPr>
            <w:tcW w:type="dxa" w:w="4320"/>
          </w:tcPr>
          <w:p>
            <w:r>
              <w:t>晏海旭</w:t>
            </w:r>
          </w:p>
        </w:tc>
      </w:tr>
      <w:tr>
        <w:tc>
          <w:tcPr>
            <w:tcW w:type="dxa" w:w="4320"/>
          </w:tcPr>
          <w:p>
            <w:r>
              <w:t>20252209912</w:t>
            </w:r>
          </w:p>
        </w:tc>
        <w:tc>
          <w:tcPr>
            <w:tcW w:type="dxa" w:w="4320"/>
          </w:tcPr>
          <w:p>
            <w:r>
              <w:t>吴京宸</w:t>
            </w:r>
          </w:p>
        </w:tc>
      </w:tr>
      <w:tr>
        <w:tc>
          <w:tcPr>
            <w:tcW w:type="dxa" w:w="4320"/>
          </w:tcPr>
          <w:p>
            <w:r>
              <w:t>20252209914</w:t>
            </w:r>
          </w:p>
        </w:tc>
        <w:tc>
          <w:tcPr>
            <w:tcW w:type="dxa" w:w="4320"/>
          </w:tcPr>
          <w:p>
            <w:r>
              <w:t>刘沂达</w:t>
            </w:r>
          </w:p>
        </w:tc>
      </w:tr>
      <w:tr>
        <w:tc>
          <w:tcPr>
            <w:tcW w:type="dxa" w:w="4320"/>
          </w:tcPr>
          <w:p>
            <w:r>
              <w:t>20252209968</w:t>
            </w:r>
          </w:p>
        </w:tc>
        <w:tc>
          <w:tcPr>
            <w:tcW w:type="dxa" w:w="4320"/>
          </w:tcPr>
          <w:p>
            <w:r>
              <w:t>贺子涵</w:t>
            </w:r>
          </w:p>
        </w:tc>
      </w:tr>
      <w:tr>
        <w:tc>
          <w:tcPr>
            <w:tcW w:type="dxa" w:w="4320"/>
          </w:tcPr>
          <w:p>
            <w:r>
              <w:t>20252210025</w:t>
            </w:r>
          </w:p>
        </w:tc>
        <w:tc>
          <w:tcPr>
            <w:tcW w:type="dxa" w:w="4320"/>
          </w:tcPr>
          <w:p>
            <w:r>
              <w:t>蒋皓宇</w:t>
            </w:r>
          </w:p>
        </w:tc>
      </w:tr>
      <w:tr>
        <w:tc>
          <w:tcPr>
            <w:tcW w:type="dxa" w:w="4320"/>
          </w:tcPr>
          <w:p>
            <w:r>
              <w:t>20252210034</w:t>
            </w:r>
          </w:p>
        </w:tc>
        <w:tc>
          <w:tcPr>
            <w:tcW w:type="dxa" w:w="4320"/>
          </w:tcPr>
          <w:p>
            <w:r>
              <w:t>廖涵笑</w:t>
            </w:r>
          </w:p>
        </w:tc>
      </w:tr>
      <w:tr>
        <w:tc>
          <w:tcPr>
            <w:tcW w:type="dxa" w:w="4320"/>
          </w:tcPr>
          <w:p>
            <w:r>
              <w:t>20252210066</w:t>
            </w:r>
          </w:p>
        </w:tc>
        <w:tc>
          <w:tcPr>
            <w:tcW w:type="dxa" w:w="4320"/>
          </w:tcPr>
          <w:p>
            <w:r>
              <w:t>张武铉</w:t>
            </w:r>
          </w:p>
        </w:tc>
      </w:tr>
      <w:tr>
        <w:tc>
          <w:tcPr>
            <w:tcW w:type="dxa" w:w="4320"/>
          </w:tcPr>
          <w:p>
            <w:r>
              <w:t>20252210074</w:t>
            </w:r>
          </w:p>
        </w:tc>
        <w:tc>
          <w:tcPr>
            <w:tcW w:type="dxa" w:w="4320"/>
          </w:tcPr>
          <w:p>
            <w:r>
              <w:t>张鹤蓝</w:t>
            </w:r>
          </w:p>
        </w:tc>
      </w:tr>
      <w:tr>
        <w:tc>
          <w:tcPr>
            <w:tcW w:type="dxa" w:w="4320"/>
          </w:tcPr>
          <w:p>
            <w:r>
              <w:t>20252210115</w:t>
            </w:r>
          </w:p>
        </w:tc>
        <w:tc>
          <w:tcPr>
            <w:tcW w:type="dxa" w:w="4320"/>
          </w:tcPr>
          <w:p>
            <w:r>
              <w:t>路一鸣</w:t>
            </w:r>
          </w:p>
        </w:tc>
      </w:tr>
      <w:tr>
        <w:tc>
          <w:tcPr>
            <w:tcW w:type="dxa" w:w="4320"/>
          </w:tcPr>
          <w:p>
            <w:r>
              <w:t>20252210123</w:t>
            </w:r>
          </w:p>
        </w:tc>
        <w:tc>
          <w:tcPr>
            <w:tcW w:type="dxa" w:w="4320"/>
          </w:tcPr>
          <w:p>
            <w:r>
              <w:t>邓金昊</w:t>
            </w:r>
          </w:p>
        </w:tc>
      </w:tr>
      <w:tr>
        <w:tc>
          <w:tcPr>
            <w:tcW w:type="dxa" w:w="4320"/>
          </w:tcPr>
          <w:p>
            <w:r>
              <w:t>20252210205</w:t>
            </w:r>
          </w:p>
        </w:tc>
        <w:tc>
          <w:tcPr>
            <w:tcW w:type="dxa" w:w="4320"/>
          </w:tcPr>
          <w:p>
            <w:r>
              <w:t>吴宇辰</w:t>
            </w:r>
          </w:p>
        </w:tc>
      </w:tr>
      <w:tr>
        <w:tc>
          <w:tcPr>
            <w:tcW w:type="dxa" w:w="4320"/>
          </w:tcPr>
          <w:p>
            <w:r>
              <w:t>20252210224</w:t>
            </w:r>
          </w:p>
        </w:tc>
        <w:tc>
          <w:tcPr>
            <w:tcW w:type="dxa" w:w="4320"/>
          </w:tcPr>
          <w:p>
            <w:r>
              <w:t>李俊毅</w:t>
            </w:r>
          </w:p>
        </w:tc>
      </w:tr>
      <w:tr>
        <w:tc>
          <w:tcPr>
            <w:tcW w:type="dxa" w:w="4320"/>
          </w:tcPr>
          <w:p>
            <w:r>
              <w:t>20252210287</w:t>
            </w:r>
          </w:p>
        </w:tc>
        <w:tc>
          <w:tcPr>
            <w:tcW w:type="dxa" w:w="4320"/>
          </w:tcPr>
          <w:p>
            <w:r>
              <w:t>张嘉炜</w:t>
            </w:r>
          </w:p>
        </w:tc>
      </w:tr>
      <w:tr>
        <w:tc>
          <w:tcPr>
            <w:tcW w:type="dxa" w:w="4320"/>
          </w:tcPr>
          <w:p>
            <w:r>
              <w:t>20252210351</w:t>
            </w:r>
          </w:p>
        </w:tc>
        <w:tc>
          <w:tcPr>
            <w:tcW w:type="dxa" w:w="4320"/>
          </w:tcPr>
          <w:p>
            <w:r>
              <w:t>汪梓毓</w:t>
            </w:r>
          </w:p>
        </w:tc>
      </w:tr>
      <w:tr>
        <w:tc>
          <w:tcPr>
            <w:tcW w:type="dxa" w:w="4320"/>
          </w:tcPr>
          <w:p>
            <w:r>
              <w:t>20252210394</w:t>
            </w:r>
          </w:p>
        </w:tc>
        <w:tc>
          <w:tcPr>
            <w:tcW w:type="dxa" w:w="4320"/>
          </w:tcPr>
          <w:p>
            <w:r>
              <w:t>凌纯愉</w:t>
            </w:r>
          </w:p>
        </w:tc>
      </w:tr>
      <w:tr>
        <w:tc>
          <w:tcPr>
            <w:tcW w:type="dxa" w:w="4320"/>
          </w:tcPr>
          <w:p>
            <w:r>
              <w:t>20252210453</w:t>
            </w:r>
          </w:p>
        </w:tc>
        <w:tc>
          <w:tcPr>
            <w:tcW w:type="dxa" w:w="4320"/>
          </w:tcPr>
          <w:p>
            <w:r>
              <w:t>杨子豪</w:t>
            </w:r>
          </w:p>
        </w:tc>
      </w:tr>
      <w:tr>
        <w:tc>
          <w:tcPr>
            <w:tcW w:type="dxa" w:w="4320"/>
          </w:tcPr>
          <w:p>
            <w:r>
              <w:t>20252210524</w:t>
            </w:r>
          </w:p>
        </w:tc>
        <w:tc>
          <w:tcPr>
            <w:tcW w:type="dxa" w:w="4320"/>
          </w:tcPr>
          <w:p>
            <w:r>
              <w:t>陈舒</w:t>
            </w:r>
          </w:p>
        </w:tc>
      </w:tr>
      <w:tr>
        <w:tc>
          <w:tcPr>
            <w:tcW w:type="dxa" w:w="4320"/>
          </w:tcPr>
          <w:p>
            <w:r>
              <w:t>20252210613</w:t>
            </w:r>
          </w:p>
        </w:tc>
        <w:tc>
          <w:tcPr>
            <w:tcW w:type="dxa" w:w="4320"/>
          </w:tcPr>
          <w:p>
            <w:r>
              <w:t>赵文涛</w:t>
            </w:r>
          </w:p>
        </w:tc>
      </w:tr>
      <w:tr>
        <w:tc>
          <w:tcPr>
            <w:tcW w:type="dxa" w:w="4320"/>
          </w:tcPr>
          <w:p>
            <w:r>
              <w:t>20252210652</w:t>
            </w:r>
          </w:p>
        </w:tc>
        <w:tc>
          <w:tcPr>
            <w:tcW w:type="dxa" w:w="4320"/>
          </w:tcPr>
          <w:p>
            <w:r>
              <w:t>卢芊凡</w:t>
            </w:r>
          </w:p>
        </w:tc>
      </w:tr>
      <w:tr>
        <w:tc>
          <w:tcPr>
            <w:tcW w:type="dxa" w:w="4320"/>
          </w:tcPr>
          <w:p>
            <w:r>
              <w:t>20252210706</w:t>
            </w:r>
          </w:p>
        </w:tc>
        <w:tc>
          <w:tcPr>
            <w:tcW w:type="dxa" w:w="4320"/>
          </w:tcPr>
          <w:p>
            <w:r>
              <w:t>陈自然</w:t>
            </w:r>
          </w:p>
        </w:tc>
      </w:tr>
      <w:tr>
        <w:tc>
          <w:tcPr>
            <w:tcW w:type="dxa" w:w="4320"/>
          </w:tcPr>
          <w:p>
            <w:r>
              <w:t>20252210748</w:t>
            </w:r>
          </w:p>
        </w:tc>
        <w:tc>
          <w:tcPr>
            <w:tcW w:type="dxa" w:w="4320"/>
          </w:tcPr>
          <w:p>
            <w:r>
              <w:t>邢嘉鸿</w:t>
            </w:r>
          </w:p>
        </w:tc>
      </w:tr>
      <w:tr>
        <w:tc>
          <w:tcPr>
            <w:tcW w:type="dxa" w:w="4320"/>
          </w:tcPr>
          <w:p>
            <w:r>
              <w:t>20252210834</w:t>
            </w:r>
          </w:p>
        </w:tc>
        <w:tc>
          <w:tcPr>
            <w:tcW w:type="dxa" w:w="4320"/>
          </w:tcPr>
          <w:p>
            <w:r>
              <w:t>崔睿</w:t>
            </w:r>
          </w:p>
        </w:tc>
      </w:tr>
      <w:tr>
        <w:tc>
          <w:tcPr>
            <w:tcW w:type="dxa" w:w="4320"/>
          </w:tcPr>
          <w:p>
            <w:r>
              <w:t>20252210853</w:t>
            </w:r>
          </w:p>
        </w:tc>
        <w:tc>
          <w:tcPr>
            <w:tcW w:type="dxa" w:w="4320"/>
          </w:tcPr>
          <w:p>
            <w:r>
              <w:t>杨书溶</w:t>
            </w:r>
          </w:p>
        </w:tc>
      </w:tr>
      <w:tr>
        <w:tc>
          <w:tcPr>
            <w:tcW w:type="dxa" w:w="4320"/>
          </w:tcPr>
          <w:p>
            <w:r>
              <w:t>20252210970</w:t>
            </w:r>
          </w:p>
        </w:tc>
        <w:tc>
          <w:tcPr>
            <w:tcW w:type="dxa" w:w="4320"/>
          </w:tcPr>
          <w:p>
            <w:r>
              <w:t>杨宇峰</w:t>
            </w:r>
          </w:p>
        </w:tc>
      </w:tr>
      <w:tr>
        <w:tc>
          <w:tcPr>
            <w:tcW w:type="dxa" w:w="4320"/>
          </w:tcPr>
          <w:p>
            <w:r>
              <w:t>20252211086</w:t>
            </w:r>
          </w:p>
        </w:tc>
        <w:tc>
          <w:tcPr>
            <w:tcW w:type="dxa" w:w="4320"/>
          </w:tcPr>
          <w:p>
            <w:r>
              <w:t>汪宁远</w:t>
            </w:r>
          </w:p>
        </w:tc>
      </w:tr>
      <w:tr>
        <w:tc>
          <w:tcPr>
            <w:tcW w:type="dxa" w:w="4320"/>
          </w:tcPr>
          <w:p>
            <w:r>
              <w:t>20252211399</w:t>
            </w:r>
          </w:p>
        </w:tc>
        <w:tc>
          <w:tcPr>
            <w:tcW w:type="dxa" w:w="4320"/>
          </w:tcPr>
          <w:p>
            <w:r>
              <w:t>王继尧</w:t>
            </w:r>
          </w:p>
        </w:tc>
      </w:tr>
      <w:tr>
        <w:tc>
          <w:tcPr>
            <w:tcW w:type="dxa" w:w="4320"/>
          </w:tcPr>
          <w:p>
            <w:r>
              <w:t>20252211826</w:t>
            </w:r>
          </w:p>
        </w:tc>
        <w:tc>
          <w:tcPr>
            <w:tcW w:type="dxa" w:w="4320"/>
          </w:tcPr>
          <w:p>
            <w:r>
              <w:t>夏天昊</w:t>
            </w:r>
          </w:p>
        </w:tc>
      </w:tr>
      <w:tr>
        <w:tc>
          <w:tcPr>
            <w:tcW w:type="dxa" w:w="4320"/>
          </w:tcPr>
          <w:p>
            <w:r>
              <w:t>20252211830</w:t>
            </w:r>
          </w:p>
        </w:tc>
        <w:tc>
          <w:tcPr>
            <w:tcW w:type="dxa" w:w="4320"/>
          </w:tcPr>
          <w:p>
            <w:r>
              <w:t>吴劲韬</w:t>
            </w:r>
          </w:p>
        </w:tc>
      </w:tr>
      <w:tr>
        <w:tc>
          <w:tcPr>
            <w:tcW w:type="dxa" w:w="4320"/>
          </w:tcPr>
          <w:p>
            <w:r>
              <w:t>20252211835</w:t>
            </w:r>
          </w:p>
        </w:tc>
        <w:tc>
          <w:tcPr>
            <w:tcW w:type="dxa" w:w="4320"/>
          </w:tcPr>
          <w:p>
            <w:r>
              <w:t>马子腾</w:t>
            </w:r>
          </w:p>
        </w:tc>
      </w:tr>
      <w:tr>
        <w:tc>
          <w:tcPr>
            <w:tcW w:type="dxa" w:w="4320"/>
          </w:tcPr>
          <w:p>
            <w:r>
              <w:t>20252211847</w:t>
            </w:r>
          </w:p>
        </w:tc>
        <w:tc>
          <w:tcPr>
            <w:tcW w:type="dxa" w:w="4320"/>
          </w:tcPr>
          <w:p>
            <w:r>
              <w:t>赵欣妍</w:t>
            </w:r>
          </w:p>
        </w:tc>
      </w:tr>
      <w:tr>
        <w:tc>
          <w:tcPr>
            <w:tcW w:type="dxa" w:w="4320"/>
          </w:tcPr>
          <w:p>
            <w:r>
              <w:t>20252211888</w:t>
            </w:r>
          </w:p>
        </w:tc>
        <w:tc>
          <w:tcPr>
            <w:tcW w:type="dxa" w:w="4320"/>
          </w:tcPr>
          <w:p>
            <w:r>
              <w:t>林圣斌</w:t>
            </w:r>
          </w:p>
        </w:tc>
      </w:tr>
      <w:tr>
        <w:tc>
          <w:tcPr>
            <w:tcW w:type="dxa" w:w="4320"/>
          </w:tcPr>
          <w:p>
            <w:r>
              <w:t>20252211946</w:t>
            </w:r>
          </w:p>
        </w:tc>
        <w:tc>
          <w:tcPr>
            <w:tcW w:type="dxa" w:w="4320"/>
          </w:tcPr>
          <w:p>
            <w:r>
              <w:t>郑凌宇</w:t>
            </w:r>
          </w:p>
        </w:tc>
      </w:tr>
      <w:tr>
        <w:tc>
          <w:tcPr>
            <w:tcW w:type="dxa" w:w="4320"/>
          </w:tcPr>
          <w:p>
            <w:r>
              <w:t>20252212024</w:t>
            </w:r>
          </w:p>
        </w:tc>
        <w:tc>
          <w:tcPr>
            <w:tcW w:type="dxa" w:w="4320"/>
          </w:tcPr>
          <w:p>
            <w:r>
              <w:t>叶骁</w:t>
            </w:r>
          </w:p>
        </w:tc>
      </w:tr>
      <w:tr>
        <w:tc>
          <w:tcPr>
            <w:tcW w:type="dxa" w:w="4320"/>
          </w:tcPr>
          <w:p>
            <w:r>
              <w:t>20252212055</w:t>
            </w:r>
          </w:p>
        </w:tc>
        <w:tc>
          <w:tcPr>
            <w:tcW w:type="dxa" w:w="4320"/>
          </w:tcPr>
          <w:p>
            <w:r>
              <w:t>倪伟</w:t>
            </w:r>
          </w:p>
        </w:tc>
      </w:tr>
      <w:tr>
        <w:tc>
          <w:tcPr>
            <w:tcW w:type="dxa" w:w="4320"/>
          </w:tcPr>
          <w:p>
            <w:r>
              <w:t>20252212125</w:t>
            </w:r>
          </w:p>
        </w:tc>
        <w:tc>
          <w:tcPr>
            <w:tcW w:type="dxa" w:w="4320"/>
          </w:tcPr>
          <w:p>
            <w:r>
              <w:t>管思蓓</w:t>
            </w:r>
          </w:p>
        </w:tc>
      </w:tr>
      <w:tr>
        <w:tc>
          <w:tcPr>
            <w:tcW w:type="dxa" w:w="4320"/>
          </w:tcPr>
          <w:p>
            <w:r>
              <w:t>20252212157</w:t>
            </w:r>
          </w:p>
        </w:tc>
        <w:tc>
          <w:tcPr>
            <w:tcW w:type="dxa" w:w="4320"/>
          </w:tcPr>
          <w:p>
            <w:r>
              <w:t>魏婧婧</w:t>
            </w:r>
          </w:p>
        </w:tc>
      </w:tr>
      <w:tr>
        <w:tc>
          <w:tcPr>
            <w:tcW w:type="dxa" w:w="4320"/>
          </w:tcPr>
          <w:p>
            <w:r>
              <w:t>20252212374</w:t>
            </w:r>
          </w:p>
        </w:tc>
        <w:tc>
          <w:tcPr>
            <w:tcW w:type="dxa" w:w="4320"/>
          </w:tcPr>
          <w:p>
            <w:r>
              <w:t>何枳澎</w:t>
            </w:r>
          </w:p>
        </w:tc>
      </w:tr>
      <w:tr>
        <w:tc>
          <w:tcPr>
            <w:tcW w:type="dxa" w:w="4320"/>
          </w:tcPr>
          <w:p>
            <w:r>
              <w:t>20252212586</w:t>
            </w:r>
          </w:p>
        </w:tc>
        <w:tc>
          <w:tcPr>
            <w:tcW w:type="dxa" w:w="4320"/>
          </w:tcPr>
          <w:p>
            <w:r>
              <w:t>易佳雯</w:t>
            </w:r>
          </w:p>
        </w:tc>
      </w:tr>
      <w:tr>
        <w:tc>
          <w:tcPr>
            <w:tcW w:type="dxa" w:w="4320"/>
          </w:tcPr>
          <w:p>
            <w:r>
              <w:t>20252212797</w:t>
            </w:r>
          </w:p>
        </w:tc>
        <w:tc>
          <w:tcPr>
            <w:tcW w:type="dxa" w:w="4320"/>
          </w:tcPr>
          <w:p>
            <w:r>
              <w:t>程科</w:t>
            </w:r>
          </w:p>
        </w:tc>
      </w:tr>
      <w:tr>
        <w:tc>
          <w:tcPr>
            <w:tcW w:type="dxa" w:w="4320"/>
          </w:tcPr>
          <w:p>
            <w:r>
              <w:t>20252212815</w:t>
            </w:r>
          </w:p>
        </w:tc>
        <w:tc>
          <w:tcPr>
            <w:tcW w:type="dxa" w:w="4320"/>
          </w:tcPr>
          <w:p>
            <w:r>
              <w:t>魏冬盈</w:t>
            </w:r>
          </w:p>
        </w:tc>
      </w:tr>
      <w:tr>
        <w:tc>
          <w:tcPr>
            <w:tcW w:type="dxa" w:w="4320"/>
          </w:tcPr>
          <w:p>
            <w:r>
              <w:t>20252212983</w:t>
            </w:r>
          </w:p>
        </w:tc>
        <w:tc>
          <w:tcPr>
            <w:tcW w:type="dxa" w:w="4320"/>
          </w:tcPr>
          <w:p>
            <w:r>
              <w:t>胡太瑞</w:t>
            </w:r>
          </w:p>
        </w:tc>
      </w:tr>
      <w:tr>
        <w:tc>
          <w:tcPr>
            <w:tcW w:type="dxa" w:w="4320"/>
          </w:tcPr>
          <w:p>
            <w:r>
              <w:t>20252213000</w:t>
            </w:r>
          </w:p>
        </w:tc>
        <w:tc>
          <w:tcPr>
            <w:tcW w:type="dxa" w:w="4320"/>
          </w:tcPr>
          <w:p>
            <w:r>
              <w:t>徐思远</w:t>
            </w:r>
          </w:p>
        </w:tc>
      </w:tr>
      <w:tr>
        <w:tc>
          <w:tcPr>
            <w:tcW w:type="dxa" w:w="4320"/>
          </w:tcPr>
          <w:p>
            <w:r>
              <w:t>20252213049</w:t>
            </w:r>
          </w:p>
        </w:tc>
        <w:tc>
          <w:tcPr>
            <w:tcW w:type="dxa" w:w="4320"/>
          </w:tcPr>
          <w:p>
            <w:r>
              <w:t>陈梓涵</w:t>
            </w:r>
          </w:p>
        </w:tc>
      </w:tr>
      <w:tr>
        <w:tc>
          <w:tcPr>
            <w:tcW w:type="dxa" w:w="4320"/>
          </w:tcPr>
          <w:p>
            <w:r>
              <w:t>20252213088</w:t>
            </w:r>
          </w:p>
        </w:tc>
        <w:tc>
          <w:tcPr>
            <w:tcW w:type="dxa" w:w="4320"/>
          </w:tcPr>
          <w:p>
            <w:r>
              <w:t>袁国航</w:t>
            </w:r>
          </w:p>
        </w:tc>
      </w:tr>
      <w:tr>
        <w:tc>
          <w:tcPr>
            <w:tcW w:type="dxa" w:w="4320"/>
          </w:tcPr>
          <w:p>
            <w:r>
              <w:t>20252213168</w:t>
            </w:r>
          </w:p>
        </w:tc>
        <w:tc>
          <w:tcPr>
            <w:tcW w:type="dxa" w:w="4320"/>
          </w:tcPr>
          <w:p>
            <w:r>
              <w:t>郭奎博</w:t>
            </w:r>
          </w:p>
        </w:tc>
      </w:tr>
      <w:tr>
        <w:tc>
          <w:tcPr>
            <w:tcW w:type="dxa" w:w="4320"/>
          </w:tcPr>
          <w:p>
            <w:r>
              <w:t>20252213202</w:t>
            </w:r>
          </w:p>
        </w:tc>
        <w:tc>
          <w:tcPr>
            <w:tcW w:type="dxa" w:w="4320"/>
          </w:tcPr>
          <w:p>
            <w:r>
              <w:t>郭祉辰</w:t>
            </w:r>
          </w:p>
        </w:tc>
      </w:tr>
      <w:tr>
        <w:tc>
          <w:tcPr>
            <w:tcW w:type="dxa" w:w="4320"/>
          </w:tcPr>
          <w:p>
            <w:r>
              <w:t>20252213213</w:t>
            </w:r>
          </w:p>
        </w:tc>
        <w:tc>
          <w:tcPr>
            <w:tcW w:type="dxa" w:w="4320"/>
          </w:tcPr>
          <w:p>
            <w:r>
              <w:t>陈宇轩</w:t>
            </w:r>
          </w:p>
        </w:tc>
      </w:tr>
      <w:tr>
        <w:tc>
          <w:tcPr>
            <w:tcW w:type="dxa" w:w="4320"/>
          </w:tcPr>
          <w:p>
            <w:r>
              <w:t>20252213242</w:t>
            </w:r>
          </w:p>
        </w:tc>
        <w:tc>
          <w:tcPr>
            <w:tcW w:type="dxa" w:w="4320"/>
          </w:tcPr>
          <w:p>
            <w:r>
              <w:t>周强强</w:t>
            </w:r>
          </w:p>
        </w:tc>
      </w:tr>
      <w:tr>
        <w:tc>
          <w:tcPr>
            <w:tcW w:type="dxa" w:w="4320"/>
          </w:tcPr>
          <w:p>
            <w:r>
              <w:t>20252213392</w:t>
            </w:r>
          </w:p>
        </w:tc>
        <w:tc>
          <w:tcPr>
            <w:tcW w:type="dxa" w:w="4320"/>
          </w:tcPr>
          <w:p>
            <w:r>
              <w:t>蔡辰汉</w:t>
            </w:r>
          </w:p>
        </w:tc>
      </w:tr>
      <w:tr>
        <w:tc>
          <w:tcPr>
            <w:tcW w:type="dxa" w:w="4320"/>
          </w:tcPr>
          <w:p>
            <w:r>
              <w:t>20252213579</w:t>
            </w:r>
          </w:p>
        </w:tc>
        <w:tc>
          <w:tcPr>
            <w:tcW w:type="dxa" w:w="4320"/>
          </w:tcPr>
          <w:p>
            <w:r>
              <w:t>季天悦</w:t>
            </w:r>
          </w:p>
        </w:tc>
      </w:tr>
      <w:tr>
        <w:tc>
          <w:tcPr>
            <w:tcW w:type="dxa" w:w="4320"/>
          </w:tcPr>
          <w:p>
            <w:r>
              <w:t>20252215144</w:t>
            </w:r>
          </w:p>
        </w:tc>
        <w:tc>
          <w:tcPr>
            <w:tcW w:type="dxa" w:w="4320"/>
          </w:tcPr>
          <w:p>
            <w:r>
              <w:t>朱海</w:t>
            </w:r>
          </w:p>
        </w:tc>
      </w:tr>
      <w:tr>
        <w:tc>
          <w:tcPr>
            <w:tcW w:type="dxa" w:w="4320"/>
          </w:tcPr>
          <w:p>
            <w:r>
              <w:t>20252215672</w:t>
            </w:r>
          </w:p>
        </w:tc>
        <w:tc>
          <w:tcPr>
            <w:tcW w:type="dxa" w:w="4320"/>
          </w:tcPr>
          <w:p>
            <w:r>
              <w:t>倪慕凡</w:t>
            </w:r>
          </w:p>
        </w:tc>
      </w:tr>
      <w:tr>
        <w:tc>
          <w:tcPr>
            <w:tcW w:type="dxa" w:w="4320"/>
          </w:tcPr>
          <w:p>
            <w:r>
              <w:t>20252215830</w:t>
            </w:r>
          </w:p>
        </w:tc>
        <w:tc>
          <w:tcPr>
            <w:tcW w:type="dxa" w:w="4320"/>
          </w:tcPr>
          <w:p>
            <w:r>
              <w:t>姚茗川</w:t>
            </w:r>
          </w:p>
        </w:tc>
      </w:tr>
      <w:tr>
        <w:tc>
          <w:tcPr>
            <w:tcW w:type="dxa" w:w="4320"/>
          </w:tcPr>
          <w:p>
            <w:r>
              <w:t>20252215947</w:t>
            </w:r>
          </w:p>
        </w:tc>
        <w:tc>
          <w:tcPr>
            <w:tcW w:type="dxa" w:w="4320"/>
          </w:tcPr>
          <w:p>
            <w:r>
              <w:t>李昉默</w:t>
            </w:r>
          </w:p>
        </w:tc>
      </w:tr>
      <w:tr>
        <w:tc>
          <w:tcPr>
            <w:tcW w:type="dxa" w:w="4320"/>
          </w:tcPr>
          <w:p>
            <w:r>
              <w:t>20252215994</w:t>
            </w:r>
          </w:p>
        </w:tc>
        <w:tc>
          <w:tcPr>
            <w:tcW w:type="dxa" w:w="4320"/>
          </w:tcPr>
          <w:p>
            <w:r>
              <w:t>霍俊皓</w:t>
            </w:r>
          </w:p>
        </w:tc>
      </w:tr>
      <w:tr>
        <w:tc>
          <w:tcPr>
            <w:tcW w:type="dxa" w:w="4320"/>
          </w:tcPr>
          <w:p>
            <w:r>
              <w:t>20252216031</w:t>
            </w:r>
          </w:p>
        </w:tc>
        <w:tc>
          <w:tcPr>
            <w:tcW w:type="dxa" w:w="4320"/>
          </w:tcPr>
          <w:p>
            <w:r>
              <w:t>李睿翰</w:t>
            </w:r>
          </w:p>
        </w:tc>
      </w:tr>
      <w:tr>
        <w:tc>
          <w:tcPr>
            <w:tcW w:type="dxa" w:w="4320"/>
          </w:tcPr>
          <w:p>
            <w:r>
              <w:t>20252216226</w:t>
            </w:r>
          </w:p>
        </w:tc>
        <w:tc>
          <w:tcPr>
            <w:tcW w:type="dxa" w:w="4320"/>
          </w:tcPr>
          <w:p>
            <w:r>
              <w:t>刘昊阳</w:t>
            </w:r>
          </w:p>
        </w:tc>
      </w:tr>
      <w:tr>
        <w:tc>
          <w:tcPr>
            <w:tcW w:type="dxa" w:w="4320"/>
          </w:tcPr>
          <w:p>
            <w:r>
              <w:t>20252216347</w:t>
            </w:r>
          </w:p>
        </w:tc>
        <w:tc>
          <w:tcPr>
            <w:tcW w:type="dxa" w:w="4320"/>
          </w:tcPr>
          <w:p>
            <w:r>
              <w:t>范玉权</w:t>
            </w:r>
          </w:p>
        </w:tc>
      </w:tr>
      <w:tr>
        <w:tc>
          <w:tcPr>
            <w:tcW w:type="dxa" w:w="4320"/>
          </w:tcPr>
          <w:p>
            <w:r>
              <w:t>20252216715</w:t>
            </w:r>
          </w:p>
        </w:tc>
        <w:tc>
          <w:tcPr>
            <w:tcW w:type="dxa" w:w="4320"/>
          </w:tcPr>
          <w:p>
            <w:r>
              <w:t>陈璞</w:t>
            </w:r>
          </w:p>
        </w:tc>
      </w:tr>
      <w:tr>
        <w:tc>
          <w:tcPr>
            <w:tcW w:type="dxa" w:w="4320"/>
          </w:tcPr>
          <w:p>
            <w:r>
              <w:t>20252217051</w:t>
            </w:r>
          </w:p>
        </w:tc>
        <w:tc>
          <w:tcPr>
            <w:tcW w:type="dxa" w:w="4320"/>
          </w:tcPr>
          <w:p>
            <w:r>
              <w:t>夏灵均</w:t>
            </w:r>
          </w:p>
        </w:tc>
      </w:tr>
      <w:tr>
        <w:tc>
          <w:tcPr>
            <w:tcW w:type="dxa" w:w="4320"/>
          </w:tcPr>
          <w:p>
            <w:r>
              <w:t>20252217561</w:t>
            </w:r>
          </w:p>
        </w:tc>
        <w:tc>
          <w:tcPr>
            <w:tcW w:type="dxa" w:w="4320"/>
          </w:tcPr>
          <w:p>
            <w:r>
              <w:t>宁家浩</w:t>
            </w:r>
          </w:p>
        </w:tc>
      </w:tr>
      <w:tr>
        <w:tc>
          <w:tcPr>
            <w:tcW w:type="dxa" w:w="4320"/>
          </w:tcPr>
          <w:p>
            <w:r>
              <w:t>20252217881</w:t>
            </w:r>
          </w:p>
        </w:tc>
        <w:tc>
          <w:tcPr>
            <w:tcW w:type="dxa" w:w="4320"/>
          </w:tcPr>
          <w:p>
            <w:r>
              <w:t>张珺</w:t>
            </w:r>
          </w:p>
        </w:tc>
      </w:tr>
      <w:tr>
        <w:tc>
          <w:tcPr>
            <w:tcW w:type="dxa" w:w="4320"/>
          </w:tcPr>
          <w:p>
            <w:r>
              <w:t>20252218251</w:t>
            </w:r>
          </w:p>
        </w:tc>
        <w:tc>
          <w:tcPr>
            <w:tcW w:type="dxa" w:w="4320"/>
          </w:tcPr>
          <w:p>
            <w:r>
              <w:t>张凯淇</w:t>
            </w:r>
          </w:p>
        </w:tc>
      </w:tr>
      <w:tr>
        <w:tc>
          <w:tcPr>
            <w:tcW w:type="dxa" w:w="4320"/>
          </w:tcPr>
          <w:p>
            <w:r>
              <w:t>20252218399</w:t>
            </w:r>
          </w:p>
        </w:tc>
        <w:tc>
          <w:tcPr>
            <w:tcW w:type="dxa" w:w="4320"/>
          </w:tcPr>
          <w:p>
            <w:r>
              <w:t>王昌灏</w:t>
            </w:r>
          </w:p>
        </w:tc>
      </w:tr>
      <w:tr>
        <w:tc>
          <w:tcPr>
            <w:tcW w:type="dxa" w:w="4320"/>
          </w:tcPr>
          <w:p>
            <w:r>
              <w:t>20252218509</w:t>
            </w:r>
          </w:p>
        </w:tc>
        <w:tc>
          <w:tcPr>
            <w:tcW w:type="dxa" w:w="4320"/>
          </w:tcPr>
          <w:p>
            <w:r>
              <w:t>孙雨馨</w:t>
            </w:r>
          </w:p>
        </w:tc>
      </w:tr>
      <w:tr>
        <w:tc>
          <w:tcPr>
            <w:tcW w:type="dxa" w:w="4320"/>
          </w:tcPr>
          <w:p>
            <w:r>
              <w:t>20252218722</w:t>
            </w:r>
          </w:p>
        </w:tc>
        <w:tc>
          <w:tcPr>
            <w:tcW w:type="dxa" w:w="4320"/>
          </w:tcPr>
          <w:p>
            <w:r>
              <w:t>蔡梦</w:t>
            </w:r>
          </w:p>
        </w:tc>
      </w:tr>
      <w:tr>
        <w:tc>
          <w:tcPr>
            <w:tcW w:type="dxa" w:w="4320"/>
          </w:tcPr>
          <w:p>
            <w:r>
              <w:t>20252218750</w:t>
            </w:r>
          </w:p>
        </w:tc>
        <w:tc>
          <w:tcPr>
            <w:tcW w:type="dxa" w:w="4320"/>
          </w:tcPr>
          <w:p>
            <w:r>
              <w:t>刘嘉树</w:t>
            </w:r>
          </w:p>
        </w:tc>
      </w:tr>
      <w:tr>
        <w:tc>
          <w:tcPr>
            <w:tcW w:type="dxa" w:w="4320"/>
          </w:tcPr>
          <w:p>
            <w:r>
              <w:t>20252219038</w:t>
            </w:r>
          </w:p>
        </w:tc>
        <w:tc>
          <w:tcPr>
            <w:tcW w:type="dxa" w:w="4320"/>
          </w:tcPr>
          <w:p>
            <w:r>
              <w:t>赵艺琨</w:t>
            </w:r>
          </w:p>
        </w:tc>
      </w:tr>
      <w:tr>
        <w:tc>
          <w:tcPr>
            <w:tcW w:type="dxa" w:w="4320"/>
          </w:tcPr>
          <w:p>
            <w:r>
              <w:t>20252219199</w:t>
            </w:r>
          </w:p>
        </w:tc>
        <w:tc>
          <w:tcPr>
            <w:tcW w:type="dxa" w:w="4320"/>
          </w:tcPr>
          <w:p>
            <w:r>
              <w:t>姜锦桐</w:t>
            </w:r>
          </w:p>
        </w:tc>
      </w:tr>
      <w:tr>
        <w:tc>
          <w:tcPr>
            <w:tcW w:type="dxa" w:w="4320"/>
          </w:tcPr>
          <w:p>
            <w:r>
              <w:t>20252219327</w:t>
            </w:r>
          </w:p>
        </w:tc>
        <w:tc>
          <w:tcPr>
            <w:tcW w:type="dxa" w:w="4320"/>
          </w:tcPr>
          <w:p>
            <w:r>
              <w:t>牛小顿</w:t>
            </w:r>
          </w:p>
        </w:tc>
      </w:tr>
      <w:tr>
        <w:tc>
          <w:tcPr>
            <w:tcW w:type="dxa" w:w="4320"/>
          </w:tcPr>
          <w:p>
            <w:r>
              <w:t>20252219691</w:t>
            </w:r>
          </w:p>
        </w:tc>
        <w:tc>
          <w:tcPr>
            <w:tcW w:type="dxa" w:w="4320"/>
          </w:tcPr>
          <w:p>
            <w:r>
              <w:t>崔宸豪</w:t>
            </w:r>
          </w:p>
        </w:tc>
      </w:tr>
      <w:tr>
        <w:tc>
          <w:tcPr>
            <w:tcW w:type="dxa" w:w="4320"/>
          </w:tcPr>
          <w:p>
            <w:r>
              <w:t>20252220154</w:t>
            </w:r>
          </w:p>
        </w:tc>
        <w:tc>
          <w:tcPr>
            <w:tcW w:type="dxa" w:w="4320"/>
          </w:tcPr>
          <w:p>
            <w:r>
              <w:t>欧阳文韬</w:t>
            </w:r>
          </w:p>
        </w:tc>
      </w:tr>
      <w:tr>
        <w:tc>
          <w:tcPr>
            <w:tcW w:type="dxa" w:w="4320"/>
          </w:tcPr>
          <w:p>
            <w:r>
              <w:t>20252220279</w:t>
            </w:r>
          </w:p>
        </w:tc>
        <w:tc>
          <w:tcPr>
            <w:tcW w:type="dxa" w:w="4320"/>
          </w:tcPr>
          <w:p>
            <w:r>
              <w:t>崔云鹏</w:t>
            </w:r>
          </w:p>
        </w:tc>
      </w:tr>
      <w:tr>
        <w:tc>
          <w:tcPr>
            <w:tcW w:type="dxa" w:w="4320"/>
          </w:tcPr>
          <w:p>
            <w:r>
              <w:t>20252220287</w:t>
            </w:r>
          </w:p>
        </w:tc>
        <w:tc>
          <w:tcPr>
            <w:tcW w:type="dxa" w:w="4320"/>
          </w:tcPr>
          <w:p>
            <w:r>
              <w:t>代一方</w:t>
            </w:r>
          </w:p>
        </w:tc>
      </w:tr>
      <w:tr>
        <w:tc>
          <w:tcPr>
            <w:tcW w:type="dxa" w:w="4320"/>
          </w:tcPr>
          <w:p>
            <w:r>
              <w:t>20252220470</w:t>
            </w:r>
          </w:p>
        </w:tc>
        <w:tc>
          <w:tcPr>
            <w:tcW w:type="dxa" w:w="4320"/>
          </w:tcPr>
          <w:p>
            <w:r>
              <w:t>卫皓宇</w:t>
            </w:r>
          </w:p>
        </w:tc>
      </w:tr>
      <w:tr>
        <w:tc>
          <w:tcPr>
            <w:tcW w:type="dxa" w:w="4320"/>
          </w:tcPr>
          <w:p>
            <w:r>
              <w:t>20252220822</w:t>
            </w:r>
          </w:p>
        </w:tc>
        <w:tc>
          <w:tcPr>
            <w:tcW w:type="dxa" w:w="4320"/>
          </w:tcPr>
          <w:p>
            <w:r>
              <w:t>吴政邦</w:t>
            </w:r>
          </w:p>
        </w:tc>
      </w:tr>
      <w:tr>
        <w:tc>
          <w:tcPr>
            <w:tcW w:type="dxa" w:w="4320"/>
          </w:tcPr>
          <w:p>
            <w:r>
              <w:t>20252220840</w:t>
            </w:r>
          </w:p>
        </w:tc>
        <w:tc>
          <w:tcPr>
            <w:tcW w:type="dxa" w:w="4320"/>
          </w:tcPr>
          <w:p>
            <w:r>
              <w:t>李宗元</w:t>
            </w:r>
          </w:p>
        </w:tc>
      </w:tr>
      <w:tr>
        <w:tc>
          <w:tcPr>
            <w:tcW w:type="dxa" w:w="4320"/>
          </w:tcPr>
          <w:p>
            <w:r>
              <w:t>20252221186</w:t>
            </w:r>
          </w:p>
        </w:tc>
        <w:tc>
          <w:tcPr>
            <w:tcW w:type="dxa" w:w="4320"/>
          </w:tcPr>
          <w:p>
            <w:r>
              <w:t>杨昊</w:t>
            </w:r>
          </w:p>
        </w:tc>
      </w:tr>
      <w:tr>
        <w:tc>
          <w:tcPr>
            <w:tcW w:type="dxa" w:w="4320"/>
          </w:tcPr>
          <w:p>
            <w:r>
              <w:t>20252221213</w:t>
            </w:r>
          </w:p>
        </w:tc>
        <w:tc>
          <w:tcPr>
            <w:tcW w:type="dxa" w:w="4320"/>
          </w:tcPr>
          <w:p>
            <w:r>
              <w:t>杨东旭</w:t>
            </w:r>
          </w:p>
        </w:tc>
      </w:tr>
      <w:tr>
        <w:tc>
          <w:tcPr>
            <w:tcW w:type="dxa" w:w="4320"/>
          </w:tcPr>
          <w:p>
            <w:r>
              <w:t>20252221236</w:t>
            </w:r>
          </w:p>
        </w:tc>
        <w:tc>
          <w:tcPr>
            <w:tcW w:type="dxa" w:w="4320"/>
          </w:tcPr>
          <w:p>
            <w:r>
              <w:t>贾漠茌</w:t>
            </w:r>
          </w:p>
        </w:tc>
      </w:tr>
      <w:tr>
        <w:tc>
          <w:tcPr>
            <w:tcW w:type="dxa" w:w="4320"/>
          </w:tcPr>
          <w:p>
            <w:r>
              <w:t>20252221781</w:t>
            </w:r>
          </w:p>
        </w:tc>
        <w:tc>
          <w:tcPr>
            <w:tcW w:type="dxa" w:w="4320"/>
          </w:tcPr>
          <w:p>
            <w:r>
              <w:t>汪梦筠</w:t>
            </w:r>
          </w:p>
        </w:tc>
      </w:tr>
      <w:tr>
        <w:tc>
          <w:tcPr>
            <w:tcW w:type="dxa" w:w="4320"/>
          </w:tcPr>
          <w:p>
            <w:r>
              <w:t>20252222398</w:t>
            </w:r>
          </w:p>
        </w:tc>
        <w:tc>
          <w:tcPr>
            <w:tcW w:type="dxa" w:w="4320"/>
          </w:tcPr>
          <w:p>
            <w:r>
              <w:t>张涵宾</w:t>
            </w:r>
          </w:p>
        </w:tc>
      </w:tr>
      <w:tr>
        <w:tc>
          <w:tcPr>
            <w:tcW w:type="dxa" w:w="4320"/>
          </w:tcPr>
          <w:p>
            <w:r>
              <w:t>20252222443</w:t>
            </w:r>
          </w:p>
        </w:tc>
        <w:tc>
          <w:tcPr>
            <w:tcW w:type="dxa" w:w="4320"/>
          </w:tcPr>
          <w:p>
            <w:r>
              <w:t>杨阳</w:t>
            </w:r>
          </w:p>
        </w:tc>
      </w:tr>
      <w:tr>
        <w:tc>
          <w:tcPr>
            <w:tcW w:type="dxa" w:w="4320"/>
          </w:tcPr>
          <w:p>
            <w:r>
              <w:t>20252222657</w:t>
            </w:r>
          </w:p>
        </w:tc>
        <w:tc>
          <w:tcPr>
            <w:tcW w:type="dxa" w:w="4320"/>
          </w:tcPr>
          <w:p>
            <w:r>
              <w:t>肖诗宇</w:t>
            </w:r>
          </w:p>
        </w:tc>
      </w:tr>
      <w:tr>
        <w:tc>
          <w:tcPr>
            <w:tcW w:type="dxa" w:w="4320"/>
          </w:tcPr>
          <w:p>
            <w:r>
              <w:t>20252222695</w:t>
            </w:r>
          </w:p>
        </w:tc>
        <w:tc>
          <w:tcPr>
            <w:tcW w:type="dxa" w:w="4320"/>
          </w:tcPr>
          <w:p>
            <w:r>
              <w:t>刘建斌</w:t>
            </w:r>
          </w:p>
        </w:tc>
      </w:tr>
      <w:tr>
        <w:tc>
          <w:tcPr>
            <w:tcW w:type="dxa" w:w="4320"/>
          </w:tcPr>
          <w:p>
            <w:r>
              <w:t>20252222962</w:t>
            </w:r>
          </w:p>
        </w:tc>
        <w:tc>
          <w:tcPr>
            <w:tcW w:type="dxa" w:w="4320"/>
          </w:tcPr>
          <w:p>
            <w:r>
              <w:t>卞艺杰</w:t>
            </w:r>
          </w:p>
        </w:tc>
      </w:tr>
      <w:tr>
        <w:tc>
          <w:tcPr>
            <w:tcW w:type="dxa" w:w="4320"/>
          </w:tcPr>
          <w:p>
            <w:r>
              <w:t>20252223505</w:t>
            </w:r>
          </w:p>
        </w:tc>
        <w:tc>
          <w:tcPr>
            <w:tcW w:type="dxa" w:w="4320"/>
          </w:tcPr>
          <w:p>
            <w:r>
              <w:t>李家辉</w:t>
            </w:r>
          </w:p>
        </w:tc>
      </w:tr>
      <w:tr>
        <w:tc>
          <w:tcPr>
            <w:tcW w:type="dxa" w:w="4320"/>
          </w:tcPr>
          <w:p>
            <w:r>
              <w:t>20252224141</w:t>
            </w:r>
          </w:p>
        </w:tc>
        <w:tc>
          <w:tcPr>
            <w:tcW w:type="dxa" w:w="4320"/>
          </w:tcPr>
          <w:p>
            <w:r>
              <w:t>王世乾</w:t>
            </w:r>
          </w:p>
        </w:tc>
      </w:tr>
      <w:tr>
        <w:tc>
          <w:tcPr>
            <w:tcW w:type="dxa" w:w="4320"/>
          </w:tcPr>
          <w:p>
            <w:r>
              <w:t>20252224379</w:t>
            </w:r>
          </w:p>
        </w:tc>
        <w:tc>
          <w:tcPr>
            <w:tcW w:type="dxa" w:w="4320"/>
          </w:tcPr>
          <w:p>
            <w:r>
              <w:t>黄智信</w:t>
            </w:r>
          </w:p>
        </w:tc>
      </w:tr>
      <w:tr>
        <w:tc>
          <w:tcPr>
            <w:tcW w:type="dxa" w:w="4320"/>
          </w:tcPr>
          <w:p>
            <w:r>
              <w:t>20252224914</w:t>
            </w:r>
          </w:p>
        </w:tc>
        <w:tc>
          <w:tcPr>
            <w:tcW w:type="dxa" w:w="4320"/>
          </w:tcPr>
          <w:p>
            <w:r>
              <w:t>顾的扬</w:t>
            </w:r>
          </w:p>
        </w:tc>
      </w:tr>
      <w:tr>
        <w:tc>
          <w:tcPr>
            <w:tcW w:type="dxa" w:w="4320"/>
          </w:tcPr>
          <w:p>
            <w:r>
              <w:t>20252225205</w:t>
            </w:r>
          </w:p>
        </w:tc>
        <w:tc>
          <w:tcPr>
            <w:tcW w:type="dxa" w:w="4320"/>
          </w:tcPr>
          <w:p>
            <w:r>
              <w:t>冯禹硕</w:t>
            </w:r>
          </w:p>
        </w:tc>
      </w:tr>
      <w:tr>
        <w:tc>
          <w:tcPr>
            <w:tcW w:type="dxa" w:w="4320"/>
          </w:tcPr>
          <w:p>
            <w:r>
              <w:t>20252225349</w:t>
            </w:r>
          </w:p>
        </w:tc>
        <w:tc>
          <w:tcPr>
            <w:tcW w:type="dxa" w:w="4320"/>
          </w:tcPr>
          <w:p>
            <w:r>
              <w:t>江梓贤</w:t>
            </w:r>
          </w:p>
        </w:tc>
      </w:tr>
      <w:tr>
        <w:tc>
          <w:tcPr>
            <w:tcW w:type="dxa" w:w="4320"/>
          </w:tcPr>
          <w:p>
            <w:r>
              <w:t>20252225772</w:t>
            </w:r>
          </w:p>
        </w:tc>
        <w:tc>
          <w:tcPr>
            <w:tcW w:type="dxa" w:w="4320"/>
          </w:tcPr>
          <w:p>
            <w:r>
              <w:t>谈中宽</w:t>
            </w:r>
          </w:p>
        </w:tc>
      </w:tr>
      <w:tr>
        <w:tc>
          <w:tcPr>
            <w:tcW w:type="dxa" w:w="4320"/>
          </w:tcPr>
          <w:p>
            <w:r>
              <w:t>20252225787</w:t>
            </w:r>
          </w:p>
        </w:tc>
        <w:tc>
          <w:tcPr>
            <w:tcW w:type="dxa" w:w="4320"/>
          </w:tcPr>
          <w:p>
            <w:r>
              <w:t>黄一笑</w:t>
            </w:r>
          </w:p>
        </w:tc>
      </w:tr>
      <w:tr>
        <w:tc>
          <w:tcPr>
            <w:tcW w:type="dxa" w:w="4320"/>
          </w:tcPr>
          <w:p>
            <w:r>
              <w:t>20252225789</w:t>
            </w:r>
          </w:p>
        </w:tc>
        <w:tc>
          <w:tcPr>
            <w:tcW w:type="dxa" w:w="4320"/>
          </w:tcPr>
          <w:p>
            <w:r>
              <w:t>庄嘉林</w:t>
            </w:r>
          </w:p>
        </w:tc>
      </w:tr>
      <w:tr>
        <w:tc>
          <w:tcPr>
            <w:tcW w:type="dxa" w:w="4320"/>
          </w:tcPr>
          <w:p>
            <w:r>
              <w:t>20252225936</w:t>
            </w:r>
          </w:p>
        </w:tc>
        <w:tc>
          <w:tcPr>
            <w:tcW w:type="dxa" w:w="4320"/>
          </w:tcPr>
          <w:p>
            <w:r>
              <w:t>李知萌</w:t>
            </w:r>
          </w:p>
        </w:tc>
      </w:tr>
      <w:tr>
        <w:tc>
          <w:tcPr>
            <w:tcW w:type="dxa" w:w="4320"/>
          </w:tcPr>
          <w:p>
            <w:r>
              <w:t>20252225996</w:t>
            </w:r>
          </w:p>
        </w:tc>
        <w:tc>
          <w:tcPr>
            <w:tcW w:type="dxa" w:w="4320"/>
          </w:tcPr>
          <w:p>
            <w:r>
              <w:t>武奇</w:t>
            </w:r>
          </w:p>
        </w:tc>
      </w:tr>
      <w:tr>
        <w:tc>
          <w:tcPr>
            <w:tcW w:type="dxa" w:w="4320"/>
          </w:tcPr>
          <w:p>
            <w:r>
              <w:t>20252226306</w:t>
            </w:r>
          </w:p>
        </w:tc>
        <w:tc>
          <w:tcPr>
            <w:tcW w:type="dxa" w:w="4320"/>
          </w:tcPr>
          <w:p>
            <w:r>
              <w:t>胥思辰</w:t>
            </w:r>
          </w:p>
        </w:tc>
      </w:tr>
      <w:tr>
        <w:tc>
          <w:tcPr>
            <w:tcW w:type="dxa" w:w="4320"/>
          </w:tcPr>
          <w:p>
            <w:r>
              <w:t>20252226877</w:t>
            </w:r>
          </w:p>
        </w:tc>
        <w:tc>
          <w:tcPr>
            <w:tcW w:type="dxa" w:w="4320"/>
          </w:tcPr>
          <w:p>
            <w:r>
              <w:t>张丹宇</w:t>
            </w:r>
          </w:p>
        </w:tc>
      </w:tr>
      <w:tr>
        <w:tc>
          <w:tcPr>
            <w:tcW w:type="dxa" w:w="4320"/>
          </w:tcPr>
          <w:p>
            <w:r>
              <w:t>20252227151</w:t>
            </w:r>
          </w:p>
        </w:tc>
        <w:tc>
          <w:tcPr>
            <w:tcW w:type="dxa" w:w="4320"/>
          </w:tcPr>
          <w:p>
            <w:r>
              <w:t>白林松</w:t>
            </w:r>
          </w:p>
        </w:tc>
      </w:tr>
      <w:tr>
        <w:tc>
          <w:tcPr>
            <w:tcW w:type="dxa" w:w="4320"/>
          </w:tcPr>
          <w:p>
            <w:r>
              <w:t>20252227157</w:t>
            </w:r>
          </w:p>
        </w:tc>
        <w:tc>
          <w:tcPr>
            <w:tcW w:type="dxa" w:w="4320"/>
          </w:tcPr>
          <w:p>
            <w:r>
              <w:t>黄浚哲</w:t>
            </w:r>
          </w:p>
        </w:tc>
      </w:tr>
      <w:tr>
        <w:tc>
          <w:tcPr>
            <w:tcW w:type="dxa" w:w="4320"/>
          </w:tcPr>
          <w:p>
            <w:r>
              <w:t>20252227797</w:t>
            </w:r>
          </w:p>
        </w:tc>
        <w:tc>
          <w:tcPr>
            <w:tcW w:type="dxa" w:w="4320"/>
          </w:tcPr>
          <w:p>
            <w:r>
              <w:t>张梦源</w:t>
            </w:r>
          </w:p>
        </w:tc>
      </w:tr>
      <w:tr>
        <w:tc>
          <w:tcPr>
            <w:tcW w:type="dxa" w:w="4320"/>
          </w:tcPr>
          <w:p>
            <w:r>
              <w:t>20252227819</w:t>
            </w:r>
          </w:p>
        </w:tc>
        <w:tc>
          <w:tcPr>
            <w:tcW w:type="dxa" w:w="4320"/>
          </w:tcPr>
          <w:p>
            <w:r>
              <w:t>杜禹辰</w:t>
            </w:r>
          </w:p>
        </w:tc>
      </w:tr>
      <w:tr>
        <w:tc>
          <w:tcPr>
            <w:tcW w:type="dxa" w:w="4320"/>
          </w:tcPr>
          <w:p>
            <w:r>
              <w:t>20252228051</w:t>
            </w:r>
          </w:p>
        </w:tc>
        <w:tc>
          <w:tcPr>
            <w:tcW w:type="dxa" w:w="4320"/>
          </w:tcPr>
          <w:p>
            <w:r>
              <w:t>许姚明</w:t>
            </w:r>
          </w:p>
        </w:tc>
      </w:tr>
      <w:tr>
        <w:tc>
          <w:tcPr>
            <w:tcW w:type="dxa" w:w="4320"/>
          </w:tcPr>
          <w:p>
            <w:r>
              <w:t>20252228724</w:t>
            </w:r>
          </w:p>
        </w:tc>
        <w:tc>
          <w:tcPr>
            <w:tcW w:type="dxa" w:w="4320"/>
          </w:tcPr>
          <w:p>
            <w:r>
              <w:t>赵炽</w:t>
            </w:r>
          </w:p>
        </w:tc>
      </w:tr>
      <w:tr>
        <w:tc>
          <w:tcPr>
            <w:tcW w:type="dxa" w:w="4320"/>
          </w:tcPr>
          <w:p>
            <w:r>
              <w:t>20252229216</w:t>
            </w:r>
          </w:p>
        </w:tc>
        <w:tc>
          <w:tcPr>
            <w:tcW w:type="dxa" w:w="4320"/>
          </w:tcPr>
          <w:p>
            <w:r>
              <w:t>吴立昊</w:t>
            </w:r>
          </w:p>
        </w:tc>
      </w:tr>
      <w:tr>
        <w:tc>
          <w:tcPr>
            <w:tcW w:type="dxa" w:w="4320"/>
          </w:tcPr>
          <w:p>
            <w:r>
              <w:t>20252229263</w:t>
            </w:r>
          </w:p>
        </w:tc>
        <w:tc>
          <w:tcPr>
            <w:tcW w:type="dxa" w:w="4320"/>
          </w:tcPr>
          <w:p>
            <w:r>
              <w:t>孟韩颖</w:t>
            </w:r>
          </w:p>
        </w:tc>
      </w:tr>
      <w:tr>
        <w:tc>
          <w:tcPr>
            <w:tcW w:type="dxa" w:w="4320"/>
          </w:tcPr>
          <w:p>
            <w:r>
              <w:t>20252229349</w:t>
            </w:r>
          </w:p>
        </w:tc>
        <w:tc>
          <w:tcPr>
            <w:tcW w:type="dxa" w:w="4320"/>
          </w:tcPr>
          <w:p>
            <w:r>
              <w:t>王汉骁</w:t>
            </w:r>
          </w:p>
        </w:tc>
      </w:tr>
      <w:tr>
        <w:tc>
          <w:tcPr>
            <w:tcW w:type="dxa" w:w="4320"/>
          </w:tcPr>
          <w:p>
            <w:r>
              <w:t>20252229871</w:t>
            </w:r>
          </w:p>
        </w:tc>
        <w:tc>
          <w:tcPr>
            <w:tcW w:type="dxa" w:w="4320"/>
          </w:tcPr>
          <w:p>
            <w:r>
              <w:t>孙志成</w:t>
            </w:r>
          </w:p>
        </w:tc>
      </w:tr>
      <w:tr>
        <w:tc>
          <w:tcPr>
            <w:tcW w:type="dxa" w:w="4320"/>
          </w:tcPr>
          <w:p>
            <w:r>
              <w:t>20252230642</w:t>
            </w:r>
          </w:p>
        </w:tc>
        <w:tc>
          <w:tcPr>
            <w:tcW w:type="dxa" w:w="4320"/>
          </w:tcPr>
          <w:p>
            <w:r>
              <w:t>刘航宇</w:t>
            </w:r>
          </w:p>
        </w:tc>
      </w:tr>
      <w:tr>
        <w:tc>
          <w:tcPr>
            <w:tcW w:type="dxa" w:w="4320"/>
          </w:tcPr>
          <w:p>
            <w:r>
              <w:t>20252230718</w:t>
            </w:r>
          </w:p>
        </w:tc>
        <w:tc>
          <w:tcPr>
            <w:tcW w:type="dxa" w:w="4320"/>
          </w:tcPr>
          <w:p>
            <w:r>
              <w:t>胡一鸣</w:t>
            </w:r>
          </w:p>
        </w:tc>
      </w:tr>
      <w:tr>
        <w:tc>
          <w:tcPr>
            <w:tcW w:type="dxa" w:w="4320"/>
          </w:tcPr>
          <w:p>
            <w:r>
              <w:t>20252230989</w:t>
            </w:r>
          </w:p>
        </w:tc>
        <w:tc>
          <w:tcPr>
            <w:tcW w:type="dxa" w:w="4320"/>
          </w:tcPr>
          <w:p>
            <w:r>
              <w:t>薛智文</w:t>
            </w:r>
          </w:p>
        </w:tc>
      </w:tr>
      <w:tr>
        <w:tc>
          <w:tcPr>
            <w:tcW w:type="dxa" w:w="4320"/>
          </w:tcPr>
          <w:p>
            <w:r>
              <w:t>20252231110</w:t>
            </w:r>
          </w:p>
        </w:tc>
        <w:tc>
          <w:tcPr>
            <w:tcW w:type="dxa" w:w="4320"/>
          </w:tcPr>
          <w:p>
            <w:r>
              <w:t>王浩森</w:t>
            </w:r>
          </w:p>
        </w:tc>
      </w:tr>
      <w:tr>
        <w:tc>
          <w:tcPr>
            <w:tcW w:type="dxa" w:w="4320"/>
          </w:tcPr>
          <w:p>
            <w:r>
              <w:t>20252231198</w:t>
            </w:r>
          </w:p>
        </w:tc>
        <w:tc>
          <w:tcPr>
            <w:tcW w:type="dxa" w:w="4320"/>
          </w:tcPr>
          <w:p>
            <w:r>
              <w:t>张富猛</w:t>
            </w:r>
          </w:p>
        </w:tc>
      </w:tr>
      <w:tr>
        <w:tc>
          <w:tcPr>
            <w:tcW w:type="dxa" w:w="4320"/>
          </w:tcPr>
          <w:p>
            <w:r>
              <w:t>20252231345</w:t>
            </w:r>
          </w:p>
        </w:tc>
        <w:tc>
          <w:tcPr>
            <w:tcW w:type="dxa" w:w="4320"/>
          </w:tcPr>
          <w:p>
            <w:r>
              <w:t>屠闻扬</w:t>
            </w:r>
          </w:p>
        </w:tc>
      </w:tr>
      <w:tr>
        <w:tc>
          <w:tcPr>
            <w:tcW w:type="dxa" w:w="4320"/>
          </w:tcPr>
          <w:p>
            <w:r>
              <w:t>20252231462</w:t>
            </w:r>
          </w:p>
        </w:tc>
        <w:tc>
          <w:tcPr>
            <w:tcW w:type="dxa" w:w="4320"/>
          </w:tcPr>
          <w:p>
            <w:r>
              <w:t>王嘉锐</w:t>
            </w:r>
          </w:p>
        </w:tc>
      </w:tr>
      <w:tr>
        <w:tc>
          <w:tcPr>
            <w:tcW w:type="dxa" w:w="4320"/>
          </w:tcPr>
          <w:p>
            <w:r>
              <w:t>20252231627</w:t>
            </w:r>
          </w:p>
        </w:tc>
        <w:tc>
          <w:tcPr>
            <w:tcW w:type="dxa" w:w="4320"/>
          </w:tcPr>
          <w:p>
            <w:r>
              <w:t>蒋溢韬</w:t>
            </w:r>
          </w:p>
        </w:tc>
      </w:tr>
      <w:tr>
        <w:tc>
          <w:tcPr>
            <w:tcW w:type="dxa" w:w="4320"/>
          </w:tcPr>
          <w:p>
            <w:r>
              <w:t>20252231633</w:t>
            </w:r>
          </w:p>
        </w:tc>
        <w:tc>
          <w:tcPr>
            <w:tcW w:type="dxa" w:w="4320"/>
          </w:tcPr>
          <w:p>
            <w:r>
              <w:t>黄亦成</w:t>
            </w:r>
          </w:p>
        </w:tc>
      </w:tr>
      <w:tr>
        <w:tc>
          <w:tcPr>
            <w:tcW w:type="dxa" w:w="4320"/>
          </w:tcPr>
          <w:p>
            <w:r>
              <w:t>20252231669</w:t>
            </w:r>
          </w:p>
        </w:tc>
        <w:tc>
          <w:tcPr>
            <w:tcW w:type="dxa" w:w="4320"/>
          </w:tcPr>
          <w:p>
            <w:r>
              <w:t>丁畅</w:t>
            </w:r>
          </w:p>
        </w:tc>
      </w:tr>
      <w:tr>
        <w:tc>
          <w:tcPr>
            <w:tcW w:type="dxa" w:w="4320"/>
          </w:tcPr>
          <w:p>
            <w:r>
              <w:t>20252231992</w:t>
            </w:r>
          </w:p>
        </w:tc>
        <w:tc>
          <w:tcPr>
            <w:tcW w:type="dxa" w:w="4320"/>
          </w:tcPr>
          <w:p>
            <w:r>
              <w:t>丁泽南</w:t>
            </w:r>
          </w:p>
        </w:tc>
      </w:tr>
      <w:tr>
        <w:tc>
          <w:tcPr>
            <w:tcW w:type="dxa" w:w="4320"/>
          </w:tcPr>
          <w:p>
            <w:r>
              <w:t>20252232004</w:t>
            </w:r>
          </w:p>
        </w:tc>
        <w:tc>
          <w:tcPr>
            <w:tcW w:type="dxa" w:w="4320"/>
          </w:tcPr>
          <w:p>
            <w:r>
              <w:t>马翊轩</w:t>
            </w:r>
          </w:p>
        </w:tc>
      </w:tr>
      <w:tr>
        <w:tc>
          <w:tcPr>
            <w:tcW w:type="dxa" w:w="4320"/>
          </w:tcPr>
          <w:p>
            <w:r>
              <w:t>20252232054</w:t>
            </w:r>
          </w:p>
        </w:tc>
        <w:tc>
          <w:tcPr>
            <w:tcW w:type="dxa" w:w="4320"/>
          </w:tcPr>
          <w:p>
            <w:r>
              <w:t>何敏行</w:t>
            </w:r>
          </w:p>
        </w:tc>
      </w:tr>
      <w:tr>
        <w:tc>
          <w:tcPr>
            <w:tcW w:type="dxa" w:w="4320"/>
          </w:tcPr>
          <w:p>
            <w:r>
              <w:t>20252232082</w:t>
            </w:r>
          </w:p>
        </w:tc>
        <w:tc>
          <w:tcPr>
            <w:tcW w:type="dxa" w:w="4320"/>
          </w:tcPr>
          <w:p>
            <w:r>
              <w:t>王子舟</w:t>
            </w:r>
          </w:p>
        </w:tc>
      </w:tr>
      <w:tr>
        <w:tc>
          <w:tcPr>
            <w:tcW w:type="dxa" w:w="4320"/>
          </w:tcPr>
          <w:p>
            <w:r>
              <w:t>20252232180</w:t>
            </w:r>
          </w:p>
        </w:tc>
        <w:tc>
          <w:tcPr>
            <w:tcW w:type="dxa" w:w="4320"/>
          </w:tcPr>
          <w:p>
            <w:r>
              <w:t>李松燃</w:t>
            </w:r>
          </w:p>
        </w:tc>
      </w:tr>
      <w:tr>
        <w:tc>
          <w:tcPr>
            <w:tcW w:type="dxa" w:w="4320"/>
          </w:tcPr>
          <w:p>
            <w:r>
              <w:t>20252232206</w:t>
            </w:r>
          </w:p>
        </w:tc>
        <w:tc>
          <w:tcPr>
            <w:tcW w:type="dxa" w:w="4320"/>
          </w:tcPr>
          <w:p>
            <w:r>
              <w:t>吴晨旭</w:t>
            </w:r>
          </w:p>
        </w:tc>
      </w:tr>
      <w:tr>
        <w:tc>
          <w:tcPr>
            <w:tcW w:type="dxa" w:w="4320"/>
          </w:tcPr>
          <w:p>
            <w:r>
              <w:t>20252232236</w:t>
            </w:r>
          </w:p>
        </w:tc>
        <w:tc>
          <w:tcPr>
            <w:tcW w:type="dxa" w:w="4320"/>
          </w:tcPr>
          <w:p>
            <w:r>
              <w:t>王宇恒</w:t>
            </w:r>
          </w:p>
        </w:tc>
      </w:tr>
      <w:tr>
        <w:tc>
          <w:tcPr>
            <w:tcW w:type="dxa" w:w="4320"/>
          </w:tcPr>
          <w:p>
            <w:r>
              <w:t>20252232381</w:t>
            </w:r>
          </w:p>
        </w:tc>
        <w:tc>
          <w:tcPr>
            <w:tcW w:type="dxa" w:w="4320"/>
          </w:tcPr>
          <w:p>
            <w:r>
              <w:t>周泽宇</w:t>
            </w:r>
          </w:p>
        </w:tc>
      </w:tr>
      <w:tr>
        <w:tc>
          <w:tcPr>
            <w:tcW w:type="dxa" w:w="4320"/>
          </w:tcPr>
          <w:p>
            <w:r>
              <w:t>20252232405</w:t>
            </w:r>
          </w:p>
        </w:tc>
        <w:tc>
          <w:tcPr>
            <w:tcW w:type="dxa" w:w="4320"/>
          </w:tcPr>
          <w:p>
            <w:r>
              <w:t>黄玉霖</w:t>
            </w:r>
          </w:p>
        </w:tc>
      </w:tr>
      <w:tr>
        <w:tc>
          <w:tcPr>
            <w:tcW w:type="dxa" w:w="4320"/>
          </w:tcPr>
          <w:p>
            <w:r>
              <w:t>20252232515</w:t>
            </w:r>
          </w:p>
        </w:tc>
        <w:tc>
          <w:tcPr>
            <w:tcW w:type="dxa" w:w="4320"/>
          </w:tcPr>
          <w:p>
            <w:r>
              <w:t>郑俊豪</w:t>
            </w:r>
          </w:p>
        </w:tc>
      </w:tr>
      <w:tr>
        <w:tc>
          <w:tcPr>
            <w:tcW w:type="dxa" w:w="4320"/>
          </w:tcPr>
          <w:p>
            <w:r>
              <w:t>20252232765</w:t>
            </w:r>
          </w:p>
        </w:tc>
        <w:tc>
          <w:tcPr>
            <w:tcW w:type="dxa" w:w="4320"/>
          </w:tcPr>
          <w:p>
            <w:r>
              <w:t>周星佚</w:t>
            </w:r>
          </w:p>
        </w:tc>
      </w:tr>
      <w:tr>
        <w:tc>
          <w:tcPr>
            <w:tcW w:type="dxa" w:w="4320"/>
          </w:tcPr>
          <w:p>
            <w:r>
              <w:t>20252232780</w:t>
            </w:r>
          </w:p>
        </w:tc>
        <w:tc>
          <w:tcPr>
            <w:tcW w:type="dxa" w:w="4320"/>
          </w:tcPr>
          <w:p>
            <w:r>
              <w:t>徐鸿泰</w:t>
            </w:r>
          </w:p>
        </w:tc>
      </w:tr>
      <w:tr>
        <w:tc>
          <w:tcPr>
            <w:tcW w:type="dxa" w:w="4320"/>
          </w:tcPr>
          <w:p>
            <w:r>
              <w:t>20252232810</w:t>
            </w:r>
          </w:p>
        </w:tc>
        <w:tc>
          <w:tcPr>
            <w:tcW w:type="dxa" w:w="4320"/>
          </w:tcPr>
          <w:p>
            <w:r>
              <w:t>张家展</w:t>
            </w:r>
          </w:p>
        </w:tc>
      </w:tr>
      <w:tr>
        <w:tc>
          <w:tcPr>
            <w:tcW w:type="dxa" w:w="4320"/>
          </w:tcPr>
          <w:p>
            <w:r>
              <w:t>20252232996</w:t>
            </w:r>
          </w:p>
        </w:tc>
        <w:tc>
          <w:tcPr>
            <w:tcW w:type="dxa" w:w="4320"/>
          </w:tcPr>
          <w:p>
            <w:r>
              <w:t>董倩</w:t>
            </w:r>
          </w:p>
        </w:tc>
      </w:tr>
      <w:tr>
        <w:tc>
          <w:tcPr>
            <w:tcW w:type="dxa" w:w="4320"/>
          </w:tcPr>
          <w:p>
            <w:r>
              <w:t>20252233059</w:t>
            </w:r>
          </w:p>
        </w:tc>
        <w:tc>
          <w:tcPr>
            <w:tcW w:type="dxa" w:w="4320"/>
          </w:tcPr>
          <w:p>
            <w:r>
              <w:t>刘天宇</w:t>
            </w:r>
          </w:p>
        </w:tc>
      </w:tr>
      <w:tr>
        <w:tc>
          <w:tcPr>
            <w:tcW w:type="dxa" w:w="4320"/>
          </w:tcPr>
          <w:p>
            <w:r>
              <w:t>20252233144</w:t>
            </w:r>
          </w:p>
        </w:tc>
        <w:tc>
          <w:tcPr>
            <w:tcW w:type="dxa" w:w="4320"/>
          </w:tcPr>
          <w:p>
            <w:r>
              <w:t>马飘扬</w:t>
            </w:r>
          </w:p>
        </w:tc>
      </w:tr>
      <w:tr>
        <w:tc>
          <w:tcPr>
            <w:tcW w:type="dxa" w:w="4320"/>
          </w:tcPr>
          <w:p>
            <w:r>
              <w:t>20252233333</w:t>
            </w:r>
          </w:p>
        </w:tc>
        <w:tc>
          <w:tcPr>
            <w:tcW w:type="dxa" w:w="4320"/>
          </w:tcPr>
          <w:p>
            <w:r>
              <w:t>黄晨彤</w:t>
            </w:r>
          </w:p>
        </w:tc>
      </w:tr>
      <w:tr>
        <w:tc>
          <w:tcPr>
            <w:tcW w:type="dxa" w:w="4320"/>
          </w:tcPr>
          <w:p>
            <w:r>
              <w:t>20252233366</w:t>
            </w:r>
          </w:p>
        </w:tc>
        <w:tc>
          <w:tcPr>
            <w:tcW w:type="dxa" w:w="4320"/>
          </w:tcPr>
          <w:p>
            <w:r>
              <w:t>吴彬炳</w:t>
            </w:r>
          </w:p>
        </w:tc>
      </w:tr>
      <w:tr>
        <w:tc>
          <w:tcPr>
            <w:tcW w:type="dxa" w:w="4320"/>
          </w:tcPr>
          <w:p>
            <w:r>
              <w:t>20252233387</w:t>
            </w:r>
          </w:p>
        </w:tc>
        <w:tc>
          <w:tcPr>
            <w:tcW w:type="dxa" w:w="4320"/>
          </w:tcPr>
          <w:p>
            <w:r>
              <w:t>戴翎芸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