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推免招生| 2023年全国优秀大学生夏令营活动暨2024级推免生预选拔入选名单的通知</w:t>
      </w:r>
    </w:p>
    <w:p>
      <w:r>
        <w:t>关于公布信息科学与工程学院2023年优秀大学生夏令营活动暨2024级推免生预选拔入选名单的通知</w:t>
      </w:r>
    </w:p>
    <w:p>
      <w:r>
        <w:t>各位同学：</w:t>
      </w:r>
    </w:p>
    <w:p>
      <w:r>
        <w:t>经过对各位申报材料的审核，现已初步确定我院2023年优秀大学生夏令营活动暨2024级推免生预选拔入选名单（详见附表）。</w:t>
      </w:r>
    </w:p>
    <w:p>
      <w:r>
        <w:t>现就有关事项通知如下：</w:t>
      </w:r>
    </w:p>
    <w:p>
      <w:r>
        <w:t>一、面试确认</w:t>
      </w:r>
    </w:p>
    <w:p>
      <w:r>
        <w:t>1、请入选者及时登录报名系统（http://gsas.seu.edu.cn），在系统中回复“确认参加”或“确认不参加”，未在规定时间内回复“确认参加”的，将视为自动放弃（确认截止时间：2023年8月24日中午12:00）。</w:t>
      </w:r>
    </w:p>
    <w:p>
      <w:r>
        <w:t>2、请确认参加面试的同学尽快加入QQ群：群号请看系统内的面试通知（入群后修改昵称：考核学科/方向-姓名）。将在群内实时通知考核要求，请务必加群。</w:t>
      </w:r>
    </w:p>
    <w:p>
      <w:r>
        <w:t>二、活动安排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时间</w:t>
            </w:r>
          </w:p>
        </w:tc>
        <w:tc>
          <w:tcPr>
            <w:tcW w:type="dxa" w:w="2880"/>
          </w:tcPr>
          <w:p>
            <w:r>
              <w:t>考核安排</w:t>
            </w:r>
          </w:p>
        </w:tc>
        <w:tc>
          <w:tcPr>
            <w:tcW w:type="dxa" w:w="2880"/>
          </w:tcPr>
          <w:p>
            <w:r>
              <w:t>备注</w:t>
            </w:r>
          </w:p>
        </w:tc>
      </w:tr>
      <w:tr>
        <w:tc>
          <w:tcPr>
            <w:tcW w:type="dxa" w:w="2880"/>
          </w:tcPr>
          <w:p>
            <w:r>
              <w:t>8月26日9：00开始（面完结束）</w:t>
            </w:r>
          </w:p>
        </w:tc>
        <w:tc>
          <w:tcPr>
            <w:tcW w:type="dxa" w:w="2880"/>
          </w:tcPr>
          <w:p>
            <w:r>
              <w:t>电路学科（直博生、学硕、专硕）微波学科（直博生、学硕、专硕）通信学科（学硕、专硕）信号学科（直博生、学硕、专硕）海洋信息工程方向（专硕）</w:t>
            </w:r>
          </w:p>
        </w:tc>
        <w:tc>
          <w:tcPr>
            <w:tcW w:type="dxa" w:w="2880"/>
          </w:tcPr>
          <w:p>
            <w:r>
              <w:t>线下综合面试。请提前准备：口头自我介绍（中、英文）1-2分钟、未在之前上传的简历里体现的新材料。</w:t>
            </w:r>
          </w:p>
        </w:tc>
      </w:tr>
      <w:tr>
        <w:tc>
          <w:tcPr>
            <w:tcW w:type="dxa" w:w="2880"/>
          </w:tcPr>
          <w:p>
            <w:r>
              <w:t>8月27日9：00开始（面完结束）</w:t>
            </w:r>
          </w:p>
        </w:tc>
        <w:tc>
          <w:tcPr>
            <w:tcW w:type="dxa" w:w="2880"/>
          </w:tcPr>
          <w:p>
            <w:r>
              <w:t>鲁汶班方向（学硕、专硕）通信学科（直博生）</w:t>
            </w:r>
          </w:p>
        </w:tc>
        <w:tc>
          <w:tcPr>
            <w:tcW w:type="dxa" w:w="2880"/>
          </w:tcPr>
          <w:p/>
        </w:tc>
      </w:tr>
    </w:tbl>
    <w:p>
      <w:r>
        <w:t>1、鲁汶班学硕：0810信息与通信工程-03通信芯片与微系统（无锡），鲁汶班专硕：0854电子信息（专业学位）-05通信芯片与微系统（无锡）。</w:t>
      </w:r>
    </w:p>
    <w:p>
      <w:r>
        <w:t>2、面试考核在东南大学九龙湖校区进行（南京市江宁区东南大学路2号），预计在本科教学楼一号楼（教一）的1-4层（从北门步行进入，较近）；</w:t>
      </w:r>
    </w:p>
    <w:p>
      <w:r>
        <w:t>3、考核形式为面试，主要对考生的外语能力、既往学业、专业基础、综合素质、科研创新能力（工程实践能力）等进行全面考查。</w:t>
      </w:r>
    </w:p>
    <w:p>
      <w:r>
        <w:t>4、面试顺序、形式将于当天公布。</w:t>
      </w:r>
    </w:p>
    <w:p>
      <w:r>
        <w:t>三、信息学院学院研究生招生联系方式</w:t>
      </w:r>
    </w:p>
    <w:p>
      <w:r>
        <w:t>咨询电话：025-52091072王老师（工作日9:00-11:30,13:30-17:00。也可以通过QQ群建立临时对话）</w:t>
      </w:r>
    </w:p>
    <w:p>
      <w:r>
        <w:t>咨询邮箱：wangyuan_seu@126.com</w:t>
      </w:r>
    </w:p>
    <w:p>
      <w:r>
        <w:t>四、其他未尽事宜参见学校通知。</w:t>
      </w:r>
    </w:p>
    <w:p>
      <w:r>
        <w:t>附：入选者名单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报名号</w:t>
            </w:r>
          </w:p>
        </w:tc>
        <w:tc>
          <w:tcPr>
            <w:tcW w:type="dxa" w:w="4320"/>
          </w:tcPr>
          <w:p>
            <w:r>
              <w:t>姓名</w:t>
            </w:r>
          </w:p>
        </w:tc>
      </w:tr>
      <w:tr>
        <w:tc>
          <w:tcPr>
            <w:tcW w:type="dxa" w:w="4320"/>
          </w:tcPr>
          <w:p>
            <w:r>
              <w:t>20242200053</w:t>
            </w:r>
          </w:p>
        </w:tc>
        <w:tc>
          <w:tcPr>
            <w:tcW w:type="dxa" w:w="4320"/>
          </w:tcPr>
          <w:p>
            <w:r>
              <w:t>张肇星</w:t>
            </w:r>
          </w:p>
        </w:tc>
      </w:tr>
      <w:tr>
        <w:tc>
          <w:tcPr>
            <w:tcW w:type="dxa" w:w="4320"/>
          </w:tcPr>
          <w:p>
            <w:r>
              <w:t>20242200101</w:t>
            </w:r>
          </w:p>
        </w:tc>
        <w:tc>
          <w:tcPr>
            <w:tcW w:type="dxa" w:w="4320"/>
          </w:tcPr>
          <w:p>
            <w:r>
              <w:t>杨家旺</w:t>
            </w:r>
          </w:p>
        </w:tc>
      </w:tr>
      <w:tr>
        <w:tc>
          <w:tcPr>
            <w:tcW w:type="dxa" w:w="4320"/>
          </w:tcPr>
          <w:p>
            <w:r>
              <w:t>20242200133</w:t>
            </w:r>
          </w:p>
        </w:tc>
        <w:tc>
          <w:tcPr>
            <w:tcW w:type="dxa" w:w="4320"/>
          </w:tcPr>
          <w:p>
            <w:r>
              <w:t>高恬曼</w:t>
            </w:r>
          </w:p>
        </w:tc>
      </w:tr>
      <w:tr>
        <w:tc>
          <w:tcPr>
            <w:tcW w:type="dxa" w:w="4320"/>
          </w:tcPr>
          <w:p>
            <w:r>
              <w:t>20242200199</w:t>
            </w:r>
          </w:p>
        </w:tc>
        <w:tc>
          <w:tcPr>
            <w:tcW w:type="dxa" w:w="4320"/>
          </w:tcPr>
          <w:p>
            <w:r>
              <w:t>单宁怡</w:t>
            </w:r>
          </w:p>
        </w:tc>
      </w:tr>
      <w:tr>
        <w:tc>
          <w:tcPr>
            <w:tcW w:type="dxa" w:w="4320"/>
          </w:tcPr>
          <w:p>
            <w:r>
              <w:t>20242200261</w:t>
            </w:r>
          </w:p>
        </w:tc>
        <w:tc>
          <w:tcPr>
            <w:tcW w:type="dxa" w:w="4320"/>
          </w:tcPr>
          <w:p>
            <w:r>
              <w:t>张鸿飞</w:t>
            </w:r>
          </w:p>
        </w:tc>
      </w:tr>
      <w:tr>
        <w:tc>
          <w:tcPr>
            <w:tcW w:type="dxa" w:w="4320"/>
          </w:tcPr>
          <w:p>
            <w:r>
              <w:t>20242200278</w:t>
            </w:r>
          </w:p>
        </w:tc>
        <w:tc>
          <w:tcPr>
            <w:tcW w:type="dxa" w:w="4320"/>
          </w:tcPr>
          <w:p>
            <w:r>
              <w:t>彭久</w:t>
            </w:r>
          </w:p>
        </w:tc>
      </w:tr>
      <w:tr>
        <w:tc>
          <w:tcPr>
            <w:tcW w:type="dxa" w:w="4320"/>
          </w:tcPr>
          <w:p>
            <w:r>
              <w:t>20242200319</w:t>
            </w:r>
          </w:p>
        </w:tc>
        <w:tc>
          <w:tcPr>
            <w:tcW w:type="dxa" w:w="4320"/>
          </w:tcPr>
          <w:p>
            <w:r>
              <w:t>袁宇豪</w:t>
            </w:r>
          </w:p>
        </w:tc>
      </w:tr>
      <w:tr>
        <w:tc>
          <w:tcPr>
            <w:tcW w:type="dxa" w:w="4320"/>
          </w:tcPr>
          <w:p>
            <w:r>
              <w:t>20242200322</w:t>
            </w:r>
          </w:p>
        </w:tc>
        <w:tc>
          <w:tcPr>
            <w:tcW w:type="dxa" w:w="4320"/>
          </w:tcPr>
          <w:p>
            <w:r>
              <w:t>吴浩能</w:t>
            </w:r>
          </w:p>
        </w:tc>
      </w:tr>
      <w:tr>
        <w:tc>
          <w:tcPr>
            <w:tcW w:type="dxa" w:w="4320"/>
          </w:tcPr>
          <w:p>
            <w:r>
              <w:t>20242200347</w:t>
            </w:r>
          </w:p>
        </w:tc>
        <w:tc>
          <w:tcPr>
            <w:tcW w:type="dxa" w:w="4320"/>
          </w:tcPr>
          <w:p>
            <w:r>
              <w:t>陈世淞</w:t>
            </w:r>
          </w:p>
        </w:tc>
      </w:tr>
      <w:tr>
        <w:tc>
          <w:tcPr>
            <w:tcW w:type="dxa" w:w="4320"/>
          </w:tcPr>
          <w:p>
            <w:r>
              <w:t>20242200421</w:t>
            </w:r>
          </w:p>
        </w:tc>
        <w:tc>
          <w:tcPr>
            <w:tcW w:type="dxa" w:w="4320"/>
          </w:tcPr>
          <w:p>
            <w:r>
              <w:t>张昱昊</w:t>
            </w:r>
          </w:p>
        </w:tc>
      </w:tr>
      <w:tr>
        <w:tc>
          <w:tcPr>
            <w:tcW w:type="dxa" w:w="4320"/>
          </w:tcPr>
          <w:p>
            <w:r>
              <w:t>20242200446</w:t>
            </w:r>
          </w:p>
        </w:tc>
        <w:tc>
          <w:tcPr>
            <w:tcW w:type="dxa" w:w="4320"/>
          </w:tcPr>
          <w:p>
            <w:r>
              <w:t>陆子豪</w:t>
            </w:r>
          </w:p>
        </w:tc>
      </w:tr>
      <w:tr>
        <w:tc>
          <w:tcPr>
            <w:tcW w:type="dxa" w:w="4320"/>
          </w:tcPr>
          <w:p>
            <w:r>
              <w:t>20242200496</w:t>
            </w:r>
          </w:p>
        </w:tc>
        <w:tc>
          <w:tcPr>
            <w:tcW w:type="dxa" w:w="4320"/>
          </w:tcPr>
          <w:p>
            <w:r>
              <w:t>邓懿斌</w:t>
            </w:r>
          </w:p>
        </w:tc>
      </w:tr>
      <w:tr>
        <w:tc>
          <w:tcPr>
            <w:tcW w:type="dxa" w:w="4320"/>
          </w:tcPr>
          <w:p>
            <w:r>
              <w:t>20242200497</w:t>
            </w:r>
          </w:p>
        </w:tc>
        <w:tc>
          <w:tcPr>
            <w:tcW w:type="dxa" w:w="4320"/>
          </w:tcPr>
          <w:p>
            <w:r>
              <w:t>白金之</w:t>
            </w:r>
          </w:p>
        </w:tc>
      </w:tr>
      <w:tr>
        <w:tc>
          <w:tcPr>
            <w:tcW w:type="dxa" w:w="4320"/>
          </w:tcPr>
          <w:p>
            <w:r>
              <w:t>20242200569</w:t>
            </w:r>
          </w:p>
        </w:tc>
        <w:tc>
          <w:tcPr>
            <w:tcW w:type="dxa" w:w="4320"/>
          </w:tcPr>
          <w:p>
            <w:r>
              <w:t>陈品翰</w:t>
            </w:r>
          </w:p>
        </w:tc>
      </w:tr>
      <w:tr>
        <w:tc>
          <w:tcPr>
            <w:tcW w:type="dxa" w:w="4320"/>
          </w:tcPr>
          <w:p>
            <w:r>
              <w:t>20242200593</w:t>
            </w:r>
          </w:p>
        </w:tc>
        <w:tc>
          <w:tcPr>
            <w:tcW w:type="dxa" w:w="4320"/>
          </w:tcPr>
          <w:p>
            <w:r>
              <w:t>孙琳琳</w:t>
            </w:r>
          </w:p>
        </w:tc>
      </w:tr>
      <w:tr>
        <w:tc>
          <w:tcPr>
            <w:tcW w:type="dxa" w:w="4320"/>
          </w:tcPr>
          <w:p>
            <w:r>
              <w:t>20242200610</w:t>
            </w:r>
          </w:p>
        </w:tc>
        <w:tc>
          <w:tcPr>
            <w:tcW w:type="dxa" w:w="4320"/>
          </w:tcPr>
          <w:p>
            <w:r>
              <w:t>吴承臻</w:t>
            </w:r>
          </w:p>
        </w:tc>
      </w:tr>
      <w:tr>
        <w:tc>
          <w:tcPr>
            <w:tcW w:type="dxa" w:w="4320"/>
          </w:tcPr>
          <w:p>
            <w:r>
              <w:t>20242200742</w:t>
            </w:r>
          </w:p>
        </w:tc>
        <w:tc>
          <w:tcPr>
            <w:tcW w:type="dxa" w:w="4320"/>
          </w:tcPr>
          <w:p>
            <w:r>
              <w:t>曾晨</w:t>
            </w:r>
          </w:p>
        </w:tc>
      </w:tr>
      <w:tr>
        <w:tc>
          <w:tcPr>
            <w:tcW w:type="dxa" w:w="4320"/>
          </w:tcPr>
          <w:p>
            <w:r>
              <w:t>20242200791</w:t>
            </w:r>
          </w:p>
        </w:tc>
        <w:tc>
          <w:tcPr>
            <w:tcW w:type="dxa" w:w="4320"/>
          </w:tcPr>
          <w:p>
            <w:r>
              <w:t>李旭东</w:t>
            </w:r>
          </w:p>
        </w:tc>
      </w:tr>
      <w:tr>
        <w:tc>
          <w:tcPr>
            <w:tcW w:type="dxa" w:w="4320"/>
          </w:tcPr>
          <w:p>
            <w:r>
              <w:t>20242200837</w:t>
            </w:r>
          </w:p>
        </w:tc>
        <w:tc>
          <w:tcPr>
            <w:tcW w:type="dxa" w:w="4320"/>
          </w:tcPr>
          <w:p>
            <w:r>
              <w:t>黄家栋</w:t>
            </w:r>
          </w:p>
        </w:tc>
      </w:tr>
      <w:tr>
        <w:tc>
          <w:tcPr>
            <w:tcW w:type="dxa" w:w="4320"/>
          </w:tcPr>
          <w:p>
            <w:r>
              <w:t>20242200844</w:t>
            </w:r>
          </w:p>
        </w:tc>
        <w:tc>
          <w:tcPr>
            <w:tcW w:type="dxa" w:w="4320"/>
          </w:tcPr>
          <w:p>
            <w:r>
              <w:t>荣艳楠</w:t>
            </w:r>
          </w:p>
        </w:tc>
      </w:tr>
      <w:tr>
        <w:tc>
          <w:tcPr>
            <w:tcW w:type="dxa" w:w="4320"/>
          </w:tcPr>
          <w:p>
            <w:r>
              <w:t>20242200920</w:t>
            </w:r>
          </w:p>
        </w:tc>
        <w:tc>
          <w:tcPr>
            <w:tcW w:type="dxa" w:w="4320"/>
          </w:tcPr>
          <w:p>
            <w:r>
              <w:t>郭帅圻</w:t>
            </w:r>
          </w:p>
        </w:tc>
      </w:tr>
      <w:tr>
        <w:tc>
          <w:tcPr>
            <w:tcW w:type="dxa" w:w="4320"/>
          </w:tcPr>
          <w:p>
            <w:r>
              <w:t>20242200932</w:t>
            </w:r>
          </w:p>
        </w:tc>
        <w:tc>
          <w:tcPr>
            <w:tcW w:type="dxa" w:w="4320"/>
          </w:tcPr>
          <w:p>
            <w:r>
              <w:t>雷勇</w:t>
            </w:r>
          </w:p>
        </w:tc>
      </w:tr>
      <w:tr>
        <w:tc>
          <w:tcPr>
            <w:tcW w:type="dxa" w:w="4320"/>
          </w:tcPr>
          <w:p>
            <w:r>
              <w:t>20242201082</w:t>
            </w:r>
          </w:p>
        </w:tc>
        <w:tc>
          <w:tcPr>
            <w:tcW w:type="dxa" w:w="4320"/>
          </w:tcPr>
          <w:p>
            <w:r>
              <w:t>刘孜成</w:t>
            </w:r>
          </w:p>
        </w:tc>
      </w:tr>
      <w:tr>
        <w:tc>
          <w:tcPr>
            <w:tcW w:type="dxa" w:w="4320"/>
          </w:tcPr>
          <w:p>
            <w:r>
              <w:t>20242201113</w:t>
            </w:r>
          </w:p>
        </w:tc>
        <w:tc>
          <w:tcPr>
            <w:tcW w:type="dxa" w:w="4320"/>
          </w:tcPr>
          <w:p>
            <w:r>
              <w:t>李子航</w:t>
            </w:r>
          </w:p>
        </w:tc>
      </w:tr>
      <w:tr>
        <w:tc>
          <w:tcPr>
            <w:tcW w:type="dxa" w:w="4320"/>
          </w:tcPr>
          <w:p>
            <w:r>
              <w:t>20242201134</w:t>
            </w:r>
          </w:p>
        </w:tc>
        <w:tc>
          <w:tcPr>
            <w:tcW w:type="dxa" w:w="4320"/>
          </w:tcPr>
          <w:p>
            <w:r>
              <w:t>张晗</w:t>
            </w:r>
          </w:p>
        </w:tc>
      </w:tr>
      <w:tr>
        <w:tc>
          <w:tcPr>
            <w:tcW w:type="dxa" w:w="4320"/>
          </w:tcPr>
          <w:p>
            <w:r>
              <w:t>20242201158</w:t>
            </w:r>
          </w:p>
        </w:tc>
        <w:tc>
          <w:tcPr>
            <w:tcW w:type="dxa" w:w="4320"/>
          </w:tcPr>
          <w:p>
            <w:r>
              <w:t>胡爽爽</w:t>
            </w:r>
          </w:p>
        </w:tc>
      </w:tr>
      <w:tr>
        <w:tc>
          <w:tcPr>
            <w:tcW w:type="dxa" w:w="4320"/>
          </w:tcPr>
          <w:p>
            <w:r>
              <w:t>20242201185</w:t>
            </w:r>
          </w:p>
        </w:tc>
        <w:tc>
          <w:tcPr>
            <w:tcW w:type="dxa" w:w="4320"/>
          </w:tcPr>
          <w:p>
            <w:r>
              <w:t>姚凯</w:t>
            </w:r>
          </w:p>
        </w:tc>
      </w:tr>
      <w:tr>
        <w:tc>
          <w:tcPr>
            <w:tcW w:type="dxa" w:w="4320"/>
          </w:tcPr>
          <w:p>
            <w:r>
              <w:t>20242201213</w:t>
            </w:r>
          </w:p>
        </w:tc>
        <w:tc>
          <w:tcPr>
            <w:tcW w:type="dxa" w:w="4320"/>
          </w:tcPr>
          <w:p>
            <w:r>
              <w:t>张毕德</w:t>
            </w:r>
          </w:p>
        </w:tc>
      </w:tr>
      <w:tr>
        <w:tc>
          <w:tcPr>
            <w:tcW w:type="dxa" w:w="4320"/>
          </w:tcPr>
          <w:p>
            <w:r>
              <w:t>20242201233</w:t>
            </w:r>
          </w:p>
        </w:tc>
        <w:tc>
          <w:tcPr>
            <w:tcW w:type="dxa" w:w="4320"/>
          </w:tcPr>
          <w:p>
            <w:r>
              <w:t>闫瑞松</w:t>
            </w:r>
          </w:p>
        </w:tc>
      </w:tr>
      <w:tr>
        <w:tc>
          <w:tcPr>
            <w:tcW w:type="dxa" w:w="4320"/>
          </w:tcPr>
          <w:p>
            <w:r>
              <w:t>20242201236</w:t>
            </w:r>
          </w:p>
        </w:tc>
        <w:tc>
          <w:tcPr>
            <w:tcW w:type="dxa" w:w="4320"/>
          </w:tcPr>
          <w:p>
            <w:r>
              <w:t>库晨</w:t>
            </w:r>
          </w:p>
        </w:tc>
      </w:tr>
      <w:tr>
        <w:tc>
          <w:tcPr>
            <w:tcW w:type="dxa" w:w="4320"/>
          </w:tcPr>
          <w:p>
            <w:r>
              <w:t>20242201256</w:t>
            </w:r>
          </w:p>
        </w:tc>
        <w:tc>
          <w:tcPr>
            <w:tcW w:type="dxa" w:w="4320"/>
          </w:tcPr>
          <w:p>
            <w:r>
              <w:t>秦梁玉</w:t>
            </w:r>
          </w:p>
        </w:tc>
      </w:tr>
      <w:tr>
        <w:tc>
          <w:tcPr>
            <w:tcW w:type="dxa" w:w="4320"/>
          </w:tcPr>
          <w:p>
            <w:r>
              <w:t>20242201276</w:t>
            </w:r>
          </w:p>
        </w:tc>
        <w:tc>
          <w:tcPr>
            <w:tcW w:type="dxa" w:w="4320"/>
          </w:tcPr>
          <w:p>
            <w:r>
              <w:t>吴博汉</w:t>
            </w:r>
          </w:p>
        </w:tc>
      </w:tr>
      <w:tr>
        <w:tc>
          <w:tcPr>
            <w:tcW w:type="dxa" w:w="4320"/>
          </w:tcPr>
          <w:p>
            <w:r>
              <w:t>20242201277</w:t>
            </w:r>
          </w:p>
        </w:tc>
        <w:tc>
          <w:tcPr>
            <w:tcW w:type="dxa" w:w="4320"/>
          </w:tcPr>
          <w:p>
            <w:r>
              <w:t>张佳文</w:t>
            </w:r>
          </w:p>
        </w:tc>
      </w:tr>
      <w:tr>
        <w:tc>
          <w:tcPr>
            <w:tcW w:type="dxa" w:w="4320"/>
          </w:tcPr>
          <w:p>
            <w:r>
              <w:t>20242201305</w:t>
            </w:r>
          </w:p>
        </w:tc>
        <w:tc>
          <w:tcPr>
            <w:tcW w:type="dxa" w:w="4320"/>
          </w:tcPr>
          <w:p>
            <w:r>
              <w:t>赵彬彬</w:t>
            </w:r>
          </w:p>
        </w:tc>
      </w:tr>
      <w:tr>
        <w:tc>
          <w:tcPr>
            <w:tcW w:type="dxa" w:w="4320"/>
          </w:tcPr>
          <w:p>
            <w:r>
              <w:t>20242201351</w:t>
            </w:r>
          </w:p>
        </w:tc>
        <w:tc>
          <w:tcPr>
            <w:tcW w:type="dxa" w:w="4320"/>
          </w:tcPr>
          <w:p>
            <w:r>
              <w:t>张鸣宇</w:t>
            </w:r>
          </w:p>
        </w:tc>
      </w:tr>
      <w:tr>
        <w:tc>
          <w:tcPr>
            <w:tcW w:type="dxa" w:w="4320"/>
          </w:tcPr>
          <w:p>
            <w:r>
              <w:t>20242201356</w:t>
            </w:r>
          </w:p>
        </w:tc>
        <w:tc>
          <w:tcPr>
            <w:tcW w:type="dxa" w:w="4320"/>
          </w:tcPr>
          <w:p>
            <w:r>
              <w:t>刘又铭</w:t>
            </w:r>
          </w:p>
        </w:tc>
      </w:tr>
      <w:tr>
        <w:tc>
          <w:tcPr>
            <w:tcW w:type="dxa" w:w="4320"/>
          </w:tcPr>
          <w:p>
            <w:r>
              <w:t>20242201392</w:t>
            </w:r>
          </w:p>
        </w:tc>
        <w:tc>
          <w:tcPr>
            <w:tcW w:type="dxa" w:w="4320"/>
          </w:tcPr>
          <w:p>
            <w:r>
              <w:t>郭博慧</w:t>
            </w:r>
          </w:p>
        </w:tc>
      </w:tr>
      <w:tr>
        <w:tc>
          <w:tcPr>
            <w:tcW w:type="dxa" w:w="4320"/>
          </w:tcPr>
          <w:p>
            <w:r>
              <w:t>20242201395</w:t>
            </w:r>
          </w:p>
        </w:tc>
        <w:tc>
          <w:tcPr>
            <w:tcW w:type="dxa" w:w="4320"/>
          </w:tcPr>
          <w:p>
            <w:r>
              <w:t>于欣以</w:t>
            </w:r>
          </w:p>
        </w:tc>
      </w:tr>
      <w:tr>
        <w:tc>
          <w:tcPr>
            <w:tcW w:type="dxa" w:w="4320"/>
          </w:tcPr>
          <w:p>
            <w:r>
              <w:t>20242201409</w:t>
            </w:r>
          </w:p>
        </w:tc>
        <w:tc>
          <w:tcPr>
            <w:tcW w:type="dxa" w:w="4320"/>
          </w:tcPr>
          <w:p>
            <w:r>
              <w:t>刘家希</w:t>
            </w:r>
          </w:p>
        </w:tc>
      </w:tr>
      <w:tr>
        <w:tc>
          <w:tcPr>
            <w:tcW w:type="dxa" w:w="4320"/>
          </w:tcPr>
          <w:p>
            <w:r>
              <w:t>20242201444</w:t>
            </w:r>
          </w:p>
        </w:tc>
        <w:tc>
          <w:tcPr>
            <w:tcW w:type="dxa" w:w="4320"/>
          </w:tcPr>
          <w:p>
            <w:r>
              <w:t>王一茹</w:t>
            </w:r>
          </w:p>
        </w:tc>
      </w:tr>
      <w:tr>
        <w:tc>
          <w:tcPr>
            <w:tcW w:type="dxa" w:w="4320"/>
          </w:tcPr>
          <w:p>
            <w:r>
              <w:t>20242201453</w:t>
            </w:r>
          </w:p>
        </w:tc>
        <w:tc>
          <w:tcPr>
            <w:tcW w:type="dxa" w:w="4320"/>
          </w:tcPr>
          <w:p>
            <w:r>
              <w:t>郭博君</w:t>
            </w:r>
          </w:p>
        </w:tc>
      </w:tr>
      <w:tr>
        <w:tc>
          <w:tcPr>
            <w:tcW w:type="dxa" w:w="4320"/>
          </w:tcPr>
          <w:p>
            <w:r>
              <w:t>20242201538</w:t>
            </w:r>
          </w:p>
        </w:tc>
        <w:tc>
          <w:tcPr>
            <w:tcW w:type="dxa" w:w="4320"/>
          </w:tcPr>
          <w:p>
            <w:r>
              <w:t>付振昊</w:t>
            </w:r>
          </w:p>
        </w:tc>
      </w:tr>
      <w:tr>
        <w:tc>
          <w:tcPr>
            <w:tcW w:type="dxa" w:w="4320"/>
          </w:tcPr>
          <w:p>
            <w:r>
              <w:t>20242201586</w:t>
            </w:r>
          </w:p>
        </w:tc>
        <w:tc>
          <w:tcPr>
            <w:tcW w:type="dxa" w:w="4320"/>
          </w:tcPr>
          <w:p>
            <w:r>
              <w:t>赵凡钧</w:t>
            </w:r>
          </w:p>
        </w:tc>
      </w:tr>
      <w:tr>
        <w:tc>
          <w:tcPr>
            <w:tcW w:type="dxa" w:w="4320"/>
          </w:tcPr>
          <w:p>
            <w:r>
              <w:t>20242201675</w:t>
            </w:r>
          </w:p>
        </w:tc>
        <w:tc>
          <w:tcPr>
            <w:tcW w:type="dxa" w:w="4320"/>
          </w:tcPr>
          <w:p>
            <w:r>
              <w:t>孙建鑫</w:t>
            </w:r>
          </w:p>
        </w:tc>
      </w:tr>
      <w:tr>
        <w:tc>
          <w:tcPr>
            <w:tcW w:type="dxa" w:w="4320"/>
          </w:tcPr>
          <w:p>
            <w:r>
              <w:t>20242201756</w:t>
            </w:r>
          </w:p>
        </w:tc>
        <w:tc>
          <w:tcPr>
            <w:tcW w:type="dxa" w:w="4320"/>
          </w:tcPr>
          <w:p>
            <w:r>
              <w:t>谢青青</w:t>
            </w:r>
          </w:p>
        </w:tc>
      </w:tr>
      <w:tr>
        <w:tc>
          <w:tcPr>
            <w:tcW w:type="dxa" w:w="4320"/>
          </w:tcPr>
          <w:p>
            <w:r>
              <w:t>20242201835</w:t>
            </w:r>
          </w:p>
        </w:tc>
        <w:tc>
          <w:tcPr>
            <w:tcW w:type="dxa" w:w="4320"/>
          </w:tcPr>
          <w:p>
            <w:r>
              <w:t>张扬昊</w:t>
            </w:r>
          </w:p>
        </w:tc>
      </w:tr>
      <w:tr>
        <w:tc>
          <w:tcPr>
            <w:tcW w:type="dxa" w:w="4320"/>
          </w:tcPr>
          <w:p>
            <w:r>
              <w:t>20242201962</w:t>
            </w:r>
          </w:p>
        </w:tc>
        <w:tc>
          <w:tcPr>
            <w:tcW w:type="dxa" w:w="4320"/>
          </w:tcPr>
          <w:p>
            <w:r>
              <w:t>张惠亭</w:t>
            </w:r>
          </w:p>
        </w:tc>
      </w:tr>
      <w:tr>
        <w:tc>
          <w:tcPr>
            <w:tcW w:type="dxa" w:w="4320"/>
          </w:tcPr>
          <w:p>
            <w:r>
              <w:t>20242202051</w:t>
            </w:r>
          </w:p>
        </w:tc>
        <w:tc>
          <w:tcPr>
            <w:tcW w:type="dxa" w:w="4320"/>
          </w:tcPr>
          <w:p>
            <w:r>
              <w:t>杨嘉玲</w:t>
            </w:r>
          </w:p>
        </w:tc>
      </w:tr>
      <w:tr>
        <w:tc>
          <w:tcPr>
            <w:tcW w:type="dxa" w:w="4320"/>
          </w:tcPr>
          <w:p>
            <w:r>
              <w:t>20242202060</w:t>
            </w:r>
          </w:p>
        </w:tc>
        <w:tc>
          <w:tcPr>
            <w:tcW w:type="dxa" w:w="4320"/>
          </w:tcPr>
          <w:p>
            <w:r>
              <w:t>张亦宁</w:t>
            </w:r>
          </w:p>
        </w:tc>
      </w:tr>
      <w:tr>
        <w:tc>
          <w:tcPr>
            <w:tcW w:type="dxa" w:w="4320"/>
          </w:tcPr>
          <w:p>
            <w:r>
              <w:t>20242202104</w:t>
            </w:r>
          </w:p>
        </w:tc>
        <w:tc>
          <w:tcPr>
            <w:tcW w:type="dxa" w:w="4320"/>
          </w:tcPr>
          <w:p>
            <w:r>
              <w:t>高致远</w:t>
            </w:r>
          </w:p>
        </w:tc>
      </w:tr>
      <w:tr>
        <w:tc>
          <w:tcPr>
            <w:tcW w:type="dxa" w:w="4320"/>
          </w:tcPr>
          <w:p>
            <w:r>
              <w:t>20242202108</w:t>
            </w:r>
          </w:p>
        </w:tc>
        <w:tc>
          <w:tcPr>
            <w:tcW w:type="dxa" w:w="4320"/>
          </w:tcPr>
          <w:p>
            <w:r>
              <w:t>赵德璨</w:t>
            </w:r>
          </w:p>
        </w:tc>
      </w:tr>
      <w:tr>
        <w:tc>
          <w:tcPr>
            <w:tcW w:type="dxa" w:w="4320"/>
          </w:tcPr>
          <w:p>
            <w:r>
              <w:t>20242202139</w:t>
            </w:r>
          </w:p>
        </w:tc>
        <w:tc>
          <w:tcPr>
            <w:tcW w:type="dxa" w:w="4320"/>
          </w:tcPr>
          <w:p>
            <w:r>
              <w:t>夏艺之</w:t>
            </w:r>
          </w:p>
        </w:tc>
      </w:tr>
      <w:tr>
        <w:tc>
          <w:tcPr>
            <w:tcW w:type="dxa" w:w="4320"/>
          </w:tcPr>
          <w:p>
            <w:r>
              <w:t>20242202264</w:t>
            </w:r>
          </w:p>
        </w:tc>
        <w:tc>
          <w:tcPr>
            <w:tcW w:type="dxa" w:w="4320"/>
          </w:tcPr>
          <w:p>
            <w:r>
              <w:t>徐莹莹</w:t>
            </w:r>
          </w:p>
        </w:tc>
      </w:tr>
      <w:tr>
        <w:tc>
          <w:tcPr>
            <w:tcW w:type="dxa" w:w="4320"/>
          </w:tcPr>
          <w:p>
            <w:r>
              <w:t>20242202338</w:t>
            </w:r>
          </w:p>
        </w:tc>
        <w:tc>
          <w:tcPr>
            <w:tcW w:type="dxa" w:w="4320"/>
          </w:tcPr>
          <w:p>
            <w:r>
              <w:t>左盼丰</w:t>
            </w:r>
          </w:p>
        </w:tc>
      </w:tr>
      <w:tr>
        <w:tc>
          <w:tcPr>
            <w:tcW w:type="dxa" w:w="4320"/>
          </w:tcPr>
          <w:p>
            <w:r>
              <w:t>20242202419</w:t>
            </w:r>
          </w:p>
        </w:tc>
        <w:tc>
          <w:tcPr>
            <w:tcW w:type="dxa" w:w="4320"/>
          </w:tcPr>
          <w:p>
            <w:r>
              <w:t>景海涛</w:t>
            </w:r>
          </w:p>
        </w:tc>
      </w:tr>
      <w:tr>
        <w:tc>
          <w:tcPr>
            <w:tcW w:type="dxa" w:w="4320"/>
          </w:tcPr>
          <w:p>
            <w:r>
              <w:t>20242202465</w:t>
            </w:r>
          </w:p>
        </w:tc>
        <w:tc>
          <w:tcPr>
            <w:tcW w:type="dxa" w:w="4320"/>
          </w:tcPr>
          <w:p>
            <w:r>
              <w:t>钱晓婷</w:t>
            </w:r>
          </w:p>
        </w:tc>
      </w:tr>
      <w:tr>
        <w:tc>
          <w:tcPr>
            <w:tcW w:type="dxa" w:w="4320"/>
          </w:tcPr>
          <w:p>
            <w:r>
              <w:t>20242202472</w:t>
            </w:r>
          </w:p>
        </w:tc>
        <w:tc>
          <w:tcPr>
            <w:tcW w:type="dxa" w:w="4320"/>
          </w:tcPr>
          <w:p>
            <w:r>
              <w:t>马于超</w:t>
            </w:r>
          </w:p>
        </w:tc>
      </w:tr>
      <w:tr>
        <w:tc>
          <w:tcPr>
            <w:tcW w:type="dxa" w:w="4320"/>
          </w:tcPr>
          <w:p>
            <w:r>
              <w:t>20242202504</w:t>
            </w:r>
          </w:p>
        </w:tc>
        <w:tc>
          <w:tcPr>
            <w:tcW w:type="dxa" w:w="4320"/>
          </w:tcPr>
          <w:p>
            <w:r>
              <w:t>冯子希</w:t>
            </w:r>
          </w:p>
        </w:tc>
      </w:tr>
      <w:tr>
        <w:tc>
          <w:tcPr>
            <w:tcW w:type="dxa" w:w="4320"/>
          </w:tcPr>
          <w:p>
            <w:r>
              <w:t>20242202517</w:t>
            </w:r>
          </w:p>
        </w:tc>
        <w:tc>
          <w:tcPr>
            <w:tcW w:type="dxa" w:w="4320"/>
          </w:tcPr>
          <w:p>
            <w:r>
              <w:t>葛富源</w:t>
            </w:r>
          </w:p>
        </w:tc>
      </w:tr>
      <w:tr>
        <w:tc>
          <w:tcPr>
            <w:tcW w:type="dxa" w:w="4320"/>
          </w:tcPr>
          <w:p>
            <w:r>
              <w:t>20242202518</w:t>
            </w:r>
          </w:p>
        </w:tc>
        <w:tc>
          <w:tcPr>
            <w:tcW w:type="dxa" w:w="4320"/>
          </w:tcPr>
          <w:p>
            <w:r>
              <w:t>王铭</w:t>
            </w:r>
          </w:p>
        </w:tc>
      </w:tr>
      <w:tr>
        <w:tc>
          <w:tcPr>
            <w:tcW w:type="dxa" w:w="4320"/>
          </w:tcPr>
          <w:p>
            <w:r>
              <w:t>20242202522</w:t>
            </w:r>
          </w:p>
        </w:tc>
        <w:tc>
          <w:tcPr>
            <w:tcW w:type="dxa" w:w="4320"/>
          </w:tcPr>
          <w:p>
            <w:r>
              <w:t>许洋</w:t>
            </w:r>
          </w:p>
        </w:tc>
      </w:tr>
      <w:tr>
        <w:tc>
          <w:tcPr>
            <w:tcW w:type="dxa" w:w="4320"/>
          </w:tcPr>
          <w:p>
            <w:r>
              <w:t>20242202667</w:t>
            </w:r>
          </w:p>
        </w:tc>
        <w:tc>
          <w:tcPr>
            <w:tcW w:type="dxa" w:w="4320"/>
          </w:tcPr>
          <w:p>
            <w:r>
              <w:t>唐俊</w:t>
            </w:r>
          </w:p>
        </w:tc>
      </w:tr>
      <w:tr>
        <w:tc>
          <w:tcPr>
            <w:tcW w:type="dxa" w:w="4320"/>
          </w:tcPr>
          <w:p>
            <w:r>
              <w:t>20242202735</w:t>
            </w:r>
          </w:p>
        </w:tc>
        <w:tc>
          <w:tcPr>
            <w:tcW w:type="dxa" w:w="4320"/>
          </w:tcPr>
          <w:p>
            <w:r>
              <w:t>孙德明</w:t>
            </w:r>
          </w:p>
        </w:tc>
      </w:tr>
      <w:tr>
        <w:tc>
          <w:tcPr>
            <w:tcW w:type="dxa" w:w="4320"/>
          </w:tcPr>
          <w:p>
            <w:r>
              <w:t>20242202765</w:t>
            </w:r>
          </w:p>
        </w:tc>
        <w:tc>
          <w:tcPr>
            <w:tcW w:type="dxa" w:w="4320"/>
          </w:tcPr>
          <w:p>
            <w:r>
              <w:t>朱嘉怡</w:t>
            </w:r>
          </w:p>
        </w:tc>
      </w:tr>
      <w:tr>
        <w:tc>
          <w:tcPr>
            <w:tcW w:type="dxa" w:w="4320"/>
          </w:tcPr>
          <w:p>
            <w:r>
              <w:t>20242202782</w:t>
            </w:r>
          </w:p>
        </w:tc>
        <w:tc>
          <w:tcPr>
            <w:tcW w:type="dxa" w:w="4320"/>
          </w:tcPr>
          <w:p>
            <w:r>
              <w:t>马艺铭</w:t>
            </w:r>
          </w:p>
        </w:tc>
      </w:tr>
      <w:tr>
        <w:tc>
          <w:tcPr>
            <w:tcW w:type="dxa" w:w="4320"/>
          </w:tcPr>
          <w:p>
            <w:r>
              <w:t>20242202840</w:t>
            </w:r>
          </w:p>
        </w:tc>
        <w:tc>
          <w:tcPr>
            <w:tcW w:type="dxa" w:w="4320"/>
          </w:tcPr>
          <w:p>
            <w:r>
              <w:t>王文昌</w:t>
            </w:r>
          </w:p>
        </w:tc>
      </w:tr>
      <w:tr>
        <w:tc>
          <w:tcPr>
            <w:tcW w:type="dxa" w:w="4320"/>
          </w:tcPr>
          <w:p>
            <w:r>
              <w:t>20242202846</w:t>
            </w:r>
          </w:p>
        </w:tc>
        <w:tc>
          <w:tcPr>
            <w:tcW w:type="dxa" w:w="4320"/>
          </w:tcPr>
          <w:p>
            <w:r>
              <w:t>房瑞祥</w:t>
            </w:r>
          </w:p>
        </w:tc>
      </w:tr>
      <w:tr>
        <w:tc>
          <w:tcPr>
            <w:tcW w:type="dxa" w:w="4320"/>
          </w:tcPr>
          <w:p>
            <w:r>
              <w:t>20242202950</w:t>
            </w:r>
          </w:p>
        </w:tc>
        <w:tc>
          <w:tcPr>
            <w:tcW w:type="dxa" w:w="4320"/>
          </w:tcPr>
          <w:p>
            <w:r>
              <w:t>刘嘉骏</w:t>
            </w:r>
          </w:p>
        </w:tc>
      </w:tr>
      <w:tr>
        <w:tc>
          <w:tcPr>
            <w:tcW w:type="dxa" w:w="4320"/>
          </w:tcPr>
          <w:p>
            <w:r>
              <w:t>20242202962</w:t>
            </w:r>
          </w:p>
        </w:tc>
        <w:tc>
          <w:tcPr>
            <w:tcW w:type="dxa" w:w="4320"/>
          </w:tcPr>
          <w:p>
            <w:r>
              <w:t>赵晗珂</w:t>
            </w:r>
          </w:p>
        </w:tc>
      </w:tr>
      <w:tr>
        <w:tc>
          <w:tcPr>
            <w:tcW w:type="dxa" w:w="4320"/>
          </w:tcPr>
          <w:p>
            <w:r>
              <w:t>20242203020</w:t>
            </w:r>
          </w:p>
        </w:tc>
        <w:tc>
          <w:tcPr>
            <w:tcW w:type="dxa" w:w="4320"/>
          </w:tcPr>
          <w:p>
            <w:r>
              <w:t>李嘉成</w:t>
            </w:r>
          </w:p>
        </w:tc>
      </w:tr>
      <w:tr>
        <w:tc>
          <w:tcPr>
            <w:tcW w:type="dxa" w:w="4320"/>
          </w:tcPr>
          <w:p>
            <w:r>
              <w:t>20242203027</w:t>
            </w:r>
          </w:p>
        </w:tc>
        <w:tc>
          <w:tcPr>
            <w:tcW w:type="dxa" w:w="4320"/>
          </w:tcPr>
          <w:p>
            <w:r>
              <w:t>丛霄</w:t>
            </w:r>
          </w:p>
        </w:tc>
      </w:tr>
      <w:tr>
        <w:tc>
          <w:tcPr>
            <w:tcW w:type="dxa" w:w="4320"/>
          </w:tcPr>
          <w:p>
            <w:r>
              <w:t>20242203057</w:t>
            </w:r>
          </w:p>
        </w:tc>
        <w:tc>
          <w:tcPr>
            <w:tcW w:type="dxa" w:w="4320"/>
          </w:tcPr>
          <w:p>
            <w:r>
              <w:t>魏云飞</w:t>
            </w:r>
          </w:p>
        </w:tc>
      </w:tr>
      <w:tr>
        <w:tc>
          <w:tcPr>
            <w:tcW w:type="dxa" w:w="4320"/>
          </w:tcPr>
          <w:p>
            <w:r>
              <w:t>20242203100</w:t>
            </w:r>
          </w:p>
        </w:tc>
        <w:tc>
          <w:tcPr>
            <w:tcW w:type="dxa" w:w="4320"/>
          </w:tcPr>
          <w:p>
            <w:r>
              <w:t>吕游</w:t>
            </w:r>
          </w:p>
        </w:tc>
      </w:tr>
      <w:tr>
        <w:tc>
          <w:tcPr>
            <w:tcW w:type="dxa" w:w="4320"/>
          </w:tcPr>
          <w:p>
            <w:r>
              <w:t>20242203105</w:t>
            </w:r>
          </w:p>
        </w:tc>
        <w:tc>
          <w:tcPr>
            <w:tcW w:type="dxa" w:w="4320"/>
          </w:tcPr>
          <w:p>
            <w:r>
              <w:t>张子倩</w:t>
            </w:r>
          </w:p>
        </w:tc>
      </w:tr>
      <w:tr>
        <w:tc>
          <w:tcPr>
            <w:tcW w:type="dxa" w:w="4320"/>
          </w:tcPr>
          <w:p>
            <w:r>
              <w:t>20242203154</w:t>
            </w:r>
          </w:p>
        </w:tc>
        <w:tc>
          <w:tcPr>
            <w:tcW w:type="dxa" w:w="4320"/>
          </w:tcPr>
          <w:p>
            <w:r>
              <w:t>王菁</w:t>
            </w:r>
          </w:p>
        </w:tc>
      </w:tr>
      <w:tr>
        <w:tc>
          <w:tcPr>
            <w:tcW w:type="dxa" w:w="4320"/>
          </w:tcPr>
          <w:p>
            <w:r>
              <w:t>20242203215</w:t>
            </w:r>
          </w:p>
        </w:tc>
        <w:tc>
          <w:tcPr>
            <w:tcW w:type="dxa" w:w="4320"/>
          </w:tcPr>
          <w:p>
            <w:r>
              <w:t>程浩博</w:t>
            </w:r>
          </w:p>
        </w:tc>
      </w:tr>
      <w:tr>
        <w:tc>
          <w:tcPr>
            <w:tcW w:type="dxa" w:w="4320"/>
          </w:tcPr>
          <w:p>
            <w:r>
              <w:t>20242203278</w:t>
            </w:r>
          </w:p>
        </w:tc>
        <w:tc>
          <w:tcPr>
            <w:tcW w:type="dxa" w:w="4320"/>
          </w:tcPr>
          <w:p>
            <w:r>
              <w:t>夏东楠</w:t>
            </w:r>
          </w:p>
        </w:tc>
      </w:tr>
      <w:tr>
        <w:tc>
          <w:tcPr>
            <w:tcW w:type="dxa" w:w="4320"/>
          </w:tcPr>
          <w:p>
            <w:r>
              <w:t>20242203294</w:t>
            </w:r>
          </w:p>
        </w:tc>
        <w:tc>
          <w:tcPr>
            <w:tcW w:type="dxa" w:w="4320"/>
          </w:tcPr>
          <w:p>
            <w:r>
              <w:t>李嘉珣</w:t>
            </w:r>
          </w:p>
        </w:tc>
      </w:tr>
      <w:tr>
        <w:tc>
          <w:tcPr>
            <w:tcW w:type="dxa" w:w="4320"/>
          </w:tcPr>
          <w:p>
            <w:r>
              <w:t>20242203295</w:t>
            </w:r>
          </w:p>
        </w:tc>
        <w:tc>
          <w:tcPr>
            <w:tcW w:type="dxa" w:w="4320"/>
          </w:tcPr>
          <w:p>
            <w:r>
              <w:t>刘昕昊</w:t>
            </w:r>
          </w:p>
        </w:tc>
      </w:tr>
      <w:tr>
        <w:tc>
          <w:tcPr>
            <w:tcW w:type="dxa" w:w="4320"/>
          </w:tcPr>
          <w:p>
            <w:r>
              <w:t>20242203322</w:t>
            </w:r>
          </w:p>
        </w:tc>
        <w:tc>
          <w:tcPr>
            <w:tcW w:type="dxa" w:w="4320"/>
          </w:tcPr>
          <w:p>
            <w:r>
              <w:t>闫佳本</w:t>
            </w:r>
          </w:p>
        </w:tc>
      </w:tr>
      <w:tr>
        <w:tc>
          <w:tcPr>
            <w:tcW w:type="dxa" w:w="4320"/>
          </w:tcPr>
          <w:p>
            <w:r>
              <w:t>20242203359</w:t>
            </w:r>
          </w:p>
        </w:tc>
        <w:tc>
          <w:tcPr>
            <w:tcW w:type="dxa" w:w="4320"/>
          </w:tcPr>
          <w:p>
            <w:r>
              <w:t>曹馨尹</w:t>
            </w:r>
          </w:p>
        </w:tc>
      </w:tr>
      <w:tr>
        <w:tc>
          <w:tcPr>
            <w:tcW w:type="dxa" w:w="4320"/>
          </w:tcPr>
          <w:p>
            <w:r>
              <w:t>20242203407</w:t>
            </w:r>
          </w:p>
        </w:tc>
        <w:tc>
          <w:tcPr>
            <w:tcW w:type="dxa" w:w="4320"/>
          </w:tcPr>
          <w:p>
            <w:r>
              <w:t>魏语轩</w:t>
            </w:r>
          </w:p>
        </w:tc>
      </w:tr>
      <w:tr>
        <w:tc>
          <w:tcPr>
            <w:tcW w:type="dxa" w:w="4320"/>
          </w:tcPr>
          <w:p>
            <w:r>
              <w:t>20242203493</w:t>
            </w:r>
          </w:p>
        </w:tc>
        <w:tc>
          <w:tcPr>
            <w:tcW w:type="dxa" w:w="4320"/>
          </w:tcPr>
          <w:p>
            <w:r>
              <w:t>张敏</w:t>
            </w:r>
          </w:p>
        </w:tc>
      </w:tr>
      <w:tr>
        <w:tc>
          <w:tcPr>
            <w:tcW w:type="dxa" w:w="4320"/>
          </w:tcPr>
          <w:p>
            <w:r>
              <w:t>20242203556</w:t>
            </w:r>
          </w:p>
        </w:tc>
        <w:tc>
          <w:tcPr>
            <w:tcW w:type="dxa" w:w="4320"/>
          </w:tcPr>
          <w:p>
            <w:r>
              <w:t>周嘉悦</w:t>
            </w:r>
          </w:p>
        </w:tc>
      </w:tr>
      <w:tr>
        <w:tc>
          <w:tcPr>
            <w:tcW w:type="dxa" w:w="4320"/>
          </w:tcPr>
          <w:p>
            <w:r>
              <w:t>20242203571</w:t>
            </w:r>
          </w:p>
        </w:tc>
        <w:tc>
          <w:tcPr>
            <w:tcW w:type="dxa" w:w="4320"/>
          </w:tcPr>
          <w:p>
            <w:r>
              <w:t>戚骁阳</w:t>
            </w:r>
          </w:p>
        </w:tc>
      </w:tr>
      <w:tr>
        <w:tc>
          <w:tcPr>
            <w:tcW w:type="dxa" w:w="4320"/>
          </w:tcPr>
          <w:p>
            <w:r>
              <w:t>20242203777</w:t>
            </w:r>
          </w:p>
        </w:tc>
        <w:tc>
          <w:tcPr>
            <w:tcW w:type="dxa" w:w="4320"/>
          </w:tcPr>
          <w:p>
            <w:r>
              <w:t>彭天健</w:t>
            </w:r>
          </w:p>
        </w:tc>
      </w:tr>
      <w:tr>
        <w:tc>
          <w:tcPr>
            <w:tcW w:type="dxa" w:w="4320"/>
          </w:tcPr>
          <w:p>
            <w:r>
              <w:t>20242203790</w:t>
            </w:r>
          </w:p>
        </w:tc>
        <w:tc>
          <w:tcPr>
            <w:tcW w:type="dxa" w:w="4320"/>
          </w:tcPr>
          <w:p>
            <w:r>
              <w:t>赵锦泽</w:t>
            </w:r>
          </w:p>
        </w:tc>
      </w:tr>
      <w:tr>
        <w:tc>
          <w:tcPr>
            <w:tcW w:type="dxa" w:w="4320"/>
          </w:tcPr>
          <w:p>
            <w:r>
              <w:t>20242203839</w:t>
            </w:r>
          </w:p>
        </w:tc>
        <w:tc>
          <w:tcPr>
            <w:tcW w:type="dxa" w:w="4320"/>
          </w:tcPr>
          <w:p>
            <w:r>
              <w:t>李思瑶</w:t>
            </w:r>
          </w:p>
        </w:tc>
      </w:tr>
      <w:tr>
        <w:tc>
          <w:tcPr>
            <w:tcW w:type="dxa" w:w="4320"/>
          </w:tcPr>
          <w:p>
            <w:r>
              <w:t>20242204082</w:t>
            </w:r>
          </w:p>
        </w:tc>
        <w:tc>
          <w:tcPr>
            <w:tcW w:type="dxa" w:w="4320"/>
          </w:tcPr>
          <w:p>
            <w:r>
              <w:t>牛嘉琪</w:t>
            </w:r>
          </w:p>
        </w:tc>
      </w:tr>
      <w:tr>
        <w:tc>
          <w:tcPr>
            <w:tcW w:type="dxa" w:w="4320"/>
          </w:tcPr>
          <w:p>
            <w:r>
              <w:t>20242204154</w:t>
            </w:r>
          </w:p>
        </w:tc>
        <w:tc>
          <w:tcPr>
            <w:tcW w:type="dxa" w:w="4320"/>
          </w:tcPr>
          <w:p>
            <w:r>
              <w:t>刘小天</w:t>
            </w:r>
          </w:p>
        </w:tc>
      </w:tr>
      <w:tr>
        <w:tc>
          <w:tcPr>
            <w:tcW w:type="dxa" w:w="4320"/>
          </w:tcPr>
          <w:p>
            <w:r>
              <w:t>20242204242</w:t>
            </w:r>
          </w:p>
        </w:tc>
        <w:tc>
          <w:tcPr>
            <w:tcW w:type="dxa" w:w="4320"/>
          </w:tcPr>
          <w:p>
            <w:r>
              <w:t>秦凯强</w:t>
            </w:r>
          </w:p>
        </w:tc>
      </w:tr>
      <w:tr>
        <w:tc>
          <w:tcPr>
            <w:tcW w:type="dxa" w:w="4320"/>
          </w:tcPr>
          <w:p>
            <w:r>
              <w:t>20242204243</w:t>
            </w:r>
          </w:p>
        </w:tc>
        <w:tc>
          <w:tcPr>
            <w:tcW w:type="dxa" w:w="4320"/>
          </w:tcPr>
          <w:p>
            <w:r>
              <w:t>张凝希</w:t>
            </w:r>
          </w:p>
        </w:tc>
      </w:tr>
      <w:tr>
        <w:tc>
          <w:tcPr>
            <w:tcW w:type="dxa" w:w="4320"/>
          </w:tcPr>
          <w:p>
            <w:r>
              <w:t>20242204401</w:t>
            </w:r>
          </w:p>
        </w:tc>
        <w:tc>
          <w:tcPr>
            <w:tcW w:type="dxa" w:w="4320"/>
          </w:tcPr>
          <w:p>
            <w:r>
              <w:t>许宸瑞</w:t>
            </w:r>
          </w:p>
        </w:tc>
      </w:tr>
      <w:tr>
        <w:tc>
          <w:tcPr>
            <w:tcW w:type="dxa" w:w="4320"/>
          </w:tcPr>
          <w:p>
            <w:r>
              <w:t>20242204430</w:t>
            </w:r>
          </w:p>
        </w:tc>
        <w:tc>
          <w:tcPr>
            <w:tcW w:type="dxa" w:w="4320"/>
          </w:tcPr>
          <w:p>
            <w:r>
              <w:t>孙鹏程</w:t>
            </w:r>
          </w:p>
        </w:tc>
      </w:tr>
      <w:tr>
        <w:tc>
          <w:tcPr>
            <w:tcW w:type="dxa" w:w="4320"/>
          </w:tcPr>
          <w:p>
            <w:r>
              <w:t>20242204440</w:t>
            </w:r>
          </w:p>
        </w:tc>
        <w:tc>
          <w:tcPr>
            <w:tcW w:type="dxa" w:w="4320"/>
          </w:tcPr>
          <w:p>
            <w:r>
              <w:t>黄子烨</w:t>
            </w:r>
          </w:p>
        </w:tc>
      </w:tr>
      <w:tr>
        <w:tc>
          <w:tcPr>
            <w:tcW w:type="dxa" w:w="4320"/>
          </w:tcPr>
          <w:p>
            <w:r>
              <w:t>20242204543</w:t>
            </w:r>
          </w:p>
        </w:tc>
        <w:tc>
          <w:tcPr>
            <w:tcW w:type="dxa" w:w="4320"/>
          </w:tcPr>
          <w:p>
            <w:r>
              <w:t>杜佳育</w:t>
            </w:r>
          </w:p>
        </w:tc>
      </w:tr>
      <w:tr>
        <w:tc>
          <w:tcPr>
            <w:tcW w:type="dxa" w:w="4320"/>
          </w:tcPr>
          <w:p>
            <w:r>
              <w:t>20242204545</w:t>
            </w:r>
          </w:p>
        </w:tc>
        <w:tc>
          <w:tcPr>
            <w:tcW w:type="dxa" w:w="4320"/>
          </w:tcPr>
          <w:p>
            <w:r>
              <w:t>王兆一</w:t>
            </w:r>
          </w:p>
        </w:tc>
      </w:tr>
      <w:tr>
        <w:tc>
          <w:tcPr>
            <w:tcW w:type="dxa" w:w="4320"/>
          </w:tcPr>
          <w:p>
            <w:r>
              <w:t>20242204584</w:t>
            </w:r>
          </w:p>
        </w:tc>
        <w:tc>
          <w:tcPr>
            <w:tcW w:type="dxa" w:w="4320"/>
          </w:tcPr>
          <w:p>
            <w:r>
              <w:t>温玉洁</w:t>
            </w:r>
          </w:p>
        </w:tc>
      </w:tr>
      <w:tr>
        <w:tc>
          <w:tcPr>
            <w:tcW w:type="dxa" w:w="4320"/>
          </w:tcPr>
          <w:p>
            <w:r>
              <w:t>20242204612</w:t>
            </w:r>
          </w:p>
        </w:tc>
        <w:tc>
          <w:tcPr>
            <w:tcW w:type="dxa" w:w="4320"/>
          </w:tcPr>
          <w:p>
            <w:r>
              <w:t>孟晨曦</w:t>
            </w:r>
          </w:p>
        </w:tc>
      </w:tr>
      <w:tr>
        <w:tc>
          <w:tcPr>
            <w:tcW w:type="dxa" w:w="4320"/>
          </w:tcPr>
          <w:p>
            <w:r>
              <w:t>20242204780</w:t>
            </w:r>
          </w:p>
        </w:tc>
        <w:tc>
          <w:tcPr>
            <w:tcW w:type="dxa" w:w="4320"/>
          </w:tcPr>
          <w:p>
            <w:r>
              <w:t>冀冉</w:t>
            </w:r>
          </w:p>
        </w:tc>
      </w:tr>
      <w:tr>
        <w:tc>
          <w:tcPr>
            <w:tcW w:type="dxa" w:w="4320"/>
          </w:tcPr>
          <w:p>
            <w:r>
              <w:t>20242204825</w:t>
            </w:r>
          </w:p>
        </w:tc>
        <w:tc>
          <w:tcPr>
            <w:tcW w:type="dxa" w:w="4320"/>
          </w:tcPr>
          <w:p>
            <w:r>
              <w:t>施想</w:t>
            </w:r>
          </w:p>
        </w:tc>
      </w:tr>
      <w:tr>
        <w:tc>
          <w:tcPr>
            <w:tcW w:type="dxa" w:w="4320"/>
          </w:tcPr>
          <w:p>
            <w:r>
              <w:t>20242205002</w:t>
            </w:r>
          </w:p>
        </w:tc>
        <w:tc>
          <w:tcPr>
            <w:tcW w:type="dxa" w:w="4320"/>
          </w:tcPr>
          <w:p>
            <w:r>
              <w:t>王永恒</w:t>
            </w:r>
          </w:p>
        </w:tc>
      </w:tr>
      <w:tr>
        <w:tc>
          <w:tcPr>
            <w:tcW w:type="dxa" w:w="4320"/>
          </w:tcPr>
          <w:p>
            <w:r>
              <w:t>20242205015</w:t>
            </w:r>
          </w:p>
        </w:tc>
        <w:tc>
          <w:tcPr>
            <w:tcW w:type="dxa" w:w="4320"/>
          </w:tcPr>
          <w:p>
            <w:r>
              <w:t>袁建昌</w:t>
            </w:r>
          </w:p>
        </w:tc>
      </w:tr>
      <w:tr>
        <w:tc>
          <w:tcPr>
            <w:tcW w:type="dxa" w:w="4320"/>
          </w:tcPr>
          <w:p>
            <w:r>
              <w:t>20242205060</w:t>
            </w:r>
          </w:p>
        </w:tc>
        <w:tc>
          <w:tcPr>
            <w:tcW w:type="dxa" w:w="4320"/>
          </w:tcPr>
          <w:p>
            <w:r>
              <w:t>王杨</w:t>
            </w:r>
          </w:p>
        </w:tc>
      </w:tr>
      <w:tr>
        <w:tc>
          <w:tcPr>
            <w:tcW w:type="dxa" w:w="4320"/>
          </w:tcPr>
          <w:p>
            <w:r>
              <w:t>20242205182</w:t>
            </w:r>
          </w:p>
        </w:tc>
        <w:tc>
          <w:tcPr>
            <w:tcW w:type="dxa" w:w="4320"/>
          </w:tcPr>
          <w:p>
            <w:r>
              <w:t>刘威辰</w:t>
            </w:r>
          </w:p>
        </w:tc>
      </w:tr>
      <w:tr>
        <w:tc>
          <w:tcPr>
            <w:tcW w:type="dxa" w:w="4320"/>
          </w:tcPr>
          <w:p>
            <w:r>
              <w:t>20242205241</w:t>
            </w:r>
          </w:p>
        </w:tc>
        <w:tc>
          <w:tcPr>
            <w:tcW w:type="dxa" w:w="4320"/>
          </w:tcPr>
          <w:p>
            <w:r>
              <w:t>陆子康</w:t>
            </w:r>
          </w:p>
        </w:tc>
      </w:tr>
      <w:tr>
        <w:tc>
          <w:tcPr>
            <w:tcW w:type="dxa" w:w="4320"/>
          </w:tcPr>
          <w:p>
            <w:r>
              <w:t>20242205618</w:t>
            </w:r>
          </w:p>
        </w:tc>
        <w:tc>
          <w:tcPr>
            <w:tcW w:type="dxa" w:w="4320"/>
          </w:tcPr>
          <w:p>
            <w:r>
              <w:t>曾浩航</w:t>
            </w:r>
          </w:p>
        </w:tc>
      </w:tr>
      <w:tr>
        <w:tc>
          <w:tcPr>
            <w:tcW w:type="dxa" w:w="4320"/>
          </w:tcPr>
          <w:p>
            <w:r>
              <w:t>20242205647</w:t>
            </w:r>
          </w:p>
        </w:tc>
        <w:tc>
          <w:tcPr>
            <w:tcW w:type="dxa" w:w="4320"/>
          </w:tcPr>
          <w:p>
            <w:r>
              <w:t>柴志远</w:t>
            </w:r>
          </w:p>
        </w:tc>
      </w:tr>
      <w:tr>
        <w:tc>
          <w:tcPr>
            <w:tcW w:type="dxa" w:w="4320"/>
          </w:tcPr>
          <w:p>
            <w:r>
              <w:t>20242205687</w:t>
            </w:r>
          </w:p>
        </w:tc>
        <w:tc>
          <w:tcPr>
            <w:tcW w:type="dxa" w:w="4320"/>
          </w:tcPr>
          <w:p>
            <w:r>
              <w:t>赵梦璇</w:t>
            </w:r>
          </w:p>
        </w:tc>
      </w:tr>
      <w:tr>
        <w:tc>
          <w:tcPr>
            <w:tcW w:type="dxa" w:w="4320"/>
          </w:tcPr>
          <w:p>
            <w:r>
              <w:t>20242205708</w:t>
            </w:r>
          </w:p>
        </w:tc>
        <w:tc>
          <w:tcPr>
            <w:tcW w:type="dxa" w:w="4320"/>
          </w:tcPr>
          <w:p>
            <w:r>
              <w:t>邢本博</w:t>
            </w:r>
          </w:p>
        </w:tc>
      </w:tr>
      <w:tr>
        <w:tc>
          <w:tcPr>
            <w:tcW w:type="dxa" w:w="4320"/>
          </w:tcPr>
          <w:p>
            <w:r>
              <w:t>20242205714</w:t>
            </w:r>
          </w:p>
        </w:tc>
        <w:tc>
          <w:tcPr>
            <w:tcW w:type="dxa" w:w="4320"/>
          </w:tcPr>
          <w:p>
            <w:r>
              <w:t>吴琪</w:t>
            </w:r>
          </w:p>
        </w:tc>
      </w:tr>
      <w:tr>
        <w:tc>
          <w:tcPr>
            <w:tcW w:type="dxa" w:w="4320"/>
          </w:tcPr>
          <w:p>
            <w:r>
              <w:t>20242205759</w:t>
            </w:r>
          </w:p>
        </w:tc>
        <w:tc>
          <w:tcPr>
            <w:tcW w:type="dxa" w:w="4320"/>
          </w:tcPr>
          <w:p>
            <w:r>
              <w:t>杨昊翔</w:t>
            </w:r>
          </w:p>
        </w:tc>
      </w:tr>
      <w:tr>
        <w:tc>
          <w:tcPr>
            <w:tcW w:type="dxa" w:w="4320"/>
          </w:tcPr>
          <w:p>
            <w:r>
              <w:t>20242205776</w:t>
            </w:r>
          </w:p>
        </w:tc>
        <w:tc>
          <w:tcPr>
            <w:tcW w:type="dxa" w:w="4320"/>
          </w:tcPr>
          <w:p>
            <w:r>
              <w:t>胡天宇</w:t>
            </w:r>
          </w:p>
        </w:tc>
      </w:tr>
      <w:tr>
        <w:tc>
          <w:tcPr>
            <w:tcW w:type="dxa" w:w="4320"/>
          </w:tcPr>
          <w:p>
            <w:r>
              <w:t>20242205838</w:t>
            </w:r>
          </w:p>
        </w:tc>
        <w:tc>
          <w:tcPr>
            <w:tcW w:type="dxa" w:w="4320"/>
          </w:tcPr>
          <w:p>
            <w:r>
              <w:t>冷明睿</w:t>
            </w:r>
          </w:p>
        </w:tc>
      </w:tr>
      <w:tr>
        <w:tc>
          <w:tcPr>
            <w:tcW w:type="dxa" w:w="4320"/>
          </w:tcPr>
          <w:p>
            <w:r>
              <w:t>20242205980</w:t>
            </w:r>
          </w:p>
        </w:tc>
        <w:tc>
          <w:tcPr>
            <w:tcW w:type="dxa" w:w="4320"/>
          </w:tcPr>
          <w:p>
            <w:r>
              <w:t>谭志宇</w:t>
            </w:r>
          </w:p>
        </w:tc>
      </w:tr>
      <w:tr>
        <w:tc>
          <w:tcPr>
            <w:tcW w:type="dxa" w:w="4320"/>
          </w:tcPr>
          <w:p>
            <w:r>
              <w:t>20242205993</w:t>
            </w:r>
          </w:p>
        </w:tc>
        <w:tc>
          <w:tcPr>
            <w:tcW w:type="dxa" w:w="4320"/>
          </w:tcPr>
          <w:p>
            <w:r>
              <w:t>章之禹</w:t>
            </w:r>
          </w:p>
        </w:tc>
      </w:tr>
      <w:tr>
        <w:tc>
          <w:tcPr>
            <w:tcW w:type="dxa" w:w="4320"/>
          </w:tcPr>
          <w:p>
            <w:r>
              <w:t>20242206023</w:t>
            </w:r>
          </w:p>
        </w:tc>
        <w:tc>
          <w:tcPr>
            <w:tcW w:type="dxa" w:w="4320"/>
          </w:tcPr>
          <w:p>
            <w:r>
              <w:t>兰川</w:t>
            </w:r>
          </w:p>
        </w:tc>
      </w:tr>
      <w:tr>
        <w:tc>
          <w:tcPr>
            <w:tcW w:type="dxa" w:w="4320"/>
          </w:tcPr>
          <w:p>
            <w:r>
              <w:t>20242206120</w:t>
            </w:r>
          </w:p>
        </w:tc>
        <w:tc>
          <w:tcPr>
            <w:tcW w:type="dxa" w:w="4320"/>
          </w:tcPr>
          <w:p>
            <w:r>
              <w:t>潘富强</w:t>
            </w:r>
          </w:p>
        </w:tc>
      </w:tr>
      <w:tr>
        <w:tc>
          <w:tcPr>
            <w:tcW w:type="dxa" w:w="4320"/>
          </w:tcPr>
          <w:p>
            <w:r>
              <w:t>20242206228</w:t>
            </w:r>
          </w:p>
        </w:tc>
        <w:tc>
          <w:tcPr>
            <w:tcW w:type="dxa" w:w="4320"/>
          </w:tcPr>
          <w:p>
            <w:r>
              <w:t>殷尘霄</w:t>
            </w:r>
          </w:p>
        </w:tc>
      </w:tr>
      <w:tr>
        <w:tc>
          <w:tcPr>
            <w:tcW w:type="dxa" w:w="4320"/>
          </w:tcPr>
          <w:p>
            <w:r>
              <w:t>20242206280</w:t>
            </w:r>
          </w:p>
        </w:tc>
        <w:tc>
          <w:tcPr>
            <w:tcW w:type="dxa" w:w="4320"/>
          </w:tcPr>
          <w:p>
            <w:r>
              <w:t>赵文伟</w:t>
            </w:r>
          </w:p>
        </w:tc>
      </w:tr>
      <w:tr>
        <w:tc>
          <w:tcPr>
            <w:tcW w:type="dxa" w:w="4320"/>
          </w:tcPr>
          <w:p>
            <w:r>
              <w:t>20242206318</w:t>
            </w:r>
          </w:p>
        </w:tc>
        <w:tc>
          <w:tcPr>
            <w:tcW w:type="dxa" w:w="4320"/>
          </w:tcPr>
          <w:p>
            <w:r>
              <w:t>陆彦</w:t>
            </w:r>
          </w:p>
        </w:tc>
      </w:tr>
      <w:tr>
        <w:tc>
          <w:tcPr>
            <w:tcW w:type="dxa" w:w="4320"/>
          </w:tcPr>
          <w:p>
            <w:r>
              <w:t>20242206321</w:t>
            </w:r>
          </w:p>
        </w:tc>
        <w:tc>
          <w:tcPr>
            <w:tcW w:type="dxa" w:w="4320"/>
          </w:tcPr>
          <w:p>
            <w:r>
              <w:t>张粟桐</w:t>
            </w:r>
          </w:p>
        </w:tc>
      </w:tr>
      <w:tr>
        <w:tc>
          <w:tcPr>
            <w:tcW w:type="dxa" w:w="4320"/>
          </w:tcPr>
          <w:p>
            <w:r>
              <w:t>20242206358</w:t>
            </w:r>
          </w:p>
        </w:tc>
        <w:tc>
          <w:tcPr>
            <w:tcW w:type="dxa" w:w="4320"/>
          </w:tcPr>
          <w:p>
            <w:r>
              <w:t>王晓然</w:t>
            </w:r>
          </w:p>
        </w:tc>
      </w:tr>
      <w:tr>
        <w:tc>
          <w:tcPr>
            <w:tcW w:type="dxa" w:w="4320"/>
          </w:tcPr>
          <w:p>
            <w:r>
              <w:t>20242206363</w:t>
            </w:r>
          </w:p>
        </w:tc>
        <w:tc>
          <w:tcPr>
            <w:tcW w:type="dxa" w:w="4320"/>
          </w:tcPr>
          <w:p>
            <w:r>
              <w:t>徐翰文</w:t>
            </w:r>
          </w:p>
        </w:tc>
      </w:tr>
      <w:tr>
        <w:tc>
          <w:tcPr>
            <w:tcW w:type="dxa" w:w="4320"/>
          </w:tcPr>
          <w:p>
            <w:r>
              <w:t>20242206415</w:t>
            </w:r>
          </w:p>
        </w:tc>
        <w:tc>
          <w:tcPr>
            <w:tcW w:type="dxa" w:w="4320"/>
          </w:tcPr>
          <w:p>
            <w:r>
              <w:t>庄毅</w:t>
            </w:r>
          </w:p>
        </w:tc>
      </w:tr>
      <w:tr>
        <w:tc>
          <w:tcPr>
            <w:tcW w:type="dxa" w:w="4320"/>
          </w:tcPr>
          <w:p>
            <w:r>
              <w:t>20242206469</w:t>
            </w:r>
          </w:p>
        </w:tc>
        <w:tc>
          <w:tcPr>
            <w:tcW w:type="dxa" w:w="4320"/>
          </w:tcPr>
          <w:p>
            <w:r>
              <w:t>孙跃文</w:t>
            </w:r>
          </w:p>
        </w:tc>
      </w:tr>
      <w:tr>
        <w:tc>
          <w:tcPr>
            <w:tcW w:type="dxa" w:w="4320"/>
          </w:tcPr>
          <w:p>
            <w:r>
              <w:t>20242206510</w:t>
            </w:r>
          </w:p>
        </w:tc>
        <w:tc>
          <w:tcPr>
            <w:tcW w:type="dxa" w:w="4320"/>
          </w:tcPr>
          <w:p>
            <w:r>
              <w:t>左中豪</w:t>
            </w:r>
          </w:p>
        </w:tc>
      </w:tr>
      <w:tr>
        <w:tc>
          <w:tcPr>
            <w:tcW w:type="dxa" w:w="4320"/>
          </w:tcPr>
          <w:p>
            <w:r>
              <w:t>20242206682</w:t>
            </w:r>
          </w:p>
        </w:tc>
        <w:tc>
          <w:tcPr>
            <w:tcW w:type="dxa" w:w="4320"/>
          </w:tcPr>
          <w:p>
            <w:r>
              <w:t>蒋鹏川</w:t>
            </w:r>
          </w:p>
        </w:tc>
      </w:tr>
      <w:tr>
        <w:tc>
          <w:tcPr>
            <w:tcW w:type="dxa" w:w="4320"/>
          </w:tcPr>
          <w:p>
            <w:r>
              <w:t>20242206720</w:t>
            </w:r>
          </w:p>
        </w:tc>
        <w:tc>
          <w:tcPr>
            <w:tcW w:type="dxa" w:w="4320"/>
          </w:tcPr>
          <w:p>
            <w:r>
              <w:t>张镇</w:t>
            </w:r>
          </w:p>
        </w:tc>
      </w:tr>
      <w:tr>
        <w:tc>
          <w:tcPr>
            <w:tcW w:type="dxa" w:w="4320"/>
          </w:tcPr>
          <w:p>
            <w:r>
              <w:t>20242206782</w:t>
            </w:r>
          </w:p>
        </w:tc>
        <w:tc>
          <w:tcPr>
            <w:tcW w:type="dxa" w:w="4320"/>
          </w:tcPr>
          <w:p>
            <w:r>
              <w:t>陈宇昊</w:t>
            </w:r>
          </w:p>
        </w:tc>
      </w:tr>
      <w:tr>
        <w:tc>
          <w:tcPr>
            <w:tcW w:type="dxa" w:w="4320"/>
          </w:tcPr>
          <w:p>
            <w:r>
              <w:t>20242206825</w:t>
            </w:r>
          </w:p>
        </w:tc>
        <w:tc>
          <w:tcPr>
            <w:tcW w:type="dxa" w:w="4320"/>
          </w:tcPr>
          <w:p>
            <w:r>
              <w:t>王晓涵</w:t>
            </w:r>
          </w:p>
        </w:tc>
      </w:tr>
      <w:tr>
        <w:tc>
          <w:tcPr>
            <w:tcW w:type="dxa" w:w="4320"/>
          </w:tcPr>
          <w:p>
            <w:r>
              <w:t>20242206900</w:t>
            </w:r>
          </w:p>
        </w:tc>
        <w:tc>
          <w:tcPr>
            <w:tcW w:type="dxa" w:w="4320"/>
          </w:tcPr>
          <w:p>
            <w:r>
              <w:t>章继峰</w:t>
            </w:r>
          </w:p>
        </w:tc>
      </w:tr>
      <w:tr>
        <w:tc>
          <w:tcPr>
            <w:tcW w:type="dxa" w:w="4320"/>
          </w:tcPr>
          <w:p>
            <w:r>
              <w:t>20242206980</w:t>
            </w:r>
          </w:p>
        </w:tc>
        <w:tc>
          <w:tcPr>
            <w:tcW w:type="dxa" w:w="4320"/>
          </w:tcPr>
          <w:p>
            <w:r>
              <w:t>李梦思</w:t>
            </w:r>
          </w:p>
        </w:tc>
      </w:tr>
      <w:tr>
        <w:tc>
          <w:tcPr>
            <w:tcW w:type="dxa" w:w="4320"/>
          </w:tcPr>
          <w:p>
            <w:r>
              <w:t>20242207114</w:t>
            </w:r>
          </w:p>
        </w:tc>
        <w:tc>
          <w:tcPr>
            <w:tcW w:type="dxa" w:w="4320"/>
          </w:tcPr>
          <w:p>
            <w:r>
              <w:t>吴思余</w:t>
            </w:r>
          </w:p>
        </w:tc>
      </w:tr>
      <w:tr>
        <w:tc>
          <w:tcPr>
            <w:tcW w:type="dxa" w:w="4320"/>
          </w:tcPr>
          <w:p>
            <w:r>
              <w:t>20242207201</w:t>
            </w:r>
          </w:p>
        </w:tc>
        <w:tc>
          <w:tcPr>
            <w:tcW w:type="dxa" w:w="4320"/>
          </w:tcPr>
          <w:p>
            <w:r>
              <w:t>刘少寒</w:t>
            </w:r>
          </w:p>
        </w:tc>
      </w:tr>
      <w:tr>
        <w:tc>
          <w:tcPr>
            <w:tcW w:type="dxa" w:w="4320"/>
          </w:tcPr>
          <w:p>
            <w:r>
              <w:t>20242207220</w:t>
            </w:r>
          </w:p>
        </w:tc>
        <w:tc>
          <w:tcPr>
            <w:tcW w:type="dxa" w:w="4320"/>
          </w:tcPr>
          <w:p>
            <w:r>
              <w:t>侯毅然</w:t>
            </w:r>
          </w:p>
        </w:tc>
      </w:tr>
      <w:tr>
        <w:tc>
          <w:tcPr>
            <w:tcW w:type="dxa" w:w="4320"/>
          </w:tcPr>
          <w:p>
            <w:r>
              <w:t>20242207243</w:t>
            </w:r>
          </w:p>
        </w:tc>
        <w:tc>
          <w:tcPr>
            <w:tcW w:type="dxa" w:w="4320"/>
          </w:tcPr>
          <w:p>
            <w:r>
              <w:t>王逸彬</w:t>
            </w:r>
          </w:p>
        </w:tc>
      </w:tr>
      <w:tr>
        <w:tc>
          <w:tcPr>
            <w:tcW w:type="dxa" w:w="4320"/>
          </w:tcPr>
          <w:p>
            <w:r>
              <w:t>20242207344</w:t>
            </w:r>
          </w:p>
        </w:tc>
        <w:tc>
          <w:tcPr>
            <w:tcW w:type="dxa" w:w="4320"/>
          </w:tcPr>
          <w:p>
            <w:r>
              <w:t>吴斌</w:t>
            </w:r>
          </w:p>
        </w:tc>
      </w:tr>
      <w:tr>
        <w:tc>
          <w:tcPr>
            <w:tcW w:type="dxa" w:w="4320"/>
          </w:tcPr>
          <w:p>
            <w:r>
              <w:t>20242207548</w:t>
            </w:r>
          </w:p>
        </w:tc>
        <w:tc>
          <w:tcPr>
            <w:tcW w:type="dxa" w:w="4320"/>
          </w:tcPr>
          <w:p>
            <w:r>
              <w:t>王睿祺</w:t>
            </w:r>
          </w:p>
        </w:tc>
      </w:tr>
      <w:tr>
        <w:tc>
          <w:tcPr>
            <w:tcW w:type="dxa" w:w="4320"/>
          </w:tcPr>
          <w:p>
            <w:r>
              <w:t>20242207702</w:t>
            </w:r>
          </w:p>
        </w:tc>
        <w:tc>
          <w:tcPr>
            <w:tcW w:type="dxa" w:w="4320"/>
          </w:tcPr>
          <w:p>
            <w:r>
              <w:t>刘昊东</w:t>
            </w:r>
          </w:p>
        </w:tc>
      </w:tr>
      <w:tr>
        <w:tc>
          <w:tcPr>
            <w:tcW w:type="dxa" w:w="4320"/>
          </w:tcPr>
          <w:p>
            <w:r>
              <w:t>20242207735</w:t>
            </w:r>
          </w:p>
        </w:tc>
        <w:tc>
          <w:tcPr>
            <w:tcW w:type="dxa" w:w="4320"/>
          </w:tcPr>
          <w:p>
            <w:r>
              <w:t>李玉恒</w:t>
            </w:r>
          </w:p>
        </w:tc>
      </w:tr>
      <w:tr>
        <w:tc>
          <w:tcPr>
            <w:tcW w:type="dxa" w:w="4320"/>
          </w:tcPr>
          <w:p>
            <w:r>
              <w:t>20242207786</w:t>
            </w:r>
          </w:p>
        </w:tc>
        <w:tc>
          <w:tcPr>
            <w:tcW w:type="dxa" w:w="4320"/>
          </w:tcPr>
          <w:p>
            <w:r>
              <w:t>周芙宇</w:t>
            </w:r>
          </w:p>
        </w:tc>
      </w:tr>
      <w:tr>
        <w:tc>
          <w:tcPr>
            <w:tcW w:type="dxa" w:w="4320"/>
          </w:tcPr>
          <w:p>
            <w:r>
              <w:t>20242207849</w:t>
            </w:r>
          </w:p>
        </w:tc>
        <w:tc>
          <w:tcPr>
            <w:tcW w:type="dxa" w:w="4320"/>
          </w:tcPr>
          <w:p>
            <w:r>
              <w:t>李浩诚</w:t>
            </w:r>
          </w:p>
        </w:tc>
      </w:tr>
      <w:tr>
        <w:tc>
          <w:tcPr>
            <w:tcW w:type="dxa" w:w="4320"/>
          </w:tcPr>
          <w:p>
            <w:r>
              <w:t>20242208008</w:t>
            </w:r>
          </w:p>
        </w:tc>
        <w:tc>
          <w:tcPr>
            <w:tcW w:type="dxa" w:w="4320"/>
          </w:tcPr>
          <w:p>
            <w:r>
              <w:t>叶会彬</w:t>
            </w:r>
          </w:p>
        </w:tc>
      </w:tr>
      <w:tr>
        <w:tc>
          <w:tcPr>
            <w:tcW w:type="dxa" w:w="4320"/>
          </w:tcPr>
          <w:p>
            <w:r>
              <w:t>20242208011</w:t>
            </w:r>
          </w:p>
        </w:tc>
        <w:tc>
          <w:tcPr>
            <w:tcW w:type="dxa" w:w="4320"/>
          </w:tcPr>
          <w:p>
            <w:r>
              <w:t>赵鹏</w:t>
            </w:r>
          </w:p>
        </w:tc>
      </w:tr>
      <w:tr>
        <w:tc>
          <w:tcPr>
            <w:tcW w:type="dxa" w:w="4320"/>
          </w:tcPr>
          <w:p>
            <w:r>
              <w:t>20242208183</w:t>
            </w:r>
          </w:p>
        </w:tc>
        <w:tc>
          <w:tcPr>
            <w:tcW w:type="dxa" w:w="4320"/>
          </w:tcPr>
          <w:p>
            <w:r>
              <w:t>曹世硕</w:t>
            </w:r>
          </w:p>
        </w:tc>
      </w:tr>
      <w:tr>
        <w:tc>
          <w:tcPr>
            <w:tcW w:type="dxa" w:w="4320"/>
          </w:tcPr>
          <w:p>
            <w:r>
              <w:t>20242208220</w:t>
            </w:r>
          </w:p>
        </w:tc>
        <w:tc>
          <w:tcPr>
            <w:tcW w:type="dxa" w:w="4320"/>
          </w:tcPr>
          <w:p>
            <w:r>
              <w:t>郑晨光</w:t>
            </w:r>
          </w:p>
        </w:tc>
      </w:tr>
      <w:tr>
        <w:tc>
          <w:tcPr>
            <w:tcW w:type="dxa" w:w="4320"/>
          </w:tcPr>
          <w:p>
            <w:r>
              <w:t>20242208226</w:t>
            </w:r>
          </w:p>
        </w:tc>
        <w:tc>
          <w:tcPr>
            <w:tcW w:type="dxa" w:w="4320"/>
          </w:tcPr>
          <w:p>
            <w:r>
              <w:t>韩晓</w:t>
            </w:r>
          </w:p>
        </w:tc>
      </w:tr>
      <w:tr>
        <w:tc>
          <w:tcPr>
            <w:tcW w:type="dxa" w:w="4320"/>
          </w:tcPr>
          <w:p>
            <w:r>
              <w:t>20242208242</w:t>
            </w:r>
          </w:p>
        </w:tc>
        <w:tc>
          <w:tcPr>
            <w:tcW w:type="dxa" w:w="4320"/>
          </w:tcPr>
          <w:p>
            <w:r>
              <w:t>陈锦周</w:t>
            </w:r>
          </w:p>
        </w:tc>
      </w:tr>
      <w:tr>
        <w:tc>
          <w:tcPr>
            <w:tcW w:type="dxa" w:w="4320"/>
          </w:tcPr>
          <w:p>
            <w:r>
              <w:t>20242208260</w:t>
            </w:r>
          </w:p>
        </w:tc>
        <w:tc>
          <w:tcPr>
            <w:tcW w:type="dxa" w:w="4320"/>
          </w:tcPr>
          <w:p>
            <w:r>
              <w:t>徐旭东</w:t>
            </w:r>
          </w:p>
        </w:tc>
      </w:tr>
      <w:tr>
        <w:tc>
          <w:tcPr>
            <w:tcW w:type="dxa" w:w="4320"/>
          </w:tcPr>
          <w:p>
            <w:r>
              <w:t>20242208446</w:t>
            </w:r>
          </w:p>
        </w:tc>
        <w:tc>
          <w:tcPr>
            <w:tcW w:type="dxa" w:w="4320"/>
          </w:tcPr>
          <w:p>
            <w:r>
              <w:t>刘陈吉</w:t>
            </w:r>
          </w:p>
        </w:tc>
      </w:tr>
      <w:tr>
        <w:tc>
          <w:tcPr>
            <w:tcW w:type="dxa" w:w="4320"/>
          </w:tcPr>
          <w:p>
            <w:r>
              <w:t>20242208482</w:t>
            </w:r>
          </w:p>
        </w:tc>
        <w:tc>
          <w:tcPr>
            <w:tcW w:type="dxa" w:w="4320"/>
          </w:tcPr>
          <w:p>
            <w:r>
              <w:t>郑天勤</w:t>
            </w:r>
          </w:p>
        </w:tc>
      </w:tr>
      <w:tr>
        <w:tc>
          <w:tcPr>
            <w:tcW w:type="dxa" w:w="4320"/>
          </w:tcPr>
          <w:p>
            <w:r>
              <w:t>20242208549</w:t>
            </w:r>
          </w:p>
        </w:tc>
        <w:tc>
          <w:tcPr>
            <w:tcW w:type="dxa" w:w="4320"/>
          </w:tcPr>
          <w:p>
            <w:r>
              <w:t>周威</w:t>
            </w:r>
          </w:p>
        </w:tc>
      </w:tr>
      <w:tr>
        <w:tc>
          <w:tcPr>
            <w:tcW w:type="dxa" w:w="4320"/>
          </w:tcPr>
          <w:p>
            <w:r>
              <w:t>20242208582</w:t>
            </w:r>
          </w:p>
        </w:tc>
        <w:tc>
          <w:tcPr>
            <w:tcW w:type="dxa" w:w="4320"/>
          </w:tcPr>
          <w:p>
            <w:r>
              <w:t>刘娇</w:t>
            </w:r>
          </w:p>
        </w:tc>
      </w:tr>
      <w:tr>
        <w:tc>
          <w:tcPr>
            <w:tcW w:type="dxa" w:w="4320"/>
          </w:tcPr>
          <w:p>
            <w:r>
              <w:t>20242208594</w:t>
            </w:r>
          </w:p>
        </w:tc>
        <w:tc>
          <w:tcPr>
            <w:tcW w:type="dxa" w:w="4320"/>
          </w:tcPr>
          <w:p>
            <w:r>
              <w:t>黄宇翔</w:t>
            </w:r>
          </w:p>
        </w:tc>
      </w:tr>
      <w:tr>
        <w:tc>
          <w:tcPr>
            <w:tcW w:type="dxa" w:w="4320"/>
          </w:tcPr>
          <w:p>
            <w:r>
              <w:t>20242208710</w:t>
            </w:r>
          </w:p>
        </w:tc>
        <w:tc>
          <w:tcPr>
            <w:tcW w:type="dxa" w:w="4320"/>
          </w:tcPr>
          <w:p>
            <w:r>
              <w:t>张成涵宇</w:t>
            </w:r>
          </w:p>
        </w:tc>
      </w:tr>
      <w:tr>
        <w:tc>
          <w:tcPr>
            <w:tcW w:type="dxa" w:w="4320"/>
          </w:tcPr>
          <w:p>
            <w:r>
              <w:t>20242208768</w:t>
            </w:r>
          </w:p>
        </w:tc>
        <w:tc>
          <w:tcPr>
            <w:tcW w:type="dxa" w:w="4320"/>
          </w:tcPr>
          <w:p>
            <w:r>
              <w:t>王棋臻</w:t>
            </w:r>
          </w:p>
        </w:tc>
      </w:tr>
      <w:tr>
        <w:tc>
          <w:tcPr>
            <w:tcW w:type="dxa" w:w="4320"/>
          </w:tcPr>
          <w:p>
            <w:r>
              <w:t>20242208881</w:t>
            </w:r>
          </w:p>
        </w:tc>
        <w:tc>
          <w:tcPr>
            <w:tcW w:type="dxa" w:w="4320"/>
          </w:tcPr>
          <w:p>
            <w:r>
              <w:t>孙思维</w:t>
            </w:r>
          </w:p>
        </w:tc>
      </w:tr>
      <w:tr>
        <w:tc>
          <w:tcPr>
            <w:tcW w:type="dxa" w:w="4320"/>
          </w:tcPr>
          <w:p>
            <w:r>
              <w:t>20242209162</w:t>
            </w:r>
          </w:p>
        </w:tc>
        <w:tc>
          <w:tcPr>
            <w:tcW w:type="dxa" w:w="4320"/>
          </w:tcPr>
          <w:p>
            <w:r>
              <w:t>任烁</w:t>
            </w:r>
          </w:p>
        </w:tc>
      </w:tr>
      <w:tr>
        <w:tc>
          <w:tcPr>
            <w:tcW w:type="dxa" w:w="4320"/>
          </w:tcPr>
          <w:p>
            <w:r>
              <w:t>20242209191</w:t>
            </w:r>
          </w:p>
        </w:tc>
        <w:tc>
          <w:tcPr>
            <w:tcW w:type="dxa" w:w="4320"/>
          </w:tcPr>
          <w:p>
            <w:r>
              <w:t>朱泽熹</w:t>
            </w:r>
          </w:p>
        </w:tc>
      </w:tr>
      <w:tr>
        <w:tc>
          <w:tcPr>
            <w:tcW w:type="dxa" w:w="4320"/>
          </w:tcPr>
          <w:p>
            <w:r>
              <w:t>20242209390</w:t>
            </w:r>
          </w:p>
        </w:tc>
        <w:tc>
          <w:tcPr>
            <w:tcW w:type="dxa" w:w="4320"/>
          </w:tcPr>
          <w:p>
            <w:r>
              <w:t>龚逸潇</w:t>
            </w:r>
          </w:p>
        </w:tc>
      </w:tr>
      <w:tr>
        <w:tc>
          <w:tcPr>
            <w:tcW w:type="dxa" w:w="4320"/>
          </w:tcPr>
          <w:p>
            <w:r>
              <w:t>20242209482</w:t>
            </w:r>
          </w:p>
        </w:tc>
        <w:tc>
          <w:tcPr>
            <w:tcW w:type="dxa" w:w="4320"/>
          </w:tcPr>
          <w:p>
            <w:r>
              <w:t>郭金鑫</w:t>
            </w:r>
          </w:p>
        </w:tc>
      </w:tr>
      <w:tr>
        <w:tc>
          <w:tcPr>
            <w:tcW w:type="dxa" w:w="4320"/>
          </w:tcPr>
          <w:p>
            <w:r>
              <w:t>20242209859</w:t>
            </w:r>
          </w:p>
        </w:tc>
        <w:tc>
          <w:tcPr>
            <w:tcW w:type="dxa" w:w="4320"/>
          </w:tcPr>
          <w:p>
            <w:r>
              <w:t>罗燕航</w:t>
            </w:r>
          </w:p>
        </w:tc>
      </w:tr>
      <w:tr>
        <w:tc>
          <w:tcPr>
            <w:tcW w:type="dxa" w:w="4320"/>
          </w:tcPr>
          <w:p>
            <w:r>
              <w:t>20242209986</w:t>
            </w:r>
          </w:p>
        </w:tc>
        <w:tc>
          <w:tcPr>
            <w:tcW w:type="dxa" w:w="4320"/>
          </w:tcPr>
          <w:p>
            <w:r>
              <w:t>李佳祺</w:t>
            </w:r>
          </w:p>
        </w:tc>
      </w:tr>
      <w:tr>
        <w:tc>
          <w:tcPr>
            <w:tcW w:type="dxa" w:w="4320"/>
          </w:tcPr>
          <w:p>
            <w:r>
              <w:t>20242210040</w:t>
            </w:r>
          </w:p>
        </w:tc>
        <w:tc>
          <w:tcPr>
            <w:tcW w:type="dxa" w:w="4320"/>
          </w:tcPr>
          <w:p>
            <w:r>
              <w:t>赵启满</w:t>
            </w:r>
          </w:p>
        </w:tc>
      </w:tr>
      <w:tr>
        <w:tc>
          <w:tcPr>
            <w:tcW w:type="dxa" w:w="4320"/>
          </w:tcPr>
          <w:p>
            <w:r>
              <w:t>20242210528</w:t>
            </w:r>
          </w:p>
        </w:tc>
        <w:tc>
          <w:tcPr>
            <w:tcW w:type="dxa" w:w="4320"/>
          </w:tcPr>
          <w:p>
            <w:r>
              <w:t>邹子若</w:t>
            </w:r>
          </w:p>
        </w:tc>
      </w:tr>
      <w:tr>
        <w:tc>
          <w:tcPr>
            <w:tcW w:type="dxa" w:w="4320"/>
          </w:tcPr>
          <w:p>
            <w:r>
              <w:t>20242211186</w:t>
            </w:r>
          </w:p>
        </w:tc>
        <w:tc>
          <w:tcPr>
            <w:tcW w:type="dxa" w:w="4320"/>
          </w:tcPr>
          <w:p>
            <w:r>
              <w:t>彭弼金</w:t>
            </w:r>
          </w:p>
        </w:tc>
      </w:tr>
      <w:tr>
        <w:tc>
          <w:tcPr>
            <w:tcW w:type="dxa" w:w="4320"/>
          </w:tcPr>
          <w:p>
            <w:r>
              <w:t>20242211234</w:t>
            </w:r>
          </w:p>
        </w:tc>
        <w:tc>
          <w:tcPr>
            <w:tcW w:type="dxa" w:w="4320"/>
          </w:tcPr>
          <w:p>
            <w:r>
              <w:t>高玉成</w:t>
            </w:r>
          </w:p>
        </w:tc>
      </w:tr>
      <w:tr>
        <w:tc>
          <w:tcPr>
            <w:tcW w:type="dxa" w:w="4320"/>
          </w:tcPr>
          <w:p>
            <w:r>
              <w:t>20242211244</w:t>
            </w:r>
          </w:p>
        </w:tc>
        <w:tc>
          <w:tcPr>
            <w:tcW w:type="dxa" w:w="4320"/>
          </w:tcPr>
          <w:p>
            <w:r>
              <w:t>王国苗</w:t>
            </w:r>
          </w:p>
        </w:tc>
      </w:tr>
      <w:tr>
        <w:tc>
          <w:tcPr>
            <w:tcW w:type="dxa" w:w="4320"/>
          </w:tcPr>
          <w:p>
            <w:r>
              <w:t>20242211450</w:t>
            </w:r>
          </w:p>
        </w:tc>
        <w:tc>
          <w:tcPr>
            <w:tcW w:type="dxa" w:w="4320"/>
          </w:tcPr>
          <w:p>
            <w:r>
              <w:t>滕明玉</w:t>
            </w:r>
          </w:p>
        </w:tc>
      </w:tr>
      <w:tr>
        <w:tc>
          <w:tcPr>
            <w:tcW w:type="dxa" w:w="4320"/>
          </w:tcPr>
          <w:p>
            <w:r>
              <w:t>20242211470</w:t>
            </w:r>
          </w:p>
        </w:tc>
        <w:tc>
          <w:tcPr>
            <w:tcW w:type="dxa" w:w="4320"/>
          </w:tcPr>
          <w:p>
            <w:r>
              <w:t>杨国强</w:t>
            </w:r>
          </w:p>
        </w:tc>
      </w:tr>
      <w:tr>
        <w:tc>
          <w:tcPr>
            <w:tcW w:type="dxa" w:w="4320"/>
          </w:tcPr>
          <w:p>
            <w:r>
              <w:t>20242211480</w:t>
            </w:r>
          </w:p>
        </w:tc>
        <w:tc>
          <w:tcPr>
            <w:tcW w:type="dxa" w:w="4320"/>
          </w:tcPr>
          <w:p>
            <w:r>
              <w:t>赵柯毓</w:t>
            </w:r>
          </w:p>
        </w:tc>
      </w:tr>
      <w:tr>
        <w:tc>
          <w:tcPr>
            <w:tcW w:type="dxa" w:w="4320"/>
          </w:tcPr>
          <w:p>
            <w:r>
              <w:t>20242211630</w:t>
            </w:r>
          </w:p>
        </w:tc>
        <w:tc>
          <w:tcPr>
            <w:tcW w:type="dxa" w:w="4320"/>
          </w:tcPr>
          <w:p>
            <w:r>
              <w:t>史源坤</w:t>
            </w:r>
          </w:p>
        </w:tc>
      </w:tr>
      <w:tr>
        <w:tc>
          <w:tcPr>
            <w:tcW w:type="dxa" w:w="4320"/>
          </w:tcPr>
          <w:p>
            <w:r>
              <w:t>20242211897</w:t>
            </w:r>
          </w:p>
        </w:tc>
        <w:tc>
          <w:tcPr>
            <w:tcW w:type="dxa" w:w="4320"/>
          </w:tcPr>
          <w:p>
            <w:r>
              <w:t>温亚欣</w:t>
            </w:r>
          </w:p>
        </w:tc>
      </w:tr>
      <w:tr>
        <w:tc>
          <w:tcPr>
            <w:tcW w:type="dxa" w:w="4320"/>
          </w:tcPr>
          <w:p>
            <w:r>
              <w:t>20242211912</w:t>
            </w:r>
          </w:p>
        </w:tc>
        <w:tc>
          <w:tcPr>
            <w:tcW w:type="dxa" w:w="4320"/>
          </w:tcPr>
          <w:p>
            <w:r>
              <w:t>罗秋裕</w:t>
            </w:r>
          </w:p>
        </w:tc>
      </w:tr>
      <w:tr>
        <w:tc>
          <w:tcPr>
            <w:tcW w:type="dxa" w:w="4320"/>
          </w:tcPr>
          <w:p>
            <w:r>
              <w:t>20242211926</w:t>
            </w:r>
          </w:p>
        </w:tc>
        <w:tc>
          <w:tcPr>
            <w:tcW w:type="dxa" w:w="4320"/>
          </w:tcPr>
          <w:p>
            <w:r>
              <w:t>张子奇</w:t>
            </w:r>
          </w:p>
        </w:tc>
      </w:tr>
      <w:tr>
        <w:tc>
          <w:tcPr>
            <w:tcW w:type="dxa" w:w="4320"/>
          </w:tcPr>
          <w:p>
            <w:r>
              <w:t>20242211927</w:t>
            </w:r>
          </w:p>
        </w:tc>
        <w:tc>
          <w:tcPr>
            <w:tcW w:type="dxa" w:w="4320"/>
          </w:tcPr>
          <w:p>
            <w:r>
              <w:t>刘杰轩</w:t>
            </w:r>
          </w:p>
        </w:tc>
      </w:tr>
      <w:tr>
        <w:tc>
          <w:tcPr>
            <w:tcW w:type="dxa" w:w="4320"/>
          </w:tcPr>
          <w:p>
            <w:r>
              <w:t>20242211931</w:t>
            </w:r>
          </w:p>
        </w:tc>
        <w:tc>
          <w:tcPr>
            <w:tcW w:type="dxa" w:w="4320"/>
          </w:tcPr>
          <w:p>
            <w:r>
              <w:t>何子奕</w:t>
            </w:r>
          </w:p>
        </w:tc>
      </w:tr>
      <w:tr>
        <w:tc>
          <w:tcPr>
            <w:tcW w:type="dxa" w:w="4320"/>
          </w:tcPr>
          <w:p>
            <w:r>
              <w:t>20242211936</w:t>
            </w:r>
          </w:p>
        </w:tc>
        <w:tc>
          <w:tcPr>
            <w:tcW w:type="dxa" w:w="4320"/>
          </w:tcPr>
          <w:p>
            <w:r>
              <w:t>陈星羽</w:t>
            </w:r>
          </w:p>
        </w:tc>
      </w:tr>
      <w:tr>
        <w:tc>
          <w:tcPr>
            <w:tcW w:type="dxa" w:w="4320"/>
          </w:tcPr>
          <w:p>
            <w:r>
              <w:t>20242211940</w:t>
            </w:r>
          </w:p>
        </w:tc>
        <w:tc>
          <w:tcPr>
            <w:tcW w:type="dxa" w:w="4320"/>
          </w:tcPr>
          <w:p>
            <w:r>
              <w:t>宁依婷</w:t>
            </w:r>
          </w:p>
        </w:tc>
      </w:tr>
      <w:tr>
        <w:tc>
          <w:tcPr>
            <w:tcW w:type="dxa" w:w="4320"/>
          </w:tcPr>
          <w:p>
            <w:r>
              <w:t>20242211944</w:t>
            </w:r>
          </w:p>
        </w:tc>
        <w:tc>
          <w:tcPr>
            <w:tcW w:type="dxa" w:w="4320"/>
          </w:tcPr>
          <w:p>
            <w:r>
              <w:t>毛续晨</w:t>
            </w:r>
          </w:p>
        </w:tc>
      </w:tr>
      <w:tr>
        <w:tc>
          <w:tcPr>
            <w:tcW w:type="dxa" w:w="4320"/>
          </w:tcPr>
          <w:p>
            <w:r>
              <w:t>20242211950</w:t>
            </w:r>
          </w:p>
        </w:tc>
        <w:tc>
          <w:tcPr>
            <w:tcW w:type="dxa" w:w="4320"/>
          </w:tcPr>
          <w:p>
            <w:r>
              <w:t>郭李莉</w:t>
            </w:r>
          </w:p>
        </w:tc>
      </w:tr>
      <w:tr>
        <w:tc>
          <w:tcPr>
            <w:tcW w:type="dxa" w:w="4320"/>
          </w:tcPr>
          <w:p>
            <w:r>
              <w:t>20242211992</w:t>
            </w:r>
          </w:p>
        </w:tc>
        <w:tc>
          <w:tcPr>
            <w:tcW w:type="dxa" w:w="4320"/>
          </w:tcPr>
          <w:p>
            <w:r>
              <w:t>李梓轩</w:t>
            </w:r>
          </w:p>
        </w:tc>
      </w:tr>
      <w:tr>
        <w:tc>
          <w:tcPr>
            <w:tcW w:type="dxa" w:w="4320"/>
          </w:tcPr>
          <w:p>
            <w:r>
              <w:t>20242212002</w:t>
            </w:r>
          </w:p>
        </w:tc>
        <w:tc>
          <w:tcPr>
            <w:tcW w:type="dxa" w:w="4320"/>
          </w:tcPr>
          <w:p>
            <w:r>
              <w:t>徐超</w:t>
            </w:r>
          </w:p>
        </w:tc>
      </w:tr>
      <w:tr>
        <w:tc>
          <w:tcPr>
            <w:tcW w:type="dxa" w:w="4320"/>
          </w:tcPr>
          <w:p>
            <w:r>
              <w:t>20242212007</w:t>
            </w:r>
          </w:p>
        </w:tc>
        <w:tc>
          <w:tcPr>
            <w:tcW w:type="dxa" w:w="4320"/>
          </w:tcPr>
          <w:p>
            <w:r>
              <w:t>李宁</w:t>
            </w:r>
          </w:p>
        </w:tc>
      </w:tr>
      <w:tr>
        <w:tc>
          <w:tcPr>
            <w:tcW w:type="dxa" w:w="4320"/>
          </w:tcPr>
          <w:p>
            <w:r>
              <w:t>20242212023</w:t>
            </w:r>
          </w:p>
        </w:tc>
        <w:tc>
          <w:tcPr>
            <w:tcW w:type="dxa" w:w="4320"/>
          </w:tcPr>
          <w:p>
            <w:r>
              <w:t>金海佳</w:t>
            </w:r>
          </w:p>
        </w:tc>
      </w:tr>
      <w:tr>
        <w:tc>
          <w:tcPr>
            <w:tcW w:type="dxa" w:w="4320"/>
          </w:tcPr>
          <w:p>
            <w:r>
              <w:t>20242212033</w:t>
            </w:r>
          </w:p>
        </w:tc>
        <w:tc>
          <w:tcPr>
            <w:tcW w:type="dxa" w:w="4320"/>
          </w:tcPr>
          <w:p>
            <w:r>
              <w:t>单正梁</w:t>
            </w:r>
          </w:p>
        </w:tc>
      </w:tr>
      <w:tr>
        <w:tc>
          <w:tcPr>
            <w:tcW w:type="dxa" w:w="4320"/>
          </w:tcPr>
          <w:p>
            <w:r>
              <w:t>20242212041</w:t>
            </w:r>
          </w:p>
        </w:tc>
        <w:tc>
          <w:tcPr>
            <w:tcW w:type="dxa" w:w="4320"/>
          </w:tcPr>
          <w:p>
            <w:r>
              <w:t>孔岚婷</w:t>
            </w:r>
          </w:p>
        </w:tc>
      </w:tr>
      <w:tr>
        <w:tc>
          <w:tcPr>
            <w:tcW w:type="dxa" w:w="4320"/>
          </w:tcPr>
          <w:p>
            <w:r>
              <w:t>20242212049</w:t>
            </w:r>
          </w:p>
        </w:tc>
        <w:tc>
          <w:tcPr>
            <w:tcW w:type="dxa" w:w="4320"/>
          </w:tcPr>
          <w:p>
            <w:r>
              <w:t>黄铮</w:t>
            </w:r>
          </w:p>
        </w:tc>
      </w:tr>
      <w:tr>
        <w:tc>
          <w:tcPr>
            <w:tcW w:type="dxa" w:w="4320"/>
          </w:tcPr>
          <w:p>
            <w:r>
              <w:t>20242212087</w:t>
            </w:r>
          </w:p>
        </w:tc>
        <w:tc>
          <w:tcPr>
            <w:tcW w:type="dxa" w:w="4320"/>
          </w:tcPr>
          <w:p>
            <w:r>
              <w:t>唐萍</w:t>
            </w:r>
          </w:p>
        </w:tc>
      </w:tr>
      <w:tr>
        <w:tc>
          <w:tcPr>
            <w:tcW w:type="dxa" w:w="4320"/>
          </w:tcPr>
          <w:p>
            <w:r>
              <w:t>20242212093</w:t>
            </w:r>
          </w:p>
        </w:tc>
        <w:tc>
          <w:tcPr>
            <w:tcW w:type="dxa" w:w="4320"/>
          </w:tcPr>
          <w:p>
            <w:r>
              <w:t>张彧</w:t>
            </w:r>
          </w:p>
        </w:tc>
      </w:tr>
      <w:tr>
        <w:tc>
          <w:tcPr>
            <w:tcW w:type="dxa" w:w="4320"/>
          </w:tcPr>
          <w:p>
            <w:r>
              <w:t>20242212112</w:t>
            </w:r>
          </w:p>
        </w:tc>
        <w:tc>
          <w:tcPr>
            <w:tcW w:type="dxa" w:w="4320"/>
          </w:tcPr>
          <w:p>
            <w:r>
              <w:t>罗玮凯</w:t>
            </w:r>
          </w:p>
        </w:tc>
      </w:tr>
      <w:tr>
        <w:tc>
          <w:tcPr>
            <w:tcW w:type="dxa" w:w="4320"/>
          </w:tcPr>
          <w:p>
            <w:r>
              <w:t>20242212115</w:t>
            </w:r>
          </w:p>
        </w:tc>
        <w:tc>
          <w:tcPr>
            <w:tcW w:type="dxa" w:w="4320"/>
          </w:tcPr>
          <w:p>
            <w:r>
              <w:t>汪志飞</w:t>
            </w:r>
          </w:p>
        </w:tc>
      </w:tr>
      <w:tr>
        <w:tc>
          <w:tcPr>
            <w:tcW w:type="dxa" w:w="4320"/>
          </w:tcPr>
          <w:p>
            <w:r>
              <w:t>20242212124</w:t>
            </w:r>
          </w:p>
        </w:tc>
        <w:tc>
          <w:tcPr>
            <w:tcW w:type="dxa" w:w="4320"/>
          </w:tcPr>
          <w:p>
            <w:r>
              <w:t>杨洪赫</w:t>
            </w:r>
          </w:p>
        </w:tc>
      </w:tr>
      <w:tr>
        <w:tc>
          <w:tcPr>
            <w:tcW w:type="dxa" w:w="4320"/>
          </w:tcPr>
          <w:p>
            <w:r>
              <w:t>20242212137</w:t>
            </w:r>
          </w:p>
        </w:tc>
        <w:tc>
          <w:tcPr>
            <w:tcW w:type="dxa" w:w="4320"/>
          </w:tcPr>
          <w:p>
            <w:r>
              <w:t>常鑫</w:t>
            </w:r>
          </w:p>
        </w:tc>
      </w:tr>
      <w:tr>
        <w:tc>
          <w:tcPr>
            <w:tcW w:type="dxa" w:w="4320"/>
          </w:tcPr>
          <w:p>
            <w:r>
              <w:t>20242212149</w:t>
            </w:r>
          </w:p>
        </w:tc>
        <w:tc>
          <w:tcPr>
            <w:tcW w:type="dxa" w:w="4320"/>
          </w:tcPr>
          <w:p>
            <w:r>
              <w:t>陈凯达</w:t>
            </w:r>
          </w:p>
        </w:tc>
      </w:tr>
      <w:tr>
        <w:tc>
          <w:tcPr>
            <w:tcW w:type="dxa" w:w="4320"/>
          </w:tcPr>
          <w:p>
            <w:r>
              <w:t>20242212189</w:t>
            </w:r>
          </w:p>
        </w:tc>
        <w:tc>
          <w:tcPr>
            <w:tcW w:type="dxa" w:w="4320"/>
          </w:tcPr>
          <w:p>
            <w:r>
              <w:t>唐庆森</w:t>
            </w:r>
          </w:p>
        </w:tc>
      </w:tr>
      <w:tr>
        <w:tc>
          <w:tcPr>
            <w:tcW w:type="dxa" w:w="4320"/>
          </w:tcPr>
          <w:p>
            <w:r>
              <w:t>20242212193</w:t>
            </w:r>
          </w:p>
        </w:tc>
        <w:tc>
          <w:tcPr>
            <w:tcW w:type="dxa" w:w="4320"/>
          </w:tcPr>
          <w:p>
            <w:r>
              <w:t>袁晨晗</w:t>
            </w:r>
          </w:p>
        </w:tc>
      </w:tr>
      <w:tr>
        <w:tc>
          <w:tcPr>
            <w:tcW w:type="dxa" w:w="4320"/>
          </w:tcPr>
          <w:p>
            <w:r>
              <w:t>20242212197</w:t>
            </w:r>
          </w:p>
        </w:tc>
        <w:tc>
          <w:tcPr>
            <w:tcW w:type="dxa" w:w="4320"/>
          </w:tcPr>
          <w:p>
            <w:r>
              <w:t>易凯</w:t>
            </w:r>
          </w:p>
        </w:tc>
      </w:tr>
      <w:tr>
        <w:tc>
          <w:tcPr>
            <w:tcW w:type="dxa" w:w="4320"/>
          </w:tcPr>
          <w:p>
            <w:r>
              <w:t>20242212213</w:t>
            </w:r>
          </w:p>
        </w:tc>
        <w:tc>
          <w:tcPr>
            <w:tcW w:type="dxa" w:w="4320"/>
          </w:tcPr>
          <w:p>
            <w:r>
              <w:t>刘梦</w:t>
            </w:r>
          </w:p>
        </w:tc>
      </w:tr>
      <w:tr>
        <w:tc>
          <w:tcPr>
            <w:tcW w:type="dxa" w:w="4320"/>
          </w:tcPr>
          <w:p>
            <w:r>
              <w:t>20242212229</w:t>
            </w:r>
          </w:p>
        </w:tc>
        <w:tc>
          <w:tcPr>
            <w:tcW w:type="dxa" w:w="4320"/>
          </w:tcPr>
          <w:p>
            <w:r>
              <w:t>秦世龙</w:t>
            </w:r>
          </w:p>
        </w:tc>
      </w:tr>
      <w:tr>
        <w:tc>
          <w:tcPr>
            <w:tcW w:type="dxa" w:w="4320"/>
          </w:tcPr>
          <w:p>
            <w:r>
              <w:t>20242212242</w:t>
            </w:r>
          </w:p>
        </w:tc>
        <w:tc>
          <w:tcPr>
            <w:tcW w:type="dxa" w:w="4320"/>
          </w:tcPr>
          <w:p>
            <w:r>
              <w:t>郭鹏</w:t>
            </w:r>
          </w:p>
        </w:tc>
      </w:tr>
      <w:tr>
        <w:tc>
          <w:tcPr>
            <w:tcW w:type="dxa" w:w="4320"/>
          </w:tcPr>
          <w:p>
            <w:r>
              <w:t>20242212280</w:t>
            </w:r>
          </w:p>
        </w:tc>
        <w:tc>
          <w:tcPr>
            <w:tcW w:type="dxa" w:w="4320"/>
          </w:tcPr>
          <w:p>
            <w:r>
              <w:t>马子涵</w:t>
            </w:r>
          </w:p>
        </w:tc>
      </w:tr>
      <w:tr>
        <w:tc>
          <w:tcPr>
            <w:tcW w:type="dxa" w:w="4320"/>
          </w:tcPr>
          <w:p>
            <w:r>
              <w:t>20242212287</w:t>
            </w:r>
          </w:p>
        </w:tc>
        <w:tc>
          <w:tcPr>
            <w:tcW w:type="dxa" w:w="4320"/>
          </w:tcPr>
          <w:p>
            <w:r>
              <w:t>王莹</w:t>
            </w:r>
          </w:p>
        </w:tc>
      </w:tr>
      <w:tr>
        <w:tc>
          <w:tcPr>
            <w:tcW w:type="dxa" w:w="4320"/>
          </w:tcPr>
          <w:p>
            <w:r>
              <w:t>20242212307</w:t>
            </w:r>
          </w:p>
        </w:tc>
        <w:tc>
          <w:tcPr>
            <w:tcW w:type="dxa" w:w="4320"/>
          </w:tcPr>
          <w:p>
            <w:r>
              <w:t>孙溢</w:t>
            </w:r>
          </w:p>
        </w:tc>
      </w:tr>
      <w:tr>
        <w:tc>
          <w:tcPr>
            <w:tcW w:type="dxa" w:w="4320"/>
          </w:tcPr>
          <w:p>
            <w:r>
              <w:t>20242212310</w:t>
            </w:r>
          </w:p>
        </w:tc>
        <w:tc>
          <w:tcPr>
            <w:tcW w:type="dxa" w:w="4320"/>
          </w:tcPr>
          <w:p>
            <w:r>
              <w:t>刘仲文</w:t>
            </w:r>
          </w:p>
        </w:tc>
      </w:tr>
      <w:tr>
        <w:tc>
          <w:tcPr>
            <w:tcW w:type="dxa" w:w="4320"/>
          </w:tcPr>
          <w:p>
            <w:r>
              <w:t>20242212325</w:t>
            </w:r>
          </w:p>
        </w:tc>
        <w:tc>
          <w:tcPr>
            <w:tcW w:type="dxa" w:w="4320"/>
          </w:tcPr>
          <w:p>
            <w:r>
              <w:t>周悦</w:t>
            </w:r>
          </w:p>
        </w:tc>
      </w:tr>
      <w:tr>
        <w:tc>
          <w:tcPr>
            <w:tcW w:type="dxa" w:w="4320"/>
          </w:tcPr>
          <w:p>
            <w:r>
              <w:t>20242212362</w:t>
            </w:r>
          </w:p>
        </w:tc>
        <w:tc>
          <w:tcPr>
            <w:tcW w:type="dxa" w:w="4320"/>
          </w:tcPr>
          <w:p>
            <w:r>
              <w:t>杨鸿银</w:t>
            </w:r>
          </w:p>
        </w:tc>
      </w:tr>
      <w:tr>
        <w:tc>
          <w:tcPr>
            <w:tcW w:type="dxa" w:w="4320"/>
          </w:tcPr>
          <w:p>
            <w:r>
              <w:t>20242212424</w:t>
            </w:r>
          </w:p>
        </w:tc>
        <w:tc>
          <w:tcPr>
            <w:tcW w:type="dxa" w:w="4320"/>
          </w:tcPr>
          <w:p>
            <w:r>
              <w:t>李章炜</w:t>
            </w:r>
          </w:p>
        </w:tc>
      </w:tr>
      <w:tr>
        <w:tc>
          <w:tcPr>
            <w:tcW w:type="dxa" w:w="4320"/>
          </w:tcPr>
          <w:p>
            <w:r>
              <w:t>20242212438</w:t>
            </w:r>
          </w:p>
        </w:tc>
        <w:tc>
          <w:tcPr>
            <w:tcW w:type="dxa" w:w="4320"/>
          </w:tcPr>
          <w:p>
            <w:r>
              <w:t>姚嘉驹</w:t>
            </w:r>
          </w:p>
        </w:tc>
      </w:tr>
      <w:tr>
        <w:tc>
          <w:tcPr>
            <w:tcW w:type="dxa" w:w="4320"/>
          </w:tcPr>
          <w:p>
            <w:r>
              <w:t>20242212442</w:t>
            </w:r>
          </w:p>
        </w:tc>
        <w:tc>
          <w:tcPr>
            <w:tcW w:type="dxa" w:w="4320"/>
          </w:tcPr>
          <w:p>
            <w:r>
              <w:t>张国栋</w:t>
            </w:r>
          </w:p>
        </w:tc>
      </w:tr>
      <w:tr>
        <w:tc>
          <w:tcPr>
            <w:tcW w:type="dxa" w:w="4320"/>
          </w:tcPr>
          <w:p>
            <w:r>
              <w:t>20242212454</w:t>
            </w:r>
          </w:p>
        </w:tc>
        <w:tc>
          <w:tcPr>
            <w:tcW w:type="dxa" w:w="4320"/>
          </w:tcPr>
          <w:p>
            <w:r>
              <w:t>王亚芬</w:t>
            </w:r>
          </w:p>
        </w:tc>
      </w:tr>
      <w:tr>
        <w:tc>
          <w:tcPr>
            <w:tcW w:type="dxa" w:w="4320"/>
          </w:tcPr>
          <w:p>
            <w:r>
              <w:t>20242212466</w:t>
            </w:r>
          </w:p>
        </w:tc>
        <w:tc>
          <w:tcPr>
            <w:tcW w:type="dxa" w:w="4320"/>
          </w:tcPr>
          <w:p>
            <w:r>
              <w:t>敖燕涛</w:t>
            </w:r>
          </w:p>
        </w:tc>
      </w:tr>
      <w:tr>
        <w:tc>
          <w:tcPr>
            <w:tcW w:type="dxa" w:w="4320"/>
          </w:tcPr>
          <w:p>
            <w:r>
              <w:t>20242212473</w:t>
            </w:r>
          </w:p>
        </w:tc>
        <w:tc>
          <w:tcPr>
            <w:tcW w:type="dxa" w:w="4320"/>
          </w:tcPr>
          <w:p>
            <w:r>
              <w:t>张昊</w:t>
            </w:r>
          </w:p>
        </w:tc>
      </w:tr>
      <w:tr>
        <w:tc>
          <w:tcPr>
            <w:tcW w:type="dxa" w:w="4320"/>
          </w:tcPr>
          <w:p>
            <w:r>
              <w:t>20242212509</w:t>
            </w:r>
          </w:p>
        </w:tc>
        <w:tc>
          <w:tcPr>
            <w:tcW w:type="dxa" w:w="4320"/>
          </w:tcPr>
          <w:p>
            <w:r>
              <w:t>龚新越</w:t>
            </w:r>
          </w:p>
        </w:tc>
      </w:tr>
      <w:tr>
        <w:tc>
          <w:tcPr>
            <w:tcW w:type="dxa" w:w="4320"/>
          </w:tcPr>
          <w:p>
            <w:r>
              <w:t>20242212512</w:t>
            </w:r>
          </w:p>
        </w:tc>
        <w:tc>
          <w:tcPr>
            <w:tcW w:type="dxa" w:w="4320"/>
          </w:tcPr>
          <w:p>
            <w:r>
              <w:t>陈子炫</w:t>
            </w:r>
          </w:p>
        </w:tc>
      </w:tr>
      <w:tr>
        <w:tc>
          <w:tcPr>
            <w:tcW w:type="dxa" w:w="4320"/>
          </w:tcPr>
          <w:p>
            <w:r>
              <w:t>20242212521</w:t>
            </w:r>
          </w:p>
        </w:tc>
        <w:tc>
          <w:tcPr>
            <w:tcW w:type="dxa" w:w="4320"/>
          </w:tcPr>
          <w:p>
            <w:r>
              <w:t>陆攀</w:t>
            </w:r>
          </w:p>
        </w:tc>
      </w:tr>
      <w:tr>
        <w:tc>
          <w:tcPr>
            <w:tcW w:type="dxa" w:w="4320"/>
          </w:tcPr>
          <w:p>
            <w:r>
              <w:t>20242212601</w:t>
            </w:r>
          </w:p>
        </w:tc>
        <w:tc>
          <w:tcPr>
            <w:tcW w:type="dxa" w:w="4320"/>
          </w:tcPr>
          <w:p>
            <w:r>
              <w:t>任之初</w:t>
            </w:r>
          </w:p>
        </w:tc>
      </w:tr>
      <w:tr>
        <w:tc>
          <w:tcPr>
            <w:tcW w:type="dxa" w:w="4320"/>
          </w:tcPr>
          <w:p>
            <w:r>
              <w:t>20242212611</w:t>
            </w:r>
          </w:p>
        </w:tc>
        <w:tc>
          <w:tcPr>
            <w:tcW w:type="dxa" w:w="4320"/>
          </w:tcPr>
          <w:p>
            <w:r>
              <w:t>宋宇轩</w:t>
            </w:r>
          </w:p>
        </w:tc>
      </w:tr>
      <w:tr>
        <w:tc>
          <w:tcPr>
            <w:tcW w:type="dxa" w:w="4320"/>
          </w:tcPr>
          <w:p>
            <w:r>
              <w:t>20242212691</w:t>
            </w:r>
          </w:p>
        </w:tc>
        <w:tc>
          <w:tcPr>
            <w:tcW w:type="dxa" w:w="4320"/>
          </w:tcPr>
          <w:p>
            <w:r>
              <w:t>袁书为</w:t>
            </w:r>
          </w:p>
        </w:tc>
      </w:tr>
      <w:tr>
        <w:tc>
          <w:tcPr>
            <w:tcW w:type="dxa" w:w="4320"/>
          </w:tcPr>
          <w:p>
            <w:r>
              <w:t>20242212775</w:t>
            </w:r>
          </w:p>
        </w:tc>
        <w:tc>
          <w:tcPr>
            <w:tcW w:type="dxa" w:w="4320"/>
          </w:tcPr>
          <w:p>
            <w:r>
              <w:t>刘星驰</w:t>
            </w:r>
          </w:p>
        </w:tc>
      </w:tr>
      <w:tr>
        <w:tc>
          <w:tcPr>
            <w:tcW w:type="dxa" w:w="4320"/>
          </w:tcPr>
          <w:p>
            <w:r>
              <w:t>20242212786</w:t>
            </w:r>
          </w:p>
        </w:tc>
        <w:tc>
          <w:tcPr>
            <w:tcW w:type="dxa" w:w="4320"/>
          </w:tcPr>
          <w:p>
            <w:r>
              <w:t>赵梓合</w:t>
            </w:r>
          </w:p>
        </w:tc>
      </w:tr>
      <w:tr>
        <w:tc>
          <w:tcPr>
            <w:tcW w:type="dxa" w:w="4320"/>
          </w:tcPr>
          <w:p>
            <w:r>
              <w:t>20242212808</w:t>
            </w:r>
          </w:p>
        </w:tc>
        <w:tc>
          <w:tcPr>
            <w:tcW w:type="dxa" w:w="4320"/>
          </w:tcPr>
          <w:p>
            <w:r>
              <w:t>彭泽刚</w:t>
            </w:r>
          </w:p>
        </w:tc>
      </w:tr>
      <w:tr>
        <w:tc>
          <w:tcPr>
            <w:tcW w:type="dxa" w:w="4320"/>
          </w:tcPr>
          <w:p>
            <w:r>
              <w:t>20242212907</w:t>
            </w:r>
          </w:p>
        </w:tc>
        <w:tc>
          <w:tcPr>
            <w:tcW w:type="dxa" w:w="4320"/>
          </w:tcPr>
          <w:p>
            <w:r>
              <w:t>孙诗晨</w:t>
            </w:r>
          </w:p>
        </w:tc>
      </w:tr>
      <w:tr>
        <w:tc>
          <w:tcPr>
            <w:tcW w:type="dxa" w:w="4320"/>
          </w:tcPr>
          <w:p>
            <w:r>
              <w:t>20242212919</w:t>
            </w:r>
          </w:p>
        </w:tc>
        <w:tc>
          <w:tcPr>
            <w:tcW w:type="dxa" w:w="4320"/>
          </w:tcPr>
          <w:p>
            <w:r>
              <w:t>冯雨杉</w:t>
            </w:r>
          </w:p>
        </w:tc>
      </w:tr>
      <w:tr>
        <w:tc>
          <w:tcPr>
            <w:tcW w:type="dxa" w:w="4320"/>
          </w:tcPr>
          <w:p>
            <w:r>
              <w:t>20242212965</w:t>
            </w:r>
          </w:p>
        </w:tc>
        <w:tc>
          <w:tcPr>
            <w:tcW w:type="dxa" w:w="4320"/>
          </w:tcPr>
          <w:p>
            <w:r>
              <w:t>吴镝</w:t>
            </w:r>
          </w:p>
        </w:tc>
      </w:tr>
      <w:tr>
        <w:tc>
          <w:tcPr>
            <w:tcW w:type="dxa" w:w="4320"/>
          </w:tcPr>
          <w:p>
            <w:r>
              <w:t>20242212976</w:t>
            </w:r>
          </w:p>
        </w:tc>
        <w:tc>
          <w:tcPr>
            <w:tcW w:type="dxa" w:w="4320"/>
          </w:tcPr>
          <w:p>
            <w:r>
              <w:t>沈耀东</w:t>
            </w:r>
          </w:p>
        </w:tc>
      </w:tr>
      <w:tr>
        <w:tc>
          <w:tcPr>
            <w:tcW w:type="dxa" w:w="4320"/>
          </w:tcPr>
          <w:p>
            <w:r>
              <w:t>20242212979</w:t>
            </w:r>
          </w:p>
        </w:tc>
        <w:tc>
          <w:tcPr>
            <w:tcW w:type="dxa" w:w="4320"/>
          </w:tcPr>
          <w:p>
            <w:r>
              <w:t>程书晗</w:t>
            </w:r>
          </w:p>
        </w:tc>
      </w:tr>
      <w:tr>
        <w:tc>
          <w:tcPr>
            <w:tcW w:type="dxa" w:w="4320"/>
          </w:tcPr>
          <w:p>
            <w:r>
              <w:t>20242212997</w:t>
            </w:r>
          </w:p>
        </w:tc>
        <w:tc>
          <w:tcPr>
            <w:tcW w:type="dxa" w:w="4320"/>
          </w:tcPr>
          <w:p>
            <w:r>
              <w:t>戴礼鹏</w:t>
            </w:r>
          </w:p>
        </w:tc>
      </w:tr>
      <w:tr>
        <w:tc>
          <w:tcPr>
            <w:tcW w:type="dxa" w:w="4320"/>
          </w:tcPr>
          <w:p>
            <w:r>
              <w:t>20242213023</w:t>
            </w:r>
          </w:p>
        </w:tc>
        <w:tc>
          <w:tcPr>
            <w:tcW w:type="dxa" w:w="4320"/>
          </w:tcPr>
          <w:p>
            <w:r>
              <w:t>夏阳</w:t>
            </w:r>
          </w:p>
        </w:tc>
      </w:tr>
      <w:tr>
        <w:tc>
          <w:tcPr>
            <w:tcW w:type="dxa" w:w="4320"/>
          </w:tcPr>
          <w:p>
            <w:r>
              <w:t>20242213095</w:t>
            </w:r>
          </w:p>
        </w:tc>
        <w:tc>
          <w:tcPr>
            <w:tcW w:type="dxa" w:w="4320"/>
          </w:tcPr>
          <w:p>
            <w:r>
              <w:t>户保祝</w:t>
            </w:r>
          </w:p>
        </w:tc>
      </w:tr>
      <w:tr>
        <w:tc>
          <w:tcPr>
            <w:tcW w:type="dxa" w:w="4320"/>
          </w:tcPr>
          <w:p>
            <w:r>
              <w:t>20242213097</w:t>
            </w:r>
          </w:p>
        </w:tc>
        <w:tc>
          <w:tcPr>
            <w:tcW w:type="dxa" w:w="4320"/>
          </w:tcPr>
          <w:p>
            <w:r>
              <w:t>卢麒轩</w:t>
            </w:r>
          </w:p>
        </w:tc>
      </w:tr>
      <w:tr>
        <w:tc>
          <w:tcPr>
            <w:tcW w:type="dxa" w:w="4320"/>
          </w:tcPr>
          <w:p>
            <w:r>
              <w:t>20242213107</w:t>
            </w:r>
          </w:p>
        </w:tc>
        <w:tc>
          <w:tcPr>
            <w:tcW w:type="dxa" w:w="4320"/>
          </w:tcPr>
          <w:p>
            <w:r>
              <w:t>郭芮杉</w:t>
            </w:r>
          </w:p>
        </w:tc>
      </w:tr>
      <w:tr>
        <w:tc>
          <w:tcPr>
            <w:tcW w:type="dxa" w:w="4320"/>
          </w:tcPr>
          <w:p>
            <w:r>
              <w:t>20242213112</w:t>
            </w:r>
          </w:p>
        </w:tc>
        <w:tc>
          <w:tcPr>
            <w:tcW w:type="dxa" w:w="4320"/>
          </w:tcPr>
          <w:p>
            <w:r>
              <w:t>韩智桥</w:t>
            </w:r>
          </w:p>
        </w:tc>
      </w:tr>
      <w:tr>
        <w:tc>
          <w:tcPr>
            <w:tcW w:type="dxa" w:w="4320"/>
          </w:tcPr>
          <w:p>
            <w:r>
              <w:t>20242213121</w:t>
            </w:r>
          </w:p>
        </w:tc>
        <w:tc>
          <w:tcPr>
            <w:tcW w:type="dxa" w:w="4320"/>
          </w:tcPr>
          <w:p>
            <w:r>
              <w:t>于小轩</w:t>
            </w:r>
          </w:p>
        </w:tc>
      </w:tr>
      <w:tr>
        <w:tc>
          <w:tcPr>
            <w:tcW w:type="dxa" w:w="4320"/>
          </w:tcPr>
          <w:p>
            <w:r>
              <w:t>20242213146</w:t>
            </w:r>
          </w:p>
        </w:tc>
        <w:tc>
          <w:tcPr>
            <w:tcW w:type="dxa" w:w="4320"/>
          </w:tcPr>
          <w:p>
            <w:r>
              <w:t>何光祖</w:t>
            </w:r>
          </w:p>
        </w:tc>
      </w:tr>
      <w:tr>
        <w:tc>
          <w:tcPr>
            <w:tcW w:type="dxa" w:w="4320"/>
          </w:tcPr>
          <w:p>
            <w:r>
              <w:t>20242213201</w:t>
            </w:r>
          </w:p>
        </w:tc>
        <w:tc>
          <w:tcPr>
            <w:tcW w:type="dxa" w:w="4320"/>
          </w:tcPr>
          <w:p>
            <w:r>
              <w:t>林宇杰</w:t>
            </w:r>
          </w:p>
        </w:tc>
      </w:tr>
      <w:tr>
        <w:tc>
          <w:tcPr>
            <w:tcW w:type="dxa" w:w="4320"/>
          </w:tcPr>
          <w:p>
            <w:r>
              <w:t>20242213239</w:t>
            </w:r>
          </w:p>
        </w:tc>
        <w:tc>
          <w:tcPr>
            <w:tcW w:type="dxa" w:w="4320"/>
          </w:tcPr>
          <w:p>
            <w:r>
              <w:t>胡铭禹</w:t>
            </w:r>
          </w:p>
        </w:tc>
      </w:tr>
      <w:tr>
        <w:tc>
          <w:tcPr>
            <w:tcW w:type="dxa" w:w="4320"/>
          </w:tcPr>
          <w:p>
            <w:r>
              <w:t>20242213246</w:t>
            </w:r>
          </w:p>
        </w:tc>
        <w:tc>
          <w:tcPr>
            <w:tcW w:type="dxa" w:w="4320"/>
          </w:tcPr>
          <w:p>
            <w:r>
              <w:t>徐敬博</w:t>
            </w:r>
          </w:p>
        </w:tc>
      </w:tr>
      <w:tr>
        <w:tc>
          <w:tcPr>
            <w:tcW w:type="dxa" w:w="4320"/>
          </w:tcPr>
          <w:p>
            <w:r>
              <w:t>20242213272</w:t>
            </w:r>
          </w:p>
        </w:tc>
        <w:tc>
          <w:tcPr>
            <w:tcW w:type="dxa" w:w="4320"/>
          </w:tcPr>
          <w:p>
            <w:r>
              <w:t>杨爽</w:t>
            </w:r>
          </w:p>
        </w:tc>
      </w:tr>
      <w:tr>
        <w:tc>
          <w:tcPr>
            <w:tcW w:type="dxa" w:w="4320"/>
          </w:tcPr>
          <w:p>
            <w:r>
              <w:t>20242213277</w:t>
            </w:r>
          </w:p>
        </w:tc>
        <w:tc>
          <w:tcPr>
            <w:tcW w:type="dxa" w:w="4320"/>
          </w:tcPr>
          <w:p>
            <w:r>
              <w:t>夏伶榆</w:t>
            </w:r>
          </w:p>
        </w:tc>
      </w:tr>
      <w:tr>
        <w:tc>
          <w:tcPr>
            <w:tcW w:type="dxa" w:w="4320"/>
          </w:tcPr>
          <w:p>
            <w:r>
              <w:t>20242213308</w:t>
            </w:r>
          </w:p>
        </w:tc>
        <w:tc>
          <w:tcPr>
            <w:tcW w:type="dxa" w:w="4320"/>
          </w:tcPr>
          <w:p>
            <w:r>
              <w:t>卞玉莹</w:t>
            </w:r>
          </w:p>
        </w:tc>
      </w:tr>
      <w:tr>
        <w:tc>
          <w:tcPr>
            <w:tcW w:type="dxa" w:w="4320"/>
          </w:tcPr>
          <w:p>
            <w:r>
              <w:t>20242213403</w:t>
            </w:r>
          </w:p>
        </w:tc>
        <w:tc>
          <w:tcPr>
            <w:tcW w:type="dxa" w:w="4320"/>
          </w:tcPr>
          <w:p>
            <w:r>
              <w:t>邵予楷</w:t>
            </w:r>
          </w:p>
        </w:tc>
      </w:tr>
      <w:tr>
        <w:tc>
          <w:tcPr>
            <w:tcW w:type="dxa" w:w="4320"/>
          </w:tcPr>
          <w:p>
            <w:r>
              <w:t>20242213437</w:t>
            </w:r>
          </w:p>
        </w:tc>
        <w:tc>
          <w:tcPr>
            <w:tcW w:type="dxa" w:w="4320"/>
          </w:tcPr>
          <w:p>
            <w:r>
              <w:t>秦文璇</w:t>
            </w:r>
          </w:p>
        </w:tc>
      </w:tr>
      <w:tr>
        <w:tc>
          <w:tcPr>
            <w:tcW w:type="dxa" w:w="4320"/>
          </w:tcPr>
          <w:p>
            <w:r>
              <w:t>20242213470</w:t>
            </w:r>
          </w:p>
        </w:tc>
        <w:tc>
          <w:tcPr>
            <w:tcW w:type="dxa" w:w="4320"/>
          </w:tcPr>
          <w:p>
            <w:r>
              <w:t>陈良柱</w:t>
            </w:r>
          </w:p>
        </w:tc>
      </w:tr>
      <w:tr>
        <w:tc>
          <w:tcPr>
            <w:tcW w:type="dxa" w:w="4320"/>
          </w:tcPr>
          <w:p>
            <w:r>
              <w:t>20242213504</w:t>
            </w:r>
          </w:p>
        </w:tc>
        <w:tc>
          <w:tcPr>
            <w:tcW w:type="dxa" w:w="4320"/>
          </w:tcPr>
          <w:p>
            <w:r>
              <w:t>张惟天</w:t>
            </w:r>
          </w:p>
        </w:tc>
      </w:tr>
      <w:tr>
        <w:tc>
          <w:tcPr>
            <w:tcW w:type="dxa" w:w="4320"/>
          </w:tcPr>
          <w:p>
            <w:r>
              <w:t>20242213615</w:t>
            </w:r>
          </w:p>
        </w:tc>
        <w:tc>
          <w:tcPr>
            <w:tcW w:type="dxa" w:w="4320"/>
          </w:tcPr>
          <w:p>
            <w:r>
              <w:t>何佳旭</w:t>
            </w:r>
          </w:p>
        </w:tc>
      </w:tr>
      <w:tr>
        <w:tc>
          <w:tcPr>
            <w:tcW w:type="dxa" w:w="4320"/>
          </w:tcPr>
          <w:p>
            <w:r>
              <w:t>20242213678</w:t>
            </w:r>
          </w:p>
        </w:tc>
        <w:tc>
          <w:tcPr>
            <w:tcW w:type="dxa" w:w="4320"/>
          </w:tcPr>
          <w:p>
            <w:r>
              <w:t>马瑞</w:t>
            </w:r>
          </w:p>
        </w:tc>
      </w:tr>
      <w:tr>
        <w:tc>
          <w:tcPr>
            <w:tcW w:type="dxa" w:w="4320"/>
          </w:tcPr>
          <w:p>
            <w:r>
              <w:t>20242213789</w:t>
            </w:r>
          </w:p>
        </w:tc>
        <w:tc>
          <w:tcPr>
            <w:tcW w:type="dxa" w:w="4320"/>
          </w:tcPr>
          <w:p>
            <w:r>
              <w:t>高瑾纯</w:t>
            </w:r>
          </w:p>
        </w:tc>
      </w:tr>
      <w:tr>
        <w:tc>
          <w:tcPr>
            <w:tcW w:type="dxa" w:w="4320"/>
          </w:tcPr>
          <w:p>
            <w:r>
              <w:t>20242213859</w:t>
            </w:r>
          </w:p>
        </w:tc>
        <w:tc>
          <w:tcPr>
            <w:tcW w:type="dxa" w:w="4320"/>
          </w:tcPr>
          <w:p>
            <w:r>
              <w:t>陈耀</w:t>
            </w:r>
          </w:p>
        </w:tc>
      </w:tr>
      <w:tr>
        <w:tc>
          <w:tcPr>
            <w:tcW w:type="dxa" w:w="4320"/>
          </w:tcPr>
          <w:p>
            <w:r>
              <w:t>20242213895</w:t>
            </w:r>
          </w:p>
        </w:tc>
        <w:tc>
          <w:tcPr>
            <w:tcW w:type="dxa" w:w="4320"/>
          </w:tcPr>
          <w:p>
            <w:r>
              <w:t>沈皓然</w:t>
            </w:r>
          </w:p>
        </w:tc>
      </w:tr>
      <w:tr>
        <w:tc>
          <w:tcPr>
            <w:tcW w:type="dxa" w:w="4320"/>
          </w:tcPr>
          <w:p>
            <w:r>
              <w:t>20242214122</w:t>
            </w:r>
          </w:p>
        </w:tc>
        <w:tc>
          <w:tcPr>
            <w:tcW w:type="dxa" w:w="4320"/>
          </w:tcPr>
          <w:p>
            <w:r>
              <w:t>刘英豪</w:t>
            </w:r>
          </w:p>
        </w:tc>
      </w:tr>
      <w:tr>
        <w:tc>
          <w:tcPr>
            <w:tcW w:type="dxa" w:w="4320"/>
          </w:tcPr>
          <w:p>
            <w:r>
              <w:t>20242214180</w:t>
            </w:r>
          </w:p>
        </w:tc>
        <w:tc>
          <w:tcPr>
            <w:tcW w:type="dxa" w:w="4320"/>
          </w:tcPr>
          <w:p>
            <w:r>
              <w:t>赵逸坤</w:t>
            </w:r>
          </w:p>
        </w:tc>
      </w:tr>
      <w:tr>
        <w:tc>
          <w:tcPr>
            <w:tcW w:type="dxa" w:w="4320"/>
          </w:tcPr>
          <w:p>
            <w:r>
              <w:t>20242214184</w:t>
            </w:r>
          </w:p>
        </w:tc>
        <w:tc>
          <w:tcPr>
            <w:tcW w:type="dxa" w:w="4320"/>
          </w:tcPr>
          <w:p>
            <w:r>
              <w:t>周鹤群</w:t>
            </w:r>
          </w:p>
        </w:tc>
      </w:tr>
      <w:tr>
        <w:tc>
          <w:tcPr>
            <w:tcW w:type="dxa" w:w="4320"/>
          </w:tcPr>
          <w:p>
            <w:r>
              <w:t>20242214195</w:t>
            </w:r>
          </w:p>
        </w:tc>
        <w:tc>
          <w:tcPr>
            <w:tcW w:type="dxa" w:w="4320"/>
          </w:tcPr>
          <w:p>
            <w:r>
              <w:t>王浩楠</w:t>
            </w:r>
          </w:p>
        </w:tc>
      </w:tr>
      <w:tr>
        <w:tc>
          <w:tcPr>
            <w:tcW w:type="dxa" w:w="4320"/>
          </w:tcPr>
          <w:p>
            <w:r>
              <w:t>20242214221</w:t>
            </w:r>
          </w:p>
        </w:tc>
        <w:tc>
          <w:tcPr>
            <w:tcW w:type="dxa" w:w="4320"/>
          </w:tcPr>
          <w:p>
            <w:r>
              <w:t>顾新增</w:t>
            </w:r>
          </w:p>
        </w:tc>
      </w:tr>
      <w:tr>
        <w:tc>
          <w:tcPr>
            <w:tcW w:type="dxa" w:w="4320"/>
          </w:tcPr>
          <w:p>
            <w:r>
              <w:t>20242214225</w:t>
            </w:r>
          </w:p>
        </w:tc>
        <w:tc>
          <w:tcPr>
            <w:tcW w:type="dxa" w:w="4320"/>
          </w:tcPr>
          <w:p>
            <w:r>
              <w:t>李文帅</w:t>
            </w:r>
          </w:p>
        </w:tc>
      </w:tr>
      <w:tr>
        <w:tc>
          <w:tcPr>
            <w:tcW w:type="dxa" w:w="4320"/>
          </w:tcPr>
          <w:p>
            <w:r>
              <w:t>20242214398</w:t>
            </w:r>
          </w:p>
        </w:tc>
        <w:tc>
          <w:tcPr>
            <w:tcW w:type="dxa" w:w="4320"/>
          </w:tcPr>
          <w:p>
            <w:r>
              <w:t>徐贾乐</w:t>
            </w:r>
          </w:p>
        </w:tc>
      </w:tr>
      <w:tr>
        <w:tc>
          <w:tcPr>
            <w:tcW w:type="dxa" w:w="4320"/>
          </w:tcPr>
          <w:p>
            <w:r>
              <w:t>20242214401</w:t>
            </w:r>
          </w:p>
        </w:tc>
        <w:tc>
          <w:tcPr>
            <w:tcW w:type="dxa" w:w="4320"/>
          </w:tcPr>
          <w:p>
            <w:r>
              <w:t>张荣磊</w:t>
            </w:r>
          </w:p>
        </w:tc>
      </w:tr>
      <w:tr>
        <w:tc>
          <w:tcPr>
            <w:tcW w:type="dxa" w:w="4320"/>
          </w:tcPr>
          <w:p>
            <w:r>
              <w:t>20242214496</w:t>
            </w:r>
          </w:p>
        </w:tc>
        <w:tc>
          <w:tcPr>
            <w:tcW w:type="dxa" w:w="4320"/>
          </w:tcPr>
          <w:p>
            <w:r>
              <w:t>蔡英杰</w:t>
            </w:r>
          </w:p>
        </w:tc>
      </w:tr>
      <w:tr>
        <w:tc>
          <w:tcPr>
            <w:tcW w:type="dxa" w:w="4320"/>
          </w:tcPr>
          <w:p>
            <w:r>
              <w:t>20242214509</w:t>
            </w:r>
          </w:p>
        </w:tc>
        <w:tc>
          <w:tcPr>
            <w:tcW w:type="dxa" w:w="4320"/>
          </w:tcPr>
          <w:p>
            <w:r>
              <w:t>梅若海</w:t>
            </w:r>
          </w:p>
        </w:tc>
      </w:tr>
      <w:tr>
        <w:tc>
          <w:tcPr>
            <w:tcW w:type="dxa" w:w="4320"/>
          </w:tcPr>
          <w:p>
            <w:r>
              <w:t>20242214587</w:t>
            </w:r>
          </w:p>
        </w:tc>
        <w:tc>
          <w:tcPr>
            <w:tcW w:type="dxa" w:w="4320"/>
          </w:tcPr>
          <w:p>
            <w:r>
              <w:t>郑效姗</w:t>
            </w:r>
          </w:p>
        </w:tc>
      </w:tr>
      <w:tr>
        <w:tc>
          <w:tcPr>
            <w:tcW w:type="dxa" w:w="4320"/>
          </w:tcPr>
          <w:p>
            <w:r>
              <w:t>20242214619</w:t>
            </w:r>
          </w:p>
        </w:tc>
        <w:tc>
          <w:tcPr>
            <w:tcW w:type="dxa" w:w="4320"/>
          </w:tcPr>
          <w:p>
            <w:r>
              <w:t>林心仪</w:t>
            </w:r>
          </w:p>
        </w:tc>
      </w:tr>
      <w:tr>
        <w:tc>
          <w:tcPr>
            <w:tcW w:type="dxa" w:w="4320"/>
          </w:tcPr>
          <w:p>
            <w:r>
              <w:t>20242214745</w:t>
            </w:r>
          </w:p>
        </w:tc>
        <w:tc>
          <w:tcPr>
            <w:tcW w:type="dxa" w:w="4320"/>
          </w:tcPr>
          <w:p>
            <w:r>
              <w:t>袁亮栋</w:t>
            </w:r>
          </w:p>
        </w:tc>
      </w:tr>
      <w:tr>
        <w:tc>
          <w:tcPr>
            <w:tcW w:type="dxa" w:w="4320"/>
          </w:tcPr>
          <w:p>
            <w:r>
              <w:t>20242214826</w:t>
            </w:r>
          </w:p>
        </w:tc>
        <w:tc>
          <w:tcPr>
            <w:tcW w:type="dxa" w:w="4320"/>
          </w:tcPr>
          <w:p>
            <w:r>
              <w:t>李子涵</w:t>
            </w:r>
          </w:p>
        </w:tc>
      </w:tr>
      <w:tr>
        <w:tc>
          <w:tcPr>
            <w:tcW w:type="dxa" w:w="4320"/>
          </w:tcPr>
          <w:p>
            <w:r>
              <w:t>20242215004</w:t>
            </w:r>
          </w:p>
        </w:tc>
        <w:tc>
          <w:tcPr>
            <w:tcW w:type="dxa" w:w="4320"/>
          </w:tcPr>
          <w:p>
            <w:r>
              <w:t>王琴</w:t>
            </w:r>
          </w:p>
        </w:tc>
      </w:tr>
      <w:tr>
        <w:tc>
          <w:tcPr>
            <w:tcW w:type="dxa" w:w="4320"/>
          </w:tcPr>
          <w:p>
            <w:r>
              <w:t>20242215021</w:t>
            </w:r>
          </w:p>
        </w:tc>
        <w:tc>
          <w:tcPr>
            <w:tcW w:type="dxa" w:w="4320"/>
          </w:tcPr>
          <w:p>
            <w:r>
              <w:t>成幸儿</w:t>
            </w:r>
          </w:p>
        </w:tc>
      </w:tr>
      <w:tr>
        <w:tc>
          <w:tcPr>
            <w:tcW w:type="dxa" w:w="4320"/>
          </w:tcPr>
          <w:p>
            <w:r>
              <w:t>20242215173</w:t>
            </w:r>
          </w:p>
        </w:tc>
        <w:tc>
          <w:tcPr>
            <w:tcW w:type="dxa" w:w="4320"/>
          </w:tcPr>
          <w:p>
            <w:r>
              <w:t>程娣娜</w:t>
            </w:r>
          </w:p>
        </w:tc>
      </w:tr>
      <w:tr>
        <w:tc>
          <w:tcPr>
            <w:tcW w:type="dxa" w:w="4320"/>
          </w:tcPr>
          <w:p>
            <w:r>
              <w:t>20242215230</w:t>
            </w:r>
          </w:p>
        </w:tc>
        <w:tc>
          <w:tcPr>
            <w:tcW w:type="dxa" w:w="4320"/>
          </w:tcPr>
          <w:p>
            <w:r>
              <w:t>张慧杰</w:t>
            </w:r>
          </w:p>
        </w:tc>
      </w:tr>
      <w:tr>
        <w:tc>
          <w:tcPr>
            <w:tcW w:type="dxa" w:w="4320"/>
          </w:tcPr>
          <w:p>
            <w:r>
              <w:t>20242215346</w:t>
            </w:r>
          </w:p>
        </w:tc>
        <w:tc>
          <w:tcPr>
            <w:tcW w:type="dxa" w:w="4320"/>
          </w:tcPr>
          <w:p>
            <w:r>
              <w:t>唐乃贺</w:t>
            </w:r>
          </w:p>
        </w:tc>
      </w:tr>
      <w:tr>
        <w:tc>
          <w:tcPr>
            <w:tcW w:type="dxa" w:w="4320"/>
          </w:tcPr>
          <w:p>
            <w:r>
              <w:t>20242215357</w:t>
            </w:r>
          </w:p>
        </w:tc>
        <w:tc>
          <w:tcPr>
            <w:tcW w:type="dxa" w:w="4320"/>
          </w:tcPr>
          <w:p>
            <w:r>
              <w:t>闫佳</w:t>
            </w:r>
          </w:p>
        </w:tc>
      </w:tr>
      <w:tr>
        <w:tc>
          <w:tcPr>
            <w:tcW w:type="dxa" w:w="4320"/>
          </w:tcPr>
          <w:p>
            <w:r>
              <w:t>20242215367</w:t>
            </w:r>
          </w:p>
        </w:tc>
        <w:tc>
          <w:tcPr>
            <w:tcW w:type="dxa" w:w="4320"/>
          </w:tcPr>
          <w:p>
            <w:r>
              <w:t>汤思如</w:t>
            </w:r>
          </w:p>
        </w:tc>
      </w:tr>
      <w:tr>
        <w:tc>
          <w:tcPr>
            <w:tcW w:type="dxa" w:w="4320"/>
          </w:tcPr>
          <w:p>
            <w:r>
              <w:t>20242215412</w:t>
            </w:r>
          </w:p>
        </w:tc>
        <w:tc>
          <w:tcPr>
            <w:tcW w:type="dxa" w:w="4320"/>
          </w:tcPr>
          <w:p>
            <w:r>
              <w:t>常凤仪</w:t>
            </w:r>
          </w:p>
        </w:tc>
      </w:tr>
      <w:tr>
        <w:tc>
          <w:tcPr>
            <w:tcW w:type="dxa" w:w="4320"/>
          </w:tcPr>
          <w:p>
            <w:r>
              <w:t>20242215421</w:t>
            </w:r>
          </w:p>
        </w:tc>
        <w:tc>
          <w:tcPr>
            <w:tcW w:type="dxa" w:w="4320"/>
          </w:tcPr>
          <w:p>
            <w:r>
              <w:t>樊梦丹</w:t>
            </w:r>
          </w:p>
        </w:tc>
      </w:tr>
      <w:tr>
        <w:tc>
          <w:tcPr>
            <w:tcW w:type="dxa" w:w="4320"/>
          </w:tcPr>
          <w:p>
            <w:r>
              <w:t>20242215506</w:t>
            </w:r>
          </w:p>
        </w:tc>
        <w:tc>
          <w:tcPr>
            <w:tcW w:type="dxa" w:w="4320"/>
          </w:tcPr>
          <w:p>
            <w:r>
              <w:t>卢辰博</w:t>
            </w:r>
          </w:p>
        </w:tc>
      </w:tr>
      <w:tr>
        <w:tc>
          <w:tcPr>
            <w:tcW w:type="dxa" w:w="4320"/>
          </w:tcPr>
          <w:p>
            <w:r>
              <w:t>20242215520</w:t>
            </w:r>
          </w:p>
        </w:tc>
        <w:tc>
          <w:tcPr>
            <w:tcW w:type="dxa" w:w="4320"/>
          </w:tcPr>
          <w:p>
            <w:r>
              <w:t>姚近科</w:t>
            </w:r>
          </w:p>
        </w:tc>
      </w:tr>
      <w:tr>
        <w:tc>
          <w:tcPr>
            <w:tcW w:type="dxa" w:w="4320"/>
          </w:tcPr>
          <w:p>
            <w:r>
              <w:t>20242215559</w:t>
            </w:r>
          </w:p>
        </w:tc>
        <w:tc>
          <w:tcPr>
            <w:tcW w:type="dxa" w:w="4320"/>
          </w:tcPr>
          <w:p>
            <w:r>
              <w:t>刘义泽</w:t>
            </w:r>
          </w:p>
        </w:tc>
      </w:tr>
      <w:tr>
        <w:tc>
          <w:tcPr>
            <w:tcW w:type="dxa" w:w="4320"/>
          </w:tcPr>
          <w:p>
            <w:r>
              <w:t>20242215574</w:t>
            </w:r>
          </w:p>
        </w:tc>
        <w:tc>
          <w:tcPr>
            <w:tcW w:type="dxa" w:w="4320"/>
          </w:tcPr>
          <w:p>
            <w:r>
              <w:t>陈经纬</w:t>
            </w:r>
          </w:p>
        </w:tc>
      </w:tr>
      <w:tr>
        <w:tc>
          <w:tcPr>
            <w:tcW w:type="dxa" w:w="4320"/>
          </w:tcPr>
          <w:p>
            <w:r>
              <w:t>20242215758</w:t>
            </w:r>
          </w:p>
        </w:tc>
        <w:tc>
          <w:tcPr>
            <w:tcW w:type="dxa" w:w="4320"/>
          </w:tcPr>
          <w:p>
            <w:r>
              <w:t>李明宽</w:t>
            </w:r>
          </w:p>
        </w:tc>
      </w:tr>
      <w:tr>
        <w:tc>
          <w:tcPr>
            <w:tcW w:type="dxa" w:w="4320"/>
          </w:tcPr>
          <w:p>
            <w:r>
              <w:t>20242215770</w:t>
            </w:r>
          </w:p>
        </w:tc>
        <w:tc>
          <w:tcPr>
            <w:tcW w:type="dxa" w:w="4320"/>
          </w:tcPr>
          <w:p>
            <w:r>
              <w:t>丰佳伟</w:t>
            </w:r>
          </w:p>
        </w:tc>
      </w:tr>
      <w:tr>
        <w:tc>
          <w:tcPr>
            <w:tcW w:type="dxa" w:w="4320"/>
          </w:tcPr>
          <w:p>
            <w:r>
              <w:t>20242215819</w:t>
            </w:r>
          </w:p>
        </w:tc>
        <w:tc>
          <w:tcPr>
            <w:tcW w:type="dxa" w:w="4320"/>
          </w:tcPr>
          <w:p>
            <w:r>
              <w:t>龚俊豪</w:t>
            </w:r>
          </w:p>
        </w:tc>
      </w:tr>
      <w:tr>
        <w:tc>
          <w:tcPr>
            <w:tcW w:type="dxa" w:w="4320"/>
          </w:tcPr>
          <w:p>
            <w:r>
              <w:t>20242215911</w:t>
            </w:r>
          </w:p>
        </w:tc>
        <w:tc>
          <w:tcPr>
            <w:tcW w:type="dxa" w:w="4320"/>
          </w:tcPr>
          <w:p>
            <w:r>
              <w:t>马守川</w:t>
            </w:r>
          </w:p>
        </w:tc>
      </w:tr>
      <w:tr>
        <w:tc>
          <w:tcPr>
            <w:tcW w:type="dxa" w:w="4320"/>
          </w:tcPr>
          <w:p>
            <w:r>
              <w:t>20242215968</w:t>
            </w:r>
          </w:p>
        </w:tc>
        <w:tc>
          <w:tcPr>
            <w:tcW w:type="dxa" w:w="4320"/>
          </w:tcPr>
          <w:p>
            <w:r>
              <w:t>赵卓玥</w:t>
            </w:r>
          </w:p>
        </w:tc>
      </w:tr>
      <w:tr>
        <w:tc>
          <w:tcPr>
            <w:tcW w:type="dxa" w:w="4320"/>
          </w:tcPr>
          <w:p>
            <w:r>
              <w:t>20242215979</w:t>
            </w:r>
          </w:p>
        </w:tc>
        <w:tc>
          <w:tcPr>
            <w:tcW w:type="dxa" w:w="4320"/>
          </w:tcPr>
          <w:p>
            <w:r>
              <w:t>郭浩</w:t>
            </w:r>
          </w:p>
        </w:tc>
      </w:tr>
      <w:tr>
        <w:tc>
          <w:tcPr>
            <w:tcW w:type="dxa" w:w="4320"/>
          </w:tcPr>
          <w:p>
            <w:r>
              <w:t>20242216019</w:t>
            </w:r>
          </w:p>
        </w:tc>
        <w:tc>
          <w:tcPr>
            <w:tcW w:type="dxa" w:w="4320"/>
          </w:tcPr>
          <w:p>
            <w:r>
              <w:t>胡瑗芸</w:t>
            </w:r>
          </w:p>
        </w:tc>
      </w:tr>
      <w:tr>
        <w:tc>
          <w:tcPr>
            <w:tcW w:type="dxa" w:w="4320"/>
          </w:tcPr>
          <w:p>
            <w:r>
              <w:t>20242216029</w:t>
            </w:r>
          </w:p>
        </w:tc>
        <w:tc>
          <w:tcPr>
            <w:tcW w:type="dxa" w:w="4320"/>
          </w:tcPr>
          <w:p>
            <w:r>
              <w:t>邓玮</w:t>
            </w:r>
          </w:p>
        </w:tc>
      </w:tr>
      <w:tr>
        <w:tc>
          <w:tcPr>
            <w:tcW w:type="dxa" w:w="4320"/>
          </w:tcPr>
          <w:p>
            <w:r>
              <w:t>20242216070</w:t>
            </w:r>
          </w:p>
        </w:tc>
        <w:tc>
          <w:tcPr>
            <w:tcW w:type="dxa" w:w="4320"/>
          </w:tcPr>
          <w:p>
            <w:r>
              <w:t>谌杨洁</w:t>
            </w:r>
          </w:p>
        </w:tc>
      </w:tr>
      <w:tr>
        <w:tc>
          <w:tcPr>
            <w:tcW w:type="dxa" w:w="4320"/>
          </w:tcPr>
          <w:p>
            <w:r>
              <w:t>20242216078</w:t>
            </w:r>
          </w:p>
        </w:tc>
        <w:tc>
          <w:tcPr>
            <w:tcW w:type="dxa" w:w="4320"/>
          </w:tcPr>
          <w:p>
            <w:r>
              <w:t>张介然</w:t>
            </w:r>
          </w:p>
        </w:tc>
      </w:tr>
      <w:tr>
        <w:tc>
          <w:tcPr>
            <w:tcW w:type="dxa" w:w="4320"/>
          </w:tcPr>
          <w:p>
            <w:r>
              <w:t>20242216137</w:t>
            </w:r>
          </w:p>
        </w:tc>
        <w:tc>
          <w:tcPr>
            <w:tcW w:type="dxa" w:w="4320"/>
          </w:tcPr>
          <w:p>
            <w:r>
              <w:t>杨磊</w:t>
            </w:r>
          </w:p>
        </w:tc>
      </w:tr>
      <w:tr>
        <w:tc>
          <w:tcPr>
            <w:tcW w:type="dxa" w:w="4320"/>
          </w:tcPr>
          <w:p>
            <w:r>
              <w:t>20242216180</w:t>
            </w:r>
          </w:p>
        </w:tc>
        <w:tc>
          <w:tcPr>
            <w:tcW w:type="dxa" w:w="4320"/>
          </w:tcPr>
          <w:p>
            <w:r>
              <w:t>李锦轩</w:t>
            </w:r>
          </w:p>
        </w:tc>
      </w:tr>
      <w:tr>
        <w:tc>
          <w:tcPr>
            <w:tcW w:type="dxa" w:w="4320"/>
          </w:tcPr>
          <w:p>
            <w:r>
              <w:t>20242216239</w:t>
            </w:r>
          </w:p>
        </w:tc>
        <w:tc>
          <w:tcPr>
            <w:tcW w:type="dxa" w:w="4320"/>
          </w:tcPr>
          <w:p>
            <w:r>
              <w:t>平锦梦</w:t>
            </w:r>
          </w:p>
        </w:tc>
      </w:tr>
      <w:tr>
        <w:tc>
          <w:tcPr>
            <w:tcW w:type="dxa" w:w="4320"/>
          </w:tcPr>
          <w:p>
            <w:r>
              <w:t>20242216240</w:t>
            </w:r>
          </w:p>
        </w:tc>
        <w:tc>
          <w:tcPr>
            <w:tcW w:type="dxa" w:w="4320"/>
          </w:tcPr>
          <w:p>
            <w:r>
              <w:t>吴佳园</w:t>
            </w:r>
          </w:p>
        </w:tc>
      </w:tr>
      <w:tr>
        <w:tc>
          <w:tcPr>
            <w:tcW w:type="dxa" w:w="4320"/>
          </w:tcPr>
          <w:p>
            <w:r>
              <w:t>20242216357</w:t>
            </w:r>
          </w:p>
        </w:tc>
        <w:tc>
          <w:tcPr>
            <w:tcW w:type="dxa" w:w="4320"/>
          </w:tcPr>
          <w:p>
            <w:r>
              <w:t>宋成亮</w:t>
            </w:r>
          </w:p>
        </w:tc>
      </w:tr>
      <w:tr>
        <w:tc>
          <w:tcPr>
            <w:tcW w:type="dxa" w:w="4320"/>
          </w:tcPr>
          <w:p>
            <w:r>
              <w:t>20242216384</w:t>
            </w:r>
          </w:p>
        </w:tc>
        <w:tc>
          <w:tcPr>
            <w:tcW w:type="dxa" w:w="4320"/>
          </w:tcPr>
          <w:p>
            <w:r>
              <w:t>邓喆</w:t>
            </w:r>
          </w:p>
        </w:tc>
      </w:tr>
      <w:tr>
        <w:tc>
          <w:tcPr>
            <w:tcW w:type="dxa" w:w="4320"/>
          </w:tcPr>
          <w:p>
            <w:r>
              <w:t>20242216555</w:t>
            </w:r>
          </w:p>
        </w:tc>
        <w:tc>
          <w:tcPr>
            <w:tcW w:type="dxa" w:w="4320"/>
          </w:tcPr>
          <w:p>
            <w:r>
              <w:t>韩丽娜</w:t>
            </w:r>
          </w:p>
        </w:tc>
      </w:tr>
      <w:tr>
        <w:tc>
          <w:tcPr>
            <w:tcW w:type="dxa" w:w="4320"/>
          </w:tcPr>
          <w:p>
            <w:r>
              <w:t>20242216656</w:t>
            </w:r>
          </w:p>
        </w:tc>
        <w:tc>
          <w:tcPr>
            <w:tcW w:type="dxa" w:w="4320"/>
          </w:tcPr>
          <w:p>
            <w:r>
              <w:t>钱昊晨</w:t>
            </w:r>
          </w:p>
        </w:tc>
      </w:tr>
      <w:tr>
        <w:tc>
          <w:tcPr>
            <w:tcW w:type="dxa" w:w="4320"/>
          </w:tcPr>
          <w:p>
            <w:r>
              <w:t>20242216689</w:t>
            </w:r>
          </w:p>
        </w:tc>
        <w:tc>
          <w:tcPr>
            <w:tcW w:type="dxa" w:w="4320"/>
          </w:tcPr>
          <w:p>
            <w:r>
              <w:t>康文韬</w:t>
            </w:r>
          </w:p>
        </w:tc>
      </w:tr>
      <w:tr>
        <w:tc>
          <w:tcPr>
            <w:tcW w:type="dxa" w:w="4320"/>
          </w:tcPr>
          <w:p>
            <w:r>
              <w:t>20242216708</w:t>
            </w:r>
          </w:p>
        </w:tc>
        <w:tc>
          <w:tcPr>
            <w:tcW w:type="dxa" w:w="4320"/>
          </w:tcPr>
          <w:p>
            <w:r>
              <w:t>龚百宇</w:t>
            </w:r>
          </w:p>
        </w:tc>
      </w:tr>
      <w:tr>
        <w:tc>
          <w:tcPr>
            <w:tcW w:type="dxa" w:w="4320"/>
          </w:tcPr>
          <w:p>
            <w:r>
              <w:t>20242216741</w:t>
            </w:r>
          </w:p>
        </w:tc>
        <w:tc>
          <w:tcPr>
            <w:tcW w:type="dxa" w:w="4320"/>
          </w:tcPr>
          <w:p>
            <w:r>
              <w:t>夏汉达</w:t>
            </w:r>
          </w:p>
        </w:tc>
      </w:tr>
      <w:tr>
        <w:tc>
          <w:tcPr>
            <w:tcW w:type="dxa" w:w="4320"/>
          </w:tcPr>
          <w:p>
            <w:r>
              <w:t>20242216764</w:t>
            </w:r>
          </w:p>
        </w:tc>
        <w:tc>
          <w:tcPr>
            <w:tcW w:type="dxa" w:w="4320"/>
          </w:tcPr>
          <w:p>
            <w:r>
              <w:t>杨梦媛</w:t>
            </w:r>
          </w:p>
        </w:tc>
      </w:tr>
      <w:tr>
        <w:tc>
          <w:tcPr>
            <w:tcW w:type="dxa" w:w="4320"/>
          </w:tcPr>
          <w:p>
            <w:r>
              <w:t>20242216811</w:t>
            </w:r>
          </w:p>
        </w:tc>
        <w:tc>
          <w:tcPr>
            <w:tcW w:type="dxa" w:w="4320"/>
          </w:tcPr>
          <w:p>
            <w:r>
              <w:t>杜昌桓</w:t>
            </w:r>
          </w:p>
        </w:tc>
      </w:tr>
      <w:tr>
        <w:tc>
          <w:tcPr>
            <w:tcW w:type="dxa" w:w="4320"/>
          </w:tcPr>
          <w:p>
            <w:r>
              <w:t>20242216922</w:t>
            </w:r>
          </w:p>
        </w:tc>
        <w:tc>
          <w:tcPr>
            <w:tcW w:type="dxa" w:w="4320"/>
          </w:tcPr>
          <w:p>
            <w:r>
              <w:t>田卓岩</w:t>
            </w:r>
          </w:p>
        </w:tc>
      </w:tr>
      <w:tr>
        <w:tc>
          <w:tcPr>
            <w:tcW w:type="dxa" w:w="4320"/>
          </w:tcPr>
          <w:p>
            <w:r>
              <w:t>20242216925</w:t>
            </w:r>
          </w:p>
        </w:tc>
        <w:tc>
          <w:tcPr>
            <w:tcW w:type="dxa" w:w="4320"/>
          </w:tcPr>
          <w:p>
            <w:r>
              <w:t>温昕</w:t>
            </w:r>
          </w:p>
        </w:tc>
      </w:tr>
      <w:tr>
        <w:tc>
          <w:tcPr>
            <w:tcW w:type="dxa" w:w="4320"/>
          </w:tcPr>
          <w:p>
            <w:r>
              <w:t>20242216943</w:t>
            </w:r>
          </w:p>
        </w:tc>
        <w:tc>
          <w:tcPr>
            <w:tcW w:type="dxa" w:w="4320"/>
          </w:tcPr>
          <w:p>
            <w:r>
              <w:t>庞鑫鹏</w:t>
            </w:r>
          </w:p>
        </w:tc>
      </w:tr>
      <w:tr>
        <w:tc>
          <w:tcPr>
            <w:tcW w:type="dxa" w:w="4320"/>
          </w:tcPr>
          <w:p>
            <w:r>
              <w:t>20242217045</w:t>
            </w:r>
          </w:p>
        </w:tc>
        <w:tc>
          <w:tcPr>
            <w:tcW w:type="dxa" w:w="4320"/>
          </w:tcPr>
          <w:p>
            <w:r>
              <w:t>叶玉立</w:t>
            </w:r>
          </w:p>
        </w:tc>
      </w:tr>
      <w:tr>
        <w:tc>
          <w:tcPr>
            <w:tcW w:type="dxa" w:w="4320"/>
          </w:tcPr>
          <w:p>
            <w:r>
              <w:t>20242217106</w:t>
            </w:r>
          </w:p>
        </w:tc>
        <w:tc>
          <w:tcPr>
            <w:tcW w:type="dxa" w:w="4320"/>
          </w:tcPr>
          <w:p>
            <w:r>
              <w:t>李星宇</w:t>
            </w:r>
          </w:p>
        </w:tc>
      </w:tr>
      <w:tr>
        <w:tc>
          <w:tcPr>
            <w:tcW w:type="dxa" w:w="4320"/>
          </w:tcPr>
          <w:p>
            <w:r>
              <w:t>20242217176</w:t>
            </w:r>
          </w:p>
        </w:tc>
        <w:tc>
          <w:tcPr>
            <w:tcW w:type="dxa" w:w="4320"/>
          </w:tcPr>
          <w:p>
            <w:r>
              <w:t>邵志诚</w:t>
            </w:r>
          </w:p>
        </w:tc>
      </w:tr>
      <w:tr>
        <w:tc>
          <w:tcPr>
            <w:tcW w:type="dxa" w:w="4320"/>
          </w:tcPr>
          <w:p>
            <w:r>
              <w:t>20242217182</w:t>
            </w:r>
          </w:p>
        </w:tc>
        <w:tc>
          <w:tcPr>
            <w:tcW w:type="dxa" w:w="4320"/>
          </w:tcPr>
          <w:p>
            <w:r>
              <w:t>张大羽</w:t>
            </w:r>
          </w:p>
        </w:tc>
      </w:tr>
      <w:tr>
        <w:tc>
          <w:tcPr>
            <w:tcW w:type="dxa" w:w="4320"/>
          </w:tcPr>
          <w:p>
            <w:r>
              <w:t>20242217233</w:t>
            </w:r>
          </w:p>
        </w:tc>
        <w:tc>
          <w:tcPr>
            <w:tcW w:type="dxa" w:w="4320"/>
          </w:tcPr>
          <w:p>
            <w:r>
              <w:t>李瀚甫</w:t>
            </w:r>
          </w:p>
        </w:tc>
      </w:tr>
      <w:tr>
        <w:tc>
          <w:tcPr>
            <w:tcW w:type="dxa" w:w="4320"/>
          </w:tcPr>
          <w:p>
            <w:r>
              <w:t>20242217258</w:t>
            </w:r>
          </w:p>
        </w:tc>
        <w:tc>
          <w:tcPr>
            <w:tcW w:type="dxa" w:w="4320"/>
          </w:tcPr>
          <w:p>
            <w:r>
              <w:t>赵汝轩</w:t>
            </w:r>
          </w:p>
        </w:tc>
      </w:tr>
      <w:tr>
        <w:tc>
          <w:tcPr>
            <w:tcW w:type="dxa" w:w="4320"/>
          </w:tcPr>
          <w:p>
            <w:r>
              <w:t>20242217263</w:t>
            </w:r>
          </w:p>
        </w:tc>
        <w:tc>
          <w:tcPr>
            <w:tcW w:type="dxa" w:w="4320"/>
          </w:tcPr>
          <w:p>
            <w:r>
              <w:t>黄崇跃</w:t>
            </w:r>
          </w:p>
        </w:tc>
      </w:tr>
      <w:tr>
        <w:tc>
          <w:tcPr>
            <w:tcW w:type="dxa" w:w="4320"/>
          </w:tcPr>
          <w:p>
            <w:r>
              <w:t>20242217419</w:t>
            </w:r>
          </w:p>
        </w:tc>
        <w:tc>
          <w:tcPr>
            <w:tcW w:type="dxa" w:w="4320"/>
          </w:tcPr>
          <w:p>
            <w:r>
              <w:t>余祥昱</w:t>
            </w:r>
          </w:p>
        </w:tc>
      </w:tr>
      <w:tr>
        <w:tc>
          <w:tcPr>
            <w:tcW w:type="dxa" w:w="4320"/>
          </w:tcPr>
          <w:p>
            <w:r>
              <w:t>20242217450</w:t>
            </w:r>
          </w:p>
        </w:tc>
        <w:tc>
          <w:tcPr>
            <w:tcW w:type="dxa" w:w="4320"/>
          </w:tcPr>
          <w:p>
            <w:r>
              <w:t>刘馨睿</w:t>
            </w:r>
          </w:p>
        </w:tc>
      </w:tr>
      <w:tr>
        <w:tc>
          <w:tcPr>
            <w:tcW w:type="dxa" w:w="4320"/>
          </w:tcPr>
          <w:p>
            <w:r>
              <w:t>20242217515</w:t>
            </w:r>
          </w:p>
        </w:tc>
        <w:tc>
          <w:tcPr>
            <w:tcW w:type="dxa" w:w="4320"/>
          </w:tcPr>
          <w:p>
            <w:r>
              <w:t>王文丽</w:t>
            </w:r>
          </w:p>
        </w:tc>
      </w:tr>
      <w:tr>
        <w:tc>
          <w:tcPr>
            <w:tcW w:type="dxa" w:w="4320"/>
          </w:tcPr>
          <w:p>
            <w:r>
              <w:t>20242217535</w:t>
            </w:r>
          </w:p>
        </w:tc>
        <w:tc>
          <w:tcPr>
            <w:tcW w:type="dxa" w:w="4320"/>
          </w:tcPr>
          <w:p>
            <w:r>
              <w:t>梅雅萍</w:t>
            </w:r>
          </w:p>
        </w:tc>
      </w:tr>
      <w:tr>
        <w:tc>
          <w:tcPr>
            <w:tcW w:type="dxa" w:w="4320"/>
          </w:tcPr>
          <w:p>
            <w:r>
              <w:t>20242217570</w:t>
            </w:r>
          </w:p>
        </w:tc>
        <w:tc>
          <w:tcPr>
            <w:tcW w:type="dxa" w:w="4320"/>
          </w:tcPr>
          <w:p>
            <w:r>
              <w:t>包朔</w:t>
            </w:r>
          </w:p>
        </w:tc>
      </w:tr>
      <w:tr>
        <w:tc>
          <w:tcPr>
            <w:tcW w:type="dxa" w:w="4320"/>
          </w:tcPr>
          <w:p>
            <w:r>
              <w:t>20242217584</w:t>
            </w:r>
          </w:p>
        </w:tc>
        <w:tc>
          <w:tcPr>
            <w:tcW w:type="dxa" w:w="4320"/>
          </w:tcPr>
          <w:p>
            <w:r>
              <w:t>张叶楚</w:t>
            </w:r>
          </w:p>
        </w:tc>
      </w:tr>
      <w:tr>
        <w:tc>
          <w:tcPr>
            <w:tcW w:type="dxa" w:w="4320"/>
          </w:tcPr>
          <w:p>
            <w:r>
              <w:t>20242217690</w:t>
            </w:r>
          </w:p>
        </w:tc>
        <w:tc>
          <w:tcPr>
            <w:tcW w:type="dxa" w:w="4320"/>
          </w:tcPr>
          <w:p>
            <w:r>
              <w:t>罗旭</w:t>
            </w:r>
          </w:p>
        </w:tc>
      </w:tr>
      <w:tr>
        <w:tc>
          <w:tcPr>
            <w:tcW w:type="dxa" w:w="4320"/>
          </w:tcPr>
          <w:p>
            <w:r>
              <w:t>20242217740</w:t>
            </w:r>
          </w:p>
        </w:tc>
        <w:tc>
          <w:tcPr>
            <w:tcW w:type="dxa" w:w="4320"/>
          </w:tcPr>
          <w:p>
            <w:r>
              <w:t>杨子骏</w:t>
            </w:r>
          </w:p>
        </w:tc>
      </w:tr>
      <w:tr>
        <w:tc>
          <w:tcPr>
            <w:tcW w:type="dxa" w:w="4320"/>
          </w:tcPr>
          <w:p>
            <w:r>
              <w:t>20242217771</w:t>
            </w:r>
          </w:p>
        </w:tc>
        <w:tc>
          <w:tcPr>
            <w:tcW w:type="dxa" w:w="4320"/>
          </w:tcPr>
          <w:p>
            <w:r>
              <w:t>于雅忻</w:t>
            </w:r>
          </w:p>
        </w:tc>
      </w:tr>
      <w:tr>
        <w:tc>
          <w:tcPr>
            <w:tcW w:type="dxa" w:w="4320"/>
          </w:tcPr>
          <w:p>
            <w:r>
              <w:t>20242218033</w:t>
            </w:r>
          </w:p>
        </w:tc>
        <w:tc>
          <w:tcPr>
            <w:tcW w:type="dxa" w:w="4320"/>
          </w:tcPr>
          <w:p>
            <w:r>
              <w:t>孙一丁</w:t>
            </w:r>
          </w:p>
        </w:tc>
      </w:tr>
      <w:tr>
        <w:tc>
          <w:tcPr>
            <w:tcW w:type="dxa" w:w="4320"/>
          </w:tcPr>
          <w:p>
            <w:r>
              <w:t>20242218103</w:t>
            </w:r>
          </w:p>
        </w:tc>
        <w:tc>
          <w:tcPr>
            <w:tcW w:type="dxa" w:w="4320"/>
          </w:tcPr>
          <w:p>
            <w:r>
              <w:t>钟宗玲</w:t>
            </w:r>
          </w:p>
        </w:tc>
      </w:tr>
      <w:tr>
        <w:tc>
          <w:tcPr>
            <w:tcW w:type="dxa" w:w="4320"/>
          </w:tcPr>
          <w:p>
            <w:r>
              <w:t>20242218179</w:t>
            </w:r>
          </w:p>
        </w:tc>
        <w:tc>
          <w:tcPr>
            <w:tcW w:type="dxa" w:w="4320"/>
          </w:tcPr>
          <w:p>
            <w:r>
              <w:t>赵春宇</w:t>
            </w:r>
          </w:p>
        </w:tc>
      </w:tr>
      <w:tr>
        <w:tc>
          <w:tcPr>
            <w:tcW w:type="dxa" w:w="4320"/>
          </w:tcPr>
          <w:p>
            <w:r>
              <w:t>20242218210</w:t>
            </w:r>
          </w:p>
        </w:tc>
        <w:tc>
          <w:tcPr>
            <w:tcW w:type="dxa" w:w="4320"/>
          </w:tcPr>
          <w:p>
            <w:r>
              <w:t>李姿霏</w:t>
            </w:r>
          </w:p>
        </w:tc>
      </w:tr>
      <w:tr>
        <w:tc>
          <w:tcPr>
            <w:tcW w:type="dxa" w:w="4320"/>
          </w:tcPr>
          <w:p>
            <w:r>
              <w:t>20242218228</w:t>
            </w:r>
          </w:p>
        </w:tc>
        <w:tc>
          <w:tcPr>
            <w:tcW w:type="dxa" w:w="4320"/>
          </w:tcPr>
          <w:p>
            <w:r>
              <w:t>吕一恒</w:t>
            </w:r>
          </w:p>
        </w:tc>
      </w:tr>
      <w:tr>
        <w:tc>
          <w:tcPr>
            <w:tcW w:type="dxa" w:w="4320"/>
          </w:tcPr>
          <w:p>
            <w:r>
              <w:t>20242218259</w:t>
            </w:r>
          </w:p>
        </w:tc>
        <w:tc>
          <w:tcPr>
            <w:tcW w:type="dxa" w:w="4320"/>
          </w:tcPr>
          <w:p>
            <w:r>
              <w:t>张哲</w:t>
            </w:r>
          </w:p>
        </w:tc>
      </w:tr>
      <w:tr>
        <w:tc>
          <w:tcPr>
            <w:tcW w:type="dxa" w:w="4320"/>
          </w:tcPr>
          <w:p>
            <w:r>
              <w:t>20242218303</w:t>
            </w:r>
          </w:p>
        </w:tc>
        <w:tc>
          <w:tcPr>
            <w:tcW w:type="dxa" w:w="4320"/>
          </w:tcPr>
          <w:p>
            <w:r>
              <w:t>尚永和</w:t>
            </w:r>
          </w:p>
        </w:tc>
      </w:tr>
      <w:tr>
        <w:tc>
          <w:tcPr>
            <w:tcW w:type="dxa" w:w="4320"/>
          </w:tcPr>
          <w:p>
            <w:r>
              <w:t>20242218398</w:t>
            </w:r>
          </w:p>
        </w:tc>
        <w:tc>
          <w:tcPr>
            <w:tcW w:type="dxa" w:w="4320"/>
          </w:tcPr>
          <w:p>
            <w:r>
              <w:t>于志才</w:t>
            </w:r>
          </w:p>
        </w:tc>
      </w:tr>
      <w:tr>
        <w:tc>
          <w:tcPr>
            <w:tcW w:type="dxa" w:w="4320"/>
          </w:tcPr>
          <w:p>
            <w:r>
              <w:t>20242218477</w:t>
            </w:r>
          </w:p>
        </w:tc>
        <w:tc>
          <w:tcPr>
            <w:tcW w:type="dxa" w:w="4320"/>
          </w:tcPr>
          <w:p>
            <w:r>
              <w:t>王东东</w:t>
            </w:r>
          </w:p>
        </w:tc>
      </w:tr>
      <w:tr>
        <w:tc>
          <w:tcPr>
            <w:tcW w:type="dxa" w:w="4320"/>
          </w:tcPr>
          <w:p>
            <w:r>
              <w:t>20242218487</w:t>
            </w:r>
          </w:p>
        </w:tc>
        <w:tc>
          <w:tcPr>
            <w:tcW w:type="dxa" w:w="4320"/>
          </w:tcPr>
          <w:p>
            <w:r>
              <w:t>朱博扬</w:t>
            </w:r>
          </w:p>
        </w:tc>
      </w:tr>
      <w:tr>
        <w:tc>
          <w:tcPr>
            <w:tcW w:type="dxa" w:w="4320"/>
          </w:tcPr>
          <w:p>
            <w:r>
              <w:t>20242218509</w:t>
            </w:r>
          </w:p>
        </w:tc>
        <w:tc>
          <w:tcPr>
            <w:tcW w:type="dxa" w:w="4320"/>
          </w:tcPr>
          <w:p>
            <w:r>
              <w:t>万淑珍</w:t>
            </w:r>
          </w:p>
        </w:tc>
      </w:tr>
      <w:tr>
        <w:tc>
          <w:tcPr>
            <w:tcW w:type="dxa" w:w="4320"/>
          </w:tcPr>
          <w:p>
            <w:r>
              <w:t>20242218540</w:t>
            </w:r>
          </w:p>
        </w:tc>
        <w:tc>
          <w:tcPr>
            <w:tcW w:type="dxa" w:w="4320"/>
          </w:tcPr>
          <w:p>
            <w:r>
              <w:t>杨玉洁</w:t>
            </w:r>
          </w:p>
        </w:tc>
      </w:tr>
      <w:tr>
        <w:tc>
          <w:tcPr>
            <w:tcW w:type="dxa" w:w="4320"/>
          </w:tcPr>
          <w:p>
            <w:r>
              <w:t>20242218561</w:t>
            </w:r>
          </w:p>
        </w:tc>
        <w:tc>
          <w:tcPr>
            <w:tcW w:type="dxa" w:w="4320"/>
          </w:tcPr>
          <w:p>
            <w:r>
              <w:t>罗慧</w:t>
            </w:r>
          </w:p>
        </w:tc>
      </w:tr>
      <w:tr>
        <w:tc>
          <w:tcPr>
            <w:tcW w:type="dxa" w:w="4320"/>
          </w:tcPr>
          <w:p>
            <w:r>
              <w:t>20242218574</w:t>
            </w:r>
          </w:p>
        </w:tc>
        <w:tc>
          <w:tcPr>
            <w:tcW w:type="dxa" w:w="4320"/>
          </w:tcPr>
          <w:p>
            <w:r>
              <w:t>黄丹桂</w:t>
            </w:r>
          </w:p>
        </w:tc>
      </w:tr>
      <w:tr>
        <w:tc>
          <w:tcPr>
            <w:tcW w:type="dxa" w:w="4320"/>
          </w:tcPr>
          <w:p>
            <w:r>
              <w:t>20242218604</w:t>
            </w:r>
          </w:p>
        </w:tc>
        <w:tc>
          <w:tcPr>
            <w:tcW w:type="dxa" w:w="4320"/>
          </w:tcPr>
          <w:p>
            <w:r>
              <w:t>李尹强</w:t>
            </w:r>
          </w:p>
        </w:tc>
      </w:tr>
      <w:tr>
        <w:tc>
          <w:tcPr>
            <w:tcW w:type="dxa" w:w="4320"/>
          </w:tcPr>
          <w:p>
            <w:r>
              <w:t>20242218606</w:t>
            </w:r>
          </w:p>
        </w:tc>
        <w:tc>
          <w:tcPr>
            <w:tcW w:type="dxa" w:w="4320"/>
          </w:tcPr>
          <w:p>
            <w:r>
              <w:t>许雪莹</w:t>
            </w:r>
          </w:p>
        </w:tc>
      </w:tr>
      <w:tr>
        <w:tc>
          <w:tcPr>
            <w:tcW w:type="dxa" w:w="4320"/>
          </w:tcPr>
          <w:p>
            <w:r>
              <w:t>20242218614</w:t>
            </w:r>
          </w:p>
        </w:tc>
        <w:tc>
          <w:tcPr>
            <w:tcW w:type="dxa" w:w="4320"/>
          </w:tcPr>
          <w:p>
            <w:r>
              <w:t>王午阳</w:t>
            </w:r>
          </w:p>
        </w:tc>
      </w:tr>
      <w:tr>
        <w:tc>
          <w:tcPr>
            <w:tcW w:type="dxa" w:w="4320"/>
          </w:tcPr>
          <w:p>
            <w:r>
              <w:t>20242218694</w:t>
            </w:r>
          </w:p>
        </w:tc>
        <w:tc>
          <w:tcPr>
            <w:tcW w:type="dxa" w:w="4320"/>
          </w:tcPr>
          <w:p>
            <w:r>
              <w:t>齐致远</w:t>
            </w:r>
          </w:p>
        </w:tc>
      </w:tr>
      <w:tr>
        <w:tc>
          <w:tcPr>
            <w:tcW w:type="dxa" w:w="4320"/>
          </w:tcPr>
          <w:p>
            <w:r>
              <w:t>20242218734</w:t>
            </w:r>
          </w:p>
        </w:tc>
        <w:tc>
          <w:tcPr>
            <w:tcW w:type="dxa" w:w="4320"/>
          </w:tcPr>
          <w:p>
            <w:r>
              <w:t>秦子懿</w:t>
            </w:r>
          </w:p>
        </w:tc>
      </w:tr>
      <w:tr>
        <w:tc>
          <w:tcPr>
            <w:tcW w:type="dxa" w:w="4320"/>
          </w:tcPr>
          <w:p>
            <w:r>
              <w:t>20242218813</w:t>
            </w:r>
          </w:p>
        </w:tc>
        <w:tc>
          <w:tcPr>
            <w:tcW w:type="dxa" w:w="4320"/>
          </w:tcPr>
          <w:p>
            <w:r>
              <w:t>王颢潼</w:t>
            </w:r>
          </w:p>
        </w:tc>
      </w:tr>
      <w:tr>
        <w:tc>
          <w:tcPr>
            <w:tcW w:type="dxa" w:w="4320"/>
          </w:tcPr>
          <w:p>
            <w:r>
              <w:t>20242218887</w:t>
            </w:r>
          </w:p>
        </w:tc>
        <w:tc>
          <w:tcPr>
            <w:tcW w:type="dxa" w:w="4320"/>
          </w:tcPr>
          <w:p>
            <w:r>
              <w:t>樊芮宁</w:t>
            </w:r>
          </w:p>
        </w:tc>
      </w:tr>
      <w:tr>
        <w:tc>
          <w:tcPr>
            <w:tcW w:type="dxa" w:w="4320"/>
          </w:tcPr>
          <w:p>
            <w:r>
              <w:t>20242218995</w:t>
            </w:r>
          </w:p>
        </w:tc>
        <w:tc>
          <w:tcPr>
            <w:tcW w:type="dxa" w:w="4320"/>
          </w:tcPr>
          <w:p>
            <w:r>
              <w:t>刘畅</w:t>
            </w:r>
          </w:p>
        </w:tc>
      </w:tr>
      <w:tr>
        <w:tc>
          <w:tcPr>
            <w:tcW w:type="dxa" w:w="4320"/>
          </w:tcPr>
          <w:p>
            <w:r>
              <w:t>20242219022</w:t>
            </w:r>
          </w:p>
        </w:tc>
        <w:tc>
          <w:tcPr>
            <w:tcW w:type="dxa" w:w="4320"/>
          </w:tcPr>
          <w:p>
            <w:r>
              <w:t>吴岳鹏</w:t>
            </w:r>
          </w:p>
        </w:tc>
      </w:tr>
      <w:tr>
        <w:tc>
          <w:tcPr>
            <w:tcW w:type="dxa" w:w="4320"/>
          </w:tcPr>
          <w:p>
            <w:r>
              <w:t>20242219125</w:t>
            </w:r>
          </w:p>
        </w:tc>
        <w:tc>
          <w:tcPr>
            <w:tcW w:type="dxa" w:w="4320"/>
          </w:tcPr>
          <w:p>
            <w:r>
              <w:t>陈聪奕</w:t>
            </w:r>
          </w:p>
        </w:tc>
      </w:tr>
      <w:tr>
        <w:tc>
          <w:tcPr>
            <w:tcW w:type="dxa" w:w="4320"/>
          </w:tcPr>
          <w:p>
            <w:r>
              <w:t>20242219165</w:t>
            </w:r>
          </w:p>
        </w:tc>
        <w:tc>
          <w:tcPr>
            <w:tcW w:type="dxa" w:w="4320"/>
          </w:tcPr>
          <w:p>
            <w:r>
              <w:t>吴思睿</w:t>
            </w:r>
          </w:p>
        </w:tc>
      </w:tr>
      <w:tr>
        <w:tc>
          <w:tcPr>
            <w:tcW w:type="dxa" w:w="4320"/>
          </w:tcPr>
          <w:p>
            <w:r>
              <w:t>20242219195</w:t>
            </w:r>
          </w:p>
        </w:tc>
        <w:tc>
          <w:tcPr>
            <w:tcW w:type="dxa" w:w="4320"/>
          </w:tcPr>
          <w:p>
            <w:r>
              <w:t>朱骏平</w:t>
            </w:r>
          </w:p>
        </w:tc>
      </w:tr>
      <w:tr>
        <w:tc>
          <w:tcPr>
            <w:tcW w:type="dxa" w:w="4320"/>
          </w:tcPr>
          <w:p>
            <w:r>
              <w:t>20242219202</w:t>
            </w:r>
          </w:p>
        </w:tc>
        <w:tc>
          <w:tcPr>
            <w:tcW w:type="dxa" w:w="4320"/>
          </w:tcPr>
          <w:p>
            <w:r>
              <w:t>陈鸿骏</w:t>
            </w:r>
          </w:p>
        </w:tc>
      </w:tr>
      <w:tr>
        <w:tc>
          <w:tcPr>
            <w:tcW w:type="dxa" w:w="4320"/>
          </w:tcPr>
          <w:p>
            <w:r>
              <w:t>20242219214</w:t>
            </w:r>
          </w:p>
        </w:tc>
        <w:tc>
          <w:tcPr>
            <w:tcW w:type="dxa" w:w="4320"/>
          </w:tcPr>
          <w:p>
            <w:r>
              <w:t>张文鑫</w:t>
            </w:r>
          </w:p>
        </w:tc>
      </w:tr>
      <w:tr>
        <w:tc>
          <w:tcPr>
            <w:tcW w:type="dxa" w:w="4320"/>
          </w:tcPr>
          <w:p>
            <w:r>
              <w:t>20242219224</w:t>
            </w:r>
          </w:p>
        </w:tc>
        <w:tc>
          <w:tcPr>
            <w:tcW w:type="dxa" w:w="4320"/>
          </w:tcPr>
          <w:p>
            <w:r>
              <w:t>孙海乐</w:t>
            </w:r>
          </w:p>
        </w:tc>
      </w:tr>
      <w:tr>
        <w:tc>
          <w:tcPr>
            <w:tcW w:type="dxa" w:w="4320"/>
          </w:tcPr>
          <w:p>
            <w:r>
              <w:t>20242219288</w:t>
            </w:r>
          </w:p>
        </w:tc>
        <w:tc>
          <w:tcPr>
            <w:tcW w:type="dxa" w:w="4320"/>
          </w:tcPr>
          <w:p>
            <w:r>
              <w:t>冯柯颖</w:t>
            </w:r>
          </w:p>
        </w:tc>
      </w:tr>
      <w:tr>
        <w:tc>
          <w:tcPr>
            <w:tcW w:type="dxa" w:w="4320"/>
          </w:tcPr>
          <w:p>
            <w:r>
              <w:t>20242219304</w:t>
            </w:r>
          </w:p>
        </w:tc>
        <w:tc>
          <w:tcPr>
            <w:tcW w:type="dxa" w:w="4320"/>
          </w:tcPr>
          <w:p>
            <w:r>
              <w:t>徐沁蕾</w:t>
            </w:r>
          </w:p>
        </w:tc>
      </w:tr>
      <w:tr>
        <w:tc>
          <w:tcPr>
            <w:tcW w:type="dxa" w:w="4320"/>
          </w:tcPr>
          <w:p>
            <w:r>
              <w:t>20242219481</w:t>
            </w:r>
          </w:p>
        </w:tc>
        <w:tc>
          <w:tcPr>
            <w:tcW w:type="dxa" w:w="4320"/>
          </w:tcPr>
          <w:p>
            <w:r>
              <w:t>汪骏图</w:t>
            </w:r>
          </w:p>
        </w:tc>
      </w:tr>
      <w:tr>
        <w:tc>
          <w:tcPr>
            <w:tcW w:type="dxa" w:w="4320"/>
          </w:tcPr>
          <w:p>
            <w:r>
              <w:t>20242219505</w:t>
            </w:r>
          </w:p>
        </w:tc>
        <w:tc>
          <w:tcPr>
            <w:tcW w:type="dxa" w:w="4320"/>
          </w:tcPr>
          <w:p>
            <w:r>
              <w:t>周欣妍</w:t>
            </w:r>
          </w:p>
        </w:tc>
      </w:tr>
      <w:tr>
        <w:tc>
          <w:tcPr>
            <w:tcW w:type="dxa" w:w="4320"/>
          </w:tcPr>
          <w:p>
            <w:r>
              <w:t>20242219511</w:t>
            </w:r>
          </w:p>
        </w:tc>
        <w:tc>
          <w:tcPr>
            <w:tcW w:type="dxa" w:w="4320"/>
          </w:tcPr>
          <w:p>
            <w:r>
              <w:t>李胤辰</w:t>
            </w:r>
          </w:p>
        </w:tc>
      </w:tr>
      <w:tr>
        <w:tc>
          <w:tcPr>
            <w:tcW w:type="dxa" w:w="4320"/>
          </w:tcPr>
          <w:p>
            <w:r>
              <w:t>20242219575</w:t>
            </w:r>
          </w:p>
        </w:tc>
        <w:tc>
          <w:tcPr>
            <w:tcW w:type="dxa" w:w="4320"/>
          </w:tcPr>
          <w:p>
            <w:r>
              <w:t>邓若雯</w:t>
            </w:r>
          </w:p>
        </w:tc>
      </w:tr>
      <w:tr>
        <w:tc>
          <w:tcPr>
            <w:tcW w:type="dxa" w:w="4320"/>
          </w:tcPr>
          <w:p>
            <w:r>
              <w:t>20242219599</w:t>
            </w:r>
          </w:p>
        </w:tc>
        <w:tc>
          <w:tcPr>
            <w:tcW w:type="dxa" w:w="4320"/>
          </w:tcPr>
          <w:p>
            <w:r>
              <w:t>寻锐豪</w:t>
            </w:r>
          </w:p>
        </w:tc>
      </w:tr>
      <w:tr>
        <w:tc>
          <w:tcPr>
            <w:tcW w:type="dxa" w:w="4320"/>
          </w:tcPr>
          <w:p>
            <w:r>
              <w:t>20242219689</w:t>
            </w:r>
          </w:p>
        </w:tc>
        <w:tc>
          <w:tcPr>
            <w:tcW w:type="dxa" w:w="4320"/>
          </w:tcPr>
          <w:p>
            <w:r>
              <w:t>王紫琼</w:t>
            </w:r>
          </w:p>
        </w:tc>
      </w:tr>
      <w:tr>
        <w:tc>
          <w:tcPr>
            <w:tcW w:type="dxa" w:w="4320"/>
          </w:tcPr>
          <w:p>
            <w:r>
              <w:t>20242219724</w:t>
            </w:r>
          </w:p>
        </w:tc>
        <w:tc>
          <w:tcPr>
            <w:tcW w:type="dxa" w:w="4320"/>
          </w:tcPr>
          <w:p>
            <w:r>
              <w:t>罗海垚</w:t>
            </w:r>
          </w:p>
        </w:tc>
      </w:tr>
      <w:tr>
        <w:tc>
          <w:tcPr>
            <w:tcW w:type="dxa" w:w="4320"/>
          </w:tcPr>
          <w:p>
            <w:r>
              <w:t>20242219908</w:t>
            </w:r>
          </w:p>
        </w:tc>
        <w:tc>
          <w:tcPr>
            <w:tcW w:type="dxa" w:w="4320"/>
          </w:tcPr>
          <w:p>
            <w:r>
              <w:t>郭骏鹏</w:t>
            </w:r>
          </w:p>
        </w:tc>
      </w:tr>
      <w:tr>
        <w:tc>
          <w:tcPr>
            <w:tcW w:type="dxa" w:w="4320"/>
          </w:tcPr>
          <w:p>
            <w:r>
              <w:t>20242219965</w:t>
            </w:r>
          </w:p>
        </w:tc>
        <w:tc>
          <w:tcPr>
            <w:tcW w:type="dxa" w:w="4320"/>
          </w:tcPr>
          <w:p>
            <w:r>
              <w:t>沈嘉硕</w:t>
            </w:r>
          </w:p>
        </w:tc>
      </w:tr>
      <w:tr>
        <w:tc>
          <w:tcPr>
            <w:tcW w:type="dxa" w:w="4320"/>
          </w:tcPr>
          <w:p>
            <w:r>
              <w:t>20242220019</w:t>
            </w:r>
          </w:p>
        </w:tc>
        <w:tc>
          <w:tcPr>
            <w:tcW w:type="dxa" w:w="4320"/>
          </w:tcPr>
          <w:p>
            <w:r>
              <w:t>陈雨皓</w:t>
            </w:r>
          </w:p>
        </w:tc>
      </w:tr>
      <w:tr>
        <w:tc>
          <w:tcPr>
            <w:tcW w:type="dxa" w:w="4320"/>
          </w:tcPr>
          <w:p>
            <w:r>
              <w:t>20242220043</w:t>
            </w:r>
          </w:p>
        </w:tc>
        <w:tc>
          <w:tcPr>
            <w:tcW w:type="dxa" w:w="4320"/>
          </w:tcPr>
          <w:p>
            <w:r>
              <w:t>范冰冰</w:t>
            </w:r>
          </w:p>
        </w:tc>
      </w:tr>
      <w:tr>
        <w:tc>
          <w:tcPr>
            <w:tcW w:type="dxa" w:w="4320"/>
          </w:tcPr>
          <w:p>
            <w:r>
              <w:t>20242220064</w:t>
            </w:r>
          </w:p>
        </w:tc>
        <w:tc>
          <w:tcPr>
            <w:tcW w:type="dxa" w:w="4320"/>
          </w:tcPr>
          <w:p>
            <w:r>
              <w:t>于克友</w:t>
            </w:r>
          </w:p>
        </w:tc>
      </w:tr>
      <w:tr>
        <w:tc>
          <w:tcPr>
            <w:tcW w:type="dxa" w:w="4320"/>
          </w:tcPr>
          <w:p>
            <w:r>
              <w:t>20242220117</w:t>
            </w:r>
          </w:p>
        </w:tc>
        <w:tc>
          <w:tcPr>
            <w:tcW w:type="dxa" w:w="4320"/>
          </w:tcPr>
          <w:p>
            <w:r>
              <w:t>韩智丰</w:t>
            </w:r>
          </w:p>
        </w:tc>
      </w:tr>
      <w:tr>
        <w:tc>
          <w:tcPr>
            <w:tcW w:type="dxa" w:w="4320"/>
          </w:tcPr>
          <w:p>
            <w:r>
              <w:t>20242220127</w:t>
            </w:r>
          </w:p>
        </w:tc>
        <w:tc>
          <w:tcPr>
            <w:tcW w:type="dxa" w:w="4320"/>
          </w:tcPr>
          <w:p>
            <w:r>
              <w:t>武彤</w:t>
            </w:r>
          </w:p>
        </w:tc>
      </w:tr>
      <w:tr>
        <w:tc>
          <w:tcPr>
            <w:tcW w:type="dxa" w:w="4320"/>
          </w:tcPr>
          <w:p>
            <w:r>
              <w:t>20242220129</w:t>
            </w:r>
          </w:p>
        </w:tc>
        <w:tc>
          <w:tcPr>
            <w:tcW w:type="dxa" w:w="4320"/>
          </w:tcPr>
          <w:p>
            <w:r>
              <w:t>曹家盈</w:t>
            </w:r>
          </w:p>
        </w:tc>
      </w:tr>
      <w:tr>
        <w:tc>
          <w:tcPr>
            <w:tcW w:type="dxa" w:w="4320"/>
          </w:tcPr>
          <w:p>
            <w:r>
              <w:t>20242220171</w:t>
            </w:r>
          </w:p>
        </w:tc>
        <w:tc>
          <w:tcPr>
            <w:tcW w:type="dxa" w:w="4320"/>
          </w:tcPr>
          <w:p>
            <w:r>
              <w:t>肖怡冰</w:t>
            </w:r>
          </w:p>
        </w:tc>
      </w:tr>
      <w:tr>
        <w:tc>
          <w:tcPr>
            <w:tcW w:type="dxa" w:w="4320"/>
          </w:tcPr>
          <w:p>
            <w:r>
              <w:t>20242220185</w:t>
            </w:r>
          </w:p>
        </w:tc>
        <w:tc>
          <w:tcPr>
            <w:tcW w:type="dxa" w:w="4320"/>
          </w:tcPr>
          <w:p>
            <w:r>
              <w:t>吴青妍</w:t>
            </w:r>
          </w:p>
        </w:tc>
      </w:tr>
      <w:tr>
        <w:tc>
          <w:tcPr>
            <w:tcW w:type="dxa" w:w="4320"/>
          </w:tcPr>
          <w:p>
            <w:r>
              <w:t>20242220281</w:t>
            </w:r>
          </w:p>
        </w:tc>
        <w:tc>
          <w:tcPr>
            <w:tcW w:type="dxa" w:w="4320"/>
          </w:tcPr>
          <w:p>
            <w:r>
              <w:t>席祥凤</w:t>
            </w:r>
          </w:p>
        </w:tc>
      </w:tr>
      <w:tr>
        <w:tc>
          <w:tcPr>
            <w:tcW w:type="dxa" w:w="4320"/>
          </w:tcPr>
          <w:p>
            <w:r>
              <w:t>20242220308</w:t>
            </w:r>
          </w:p>
        </w:tc>
        <w:tc>
          <w:tcPr>
            <w:tcW w:type="dxa" w:w="4320"/>
          </w:tcPr>
          <w:p>
            <w:r>
              <w:t>浦倩</w:t>
            </w:r>
          </w:p>
        </w:tc>
      </w:tr>
      <w:tr>
        <w:tc>
          <w:tcPr>
            <w:tcW w:type="dxa" w:w="4320"/>
          </w:tcPr>
          <w:p>
            <w:r>
              <w:t>20242220349</w:t>
            </w:r>
          </w:p>
        </w:tc>
        <w:tc>
          <w:tcPr>
            <w:tcW w:type="dxa" w:w="4320"/>
          </w:tcPr>
          <w:p>
            <w:r>
              <w:t>范艺武</w:t>
            </w:r>
          </w:p>
        </w:tc>
      </w:tr>
      <w:tr>
        <w:tc>
          <w:tcPr>
            <w:tcW w:type="dxa" w:w="4320"/>
          </w:tcPr>
          <w:p>
            <w:r>
              <w:t>20242220367</w:t>
            </w:r>
          </w:p>
        </w:tc>
        <w:tc>
          <w:tcPr>
            <w:tcW w:type="dxa" w:w="4320"/>
          </w:tcPr>
          <w:p>
            <w:r>
              <w:t>范文雅</w:t>
            </w:r>
          </w:p>
        </w:tc>
      </w:tr>
      <w:tr>
        <w:tc>
          <w:tcPr>
            <w:tcW w:type="dxa" w:w="4320"/>
          </w:tcPr>
          <w:p>
            <w:r>
              <w:t>20242220536</w:t>
            </w:r>
          </w:p>
        </w:tc>
        <w:tc>
          <w:tcPr>
            <w:tcW w:type="dxa" w:w="4320"/>
          </w:tcPr>
          <w:p>
            <w:r>
              <w:t>赖成莹</w:t>
            </w:r>
          </w:p>
        </w:tc>
      </w:tr>
      <w:tr>
        <w:tc>
          <w:tcPr>
            <w:tcW w:type="dxa" w:w="4320"/>
          </w:tcPr>
          <w:p>
            <w:r>
              <w:t>20242220555</w:t>
            </w:r>
          </w:p>
        </w:tc>
        <w:tc>
          <w:tcPr>
            <w:tcW w:type="dxa" w:w="4320"/>
          </w:tcPr>
          <w:p>
            <w:r>
              <w:t>李雨桐</w:t>
            </w:r>
          </w:p>
        </w:tc>
      </w:tr>
      <w:tr>
        <w:tc>
          <w:tcPr>
            <w:tcW w:type="dxa" w:w="4320"/>
          </w:tcPr>
          <w:p>
            <w:r>
              <w:t>20242220589</w:t>
            </w:r>
          </w:p>
        </w:tc>
        <w:tc>
          <w:tcPr>
            <w:tcW w:type="dxa" w:w="4320"/>
          </w:tcPr>
          <w:p>
            <w:r>
              <w:t>唐海棵</w:t>
            </w:r>
          </w:p>
        </w:tc>
      </w:tr>
      <w:tr>
        <w:tc>
          <w:tcPr>
            <w:tcW w:type="dxa" w:w="4320"/>
          </w:tcPr>
          <w:p>
            <w:r>
              <w:t>20242220602</w:t>
            </w:r>
          </w:p>
        </w:tc>
        <w:tc>
          <w:tcPr>
            <w:tcW w:type="dxa" w:w="4320"/>
          </w:tcPr>
          <w:p>
            <w:r>
              <w:t>后霄</w:t>
            </w:r>
          </w:p>
        </w:tc>
      </w:tr>
      <w:tr>
        <w:tc>
          <w:tcPr>
            <w:tcW w:type="dxa" w:w="4320"/>
          </w:tcPr>
          <w:p>
            <w:r>
              <w:t>20242220610</w:t>
            </w:r>
          </w:p>
        </w:tc>
        <w:tc>
          <w:tcPr>
            <w:tcW w:type="dxa" w:w="4320"/>
          </w:tcPr>
          <w:p>
            <w:r>
              <w:t>周冒伟</w:t>
            </w:r>
          </w:p>
        </w:tc>
      </w:tr>
      <w:tr>
        <w:tc>
          <w:tcPr>
            <w:tcW w:type="dxa" w:w="4320"/>
          </w:tcPr>
          <w:p>
            <w:r>
              <w:t>20242220613</w:t>
            </w:r>
          </w:p>
        </w:tc>
        <w:tc>
          <w:tcPr>
            <w:tcW w:type="dxa" w:w="4320"/>
          </w:tcPr>
          <w:p>
            <w:r>
              <w:t>孙米子</w:t>
            </w:r>
          </w:p>
        </w:tc>
      </w:tr>
      <w:tr>
        <w:tc>
          <w:tcPr>
            <w:tcW w:type="dxa" w:w="4320"/>
          </w:tcPr>
          <w:p>
            <w:r>
              <w:t>20242220708</w:t>
            </w:r>
          </w:p>
        </w:tc>
        <w:tc>
          <w:tcPr>
            <w:tcW w:type="dxa" w:w="4320"/>
          </w:tcPr>
          <w:p>
            <w:r>
              <w:t>熊锦麒</w:t>
            </w:r>
          </w:p>
        </w:tc>
      </w:tr>
      <w:tr>
        <w:tc>
          <w:tcPr>
            <w:tcW w:type="dxa" w:w="4320"/>
          </w:tcPr>
          <w:p>
            <w:r>
              <w:t>20242220729</w:t>
            </w:r>
          </w:p>
        </w:tc>
        <w:tc>
          <w:tcPr>
            <w:tcW w:type="dxa" w:w="4320"/>
          </w:tcPr>
          <w:p>
            <w:r>
              <w:t>陶皓翔</w:t>
            </w:r>
          </w:p>
        </w:tc>
      </w:tr>
      <w:tr>
        <w:tc>
          <w:tcPr>
            <w:tcW w:type="dxa" w:w="4320"/>
          </w:tcPr>
          <w:p>
            <w:r>
              <w:t>20242220744</w:t>
            </w:r>
          </w:p>
        </w:tc>
        <w:tc>
          <w:tcPr>
            <w:tcW w:type="dxa" w:w="4320"/>
          </w:tcPr>
          <w:p>
            <w:r>
              <w:t>方超</w:t>
            </w:r>
          </w:p>
        </w:tc>
      </w:tr>
      <w:tr>
        <w:tc>
          <w:tcPr>
            <w:tcW w:type="dxa" w:w="4320"/>
          </w:tcPr>
          <w:p>
            <w:r>
              <w:t>20242220870</w:t>
            </w:r>
          </w:p>
        </w:tc>
        <w:tc>
          <w:tcPr>
            <w:tcW w:type="dxa" w:w="4320"/>
          </w:tcPr>
          <w:p>
            <w:r>
              <w:t>裴荣康</w:t>
            </w:r>
          </w:p>
        </w:tc>
      </w:tr>
      <w:tr>
        <w:tc>
          <w:tcPr>
            <w:tcW w:type="dxa" w:w="4320"/>
          </w:tcPr>
          <w:p>
            <w:r>
              <w:t>20242220885</w:t>
            </w:r>
          </w:p>
        </w:tc>
        <w:tc>
          <w:tcPr>
            <w:tcW w:type="dxa" w:w="4320"/>
          </w:tcPr>
          <w:p>
            <w:r>
              <w:t>刘文龙</w:t>
            </w:r>
          </w:p>
        </w:tc>
      </w:tr>
      <w:tr>
        <w:tc>
          <w:tcPr>
            <w:tcW w:type="dxa" w:w="4320"/>
          </w:tcPr>
          <w:p>
            <w:r>
              <w:t>20242220944</w:t>
            </w:r>
          </w:p>
        </w:tc>
        <w:tc>
          <w:tcPr>
            <w:tcW w:type="dxa" w:w="4320"/>
          </w:tcPr>
          <w:p>
            <w:r>
              <w:t>曹荠</w:t>
            </w:r>
          </w:p>
        </w:tc>
      </w:tr>
      <w:tr>
        <w:tc>
          <w:tcPr>
            <w:tcW w:type="dxa" w:w="4320"/>
          </w:tcPr>
          <w:p>
            <w:r>
              <w:t>20242221007</w:t>
            </w:r>
          </w:p>
        </w:tc>
        <w:tc>
          <w:tcPr>
            <w:tcW w:type="dxa" w:w="4320"/>
          </w:tcPr>
          <w:p>
            <w:r>
              <w:t>朱虹樨</w:t>
            </w:r>
          </w:p>
        </w:tc>
      </w:tr>
      <w:tr>
        <w:tc>
          <w:tcPr>
            <w:tcW w:type="dxa" w:w="4320"/>
          </w:tcPr>
          <w:p>
            <w:r>
              <w:t>20242221057</w:t>
            </w:r>
          </w:p>
        </w:tc>
        <w:tc>
          <w:tcPr>
            <w:tcW w:type="dxa" w:w="4320"/>
          </w:tcPr>
          <w:p>
            <w:r>
              <w:t>李易兴</w:t>
            </w:r>
          </w:p>
        </w:tc>
      </w:tr>
      <w:tr>
        <w:tc>
          <w:tcPr>
            <w:tcW w:type="dxa" w:w="4320"/>
          </w:tcPr>
          <w:p>
            <w:r>
              <w:t>20242221110</w:t>
            </w:r>
          </w:p>
        </w:tc>
        <w:tc>
          <w:tcPr>
            <w:tcW w:type="dxa" w:w="4320"/>
          </w:tcPr>
          <w:p>
            <w:r>
              <w:t>何天宜</w:t>
            </w:r>
          </w:p>
        </w:tc>
      </w:tr>
      <w:tr>
        <w:tc>
          <w:tcPr>
            <w:tcW w:type="dxa" w:w="4320"/>
          </w:tcPr>
          <w:p>
            <w:r>
              <w:t>20242221184</w:t>
            </w:r>
          </w:p>
        </w:tc>
        <w:tc>
          <w:tcPr>
            <w:tcW w:type="dxa" w:w="4320"/>
          </w:tcPr>
          <w:p>
            <w:r>
              <w:t>费靖</w:t>
            </w:r>
          </w:p>
        </w:tc>
      </w:tr>
      <w:tr>
        <w:tc>
          <w:tcPr>
            <w:tcW w:type="dxa" w:w="4320"/>
          </w:tcPr>
          <w:p>
            <w:r>
              <w:t>20242221220</w:t>
            </w:r>
          </w:p>
        </w:tc>
        <w:tc>
          <w:tcPr>
            <w:tcW w:type="dxa" w:w="4320"/>
          </w:tcPr>
          <w:p>
            <w:r>
              <w:t>刘权达</w:t>
            </w:r>
          </w:p>
        </w:tc>
      </w:tr>
      <w:tr>
        <w:tc>
          <w:tcPr>
            <w:tcW w:type="dxa" w:w="4320"/>
          </w:tcPr>
          <w:p>
            <w:r>
              <w:t>20242221230</w:t>
            </w:r>
          </w:p>
        </w:tc>
        <w:tc>
          <w:tcPr>
            <w:tcW w:type="dxa" w:w="4320"/>
          </w:tcPr>
          <w:p>
            <w:r>
              <w:t>公晨旭</w:t>
            </w:r>
          </w:p>
        </w:tc>
      </w:tr>
      <w:tr>
        <w:tc>
          <w:tcPr>
            <w:tcW w:type="dxa" w:w="4320"/>
          </w:tcPr>
          <w:p>
            <w:r>
              <w:t>20242221261</w:t>
            </w:r>
          </w:p>
        </w:tc>
        <w:tc>
          <w:tcPr>
            <w:tcW w:type="dxa" w:w="4320"/>
          </w:tcPr>
          <w:p>
            <w:r>
              <w:t>赵亚莉</w:t>
            </w:r>
          </w:p>
        </w:tc>
      </w:tr>
      <w:tr>
        <w:tc>
          <w:tcPr>
            <w:tcW w:type="dxa" w:w="4320"/>
          </w:tcPr>
          <w:p>
            <w:r>
              <w:t>20242221269</w:t>
            </w:r>
          </w:p>
        </w:tc>
        <w:tc>
          <w:tcPr>
            <w:tcW w:type="dxa" w:w="4320"/>
          </w:tcPr>
          <w:p>
            <w:r>
              <w:t>单诗盈</w:t>
            </w:r>
          </w:p>
        </w:tc>
      </w:tr>
      <w:tr>
        <w:tc>
          <w:tcPr>
            <w:tcW w:type="dxa" w:w="4320"/>
          </w:tcPr>
          <w:p>
            <w:r>
              <w:t>20242221288</w:t>
            </w:r>
          </w:p>
        </w:tc>
        <w:tc>
          <w:tcPr>
            <w:tcW w:type="dxa" w:w="4320"/>
          </w:tcPr>
          <w:p>
            <w:r>
              <w:t>杜申奥</w:t>
            </w:r>
          </w:p>
        </w:tc>
      </w:tr>
      <w:tr>
        <w:tc>
          <w:tcPr>
            <w:tcW w:type="dxa" w:w="4320"/>
          </w:tcPr>
          <w:p>
            <w:r>
              <w:t>20242221307</w:t>
            </w:r>
          </w:p>
        </w:tc>
        <w:tc>
          <w:tcPr>
            <w:tcW w:type="dxa" w:w="4320"/>
          </w:tcPr>
          <w:p>
            <w:r>
              <w:t>华歌扬</w:t>
            </w:r>
          </w:p>
        </w:tc>
      </w:tr>
      <w:tr>
        <w:tc>
          <w:tcPr>
            <w:tcW w:type="dxa" w:w="4320"/>
          </w:tcPr>
          <w:p>
            <w:r>
              <w:t>20242221516</w:t>
            </w:r>
          </w:p>
        </w:tc>
        <w:tc>
          <w:tcPr>
            <w:tcW w:type="dxa" w:w="4320"/>
          </w:tcPr>
          <w:p>
            <w:r>
              <w:t>邹子理</w:t>
            </w:r>
          </w:p>
        </w:tc>
      </w:tr>
      <w:tr>
        <w:tc>
          <w:tcPr>
            <w:tcW w:type="dxa" w:w="4320"/>
          </w:tcPr>
          <w:p>
            <w:r>
              <w:t>20242221704</w:t>
            </w:r>
          </w:p>
        </w:tc>
        <w:tc>
          <w:tcPr>
            <w:tcW w:type="dxa" w:w="4320"/>
          </w:tcPr>
          <w:p>
            <w:r>
              <w:t>田岩</w:t>
            </w:r>
          </w:p>
        </w:tc>
      </w:tr>
      <w:tr>
        <w:tc>
          <w:tcPr>
            <w:tcW w:type="dxa" w:w="4320"/>
          </w:tcPr>
          <w:p>
            <w:r>
              <w:t>20242221724</w:t>
            </w:r>
          </w:p>
        </w:tc>
        <w:tc>
          <w:tcPr>
            <w:tcW w:type="dxa" w:w="4320"/>
          </w:tcPr>
          <w:p>
            <w:r>
              <w:t>黄于搏</w:t>
            </w:r>
          </w:p>
        </w:tc>
      </w:tr>
      <w:tr>
        <w:tc>
          <w:tcPr>
            <w:tcW w:type="dxa" w:w="4320"/>
          </w:tcPr>
          <w:p>
            <w:r>
              <w:t>20242221753</w:t>
            </w:r>
          </w:p>
        </w:tc>
        <w:tc>
          <w:tcPr>
            <w:tcW w:type="dxa" w:w="4320"/>
          </w:tcPr>
          <w:p>
            <w:r>
              <w:t>郭骁鹏</w:t>
            </w:r>
          </w:p>
        </w:tc>
      </w:tr>
      <w:tr>
        <w:tc>
          <w:tcPr>
            <w:tcW w:type="dxa" w:w="4320"/>
          </w:tcPr>
          <w:p>
            <w:r>
              <w:t>20242221816</w:t>
            </w:r>
          </w:p>
        </w:tc>
        <w:tc>
          <w:tcPr>
            <w:tcW w:type="dxa" w:w="4320"/>
          </w:tcPr>
          <w:p>
            <w:r>
              <w:t>郭明轩</w:t>
            </w:r>
          </w:p>
        </w:tc>
      </w:tr>
      <w:tr>
        <w:tc>
          <w:tcPr>
            <w:tcW w:type="dxa" w:w="4320"/>
          </w:tcPr>
          <w:p>
            <w:r>
              <w:t>20242221820</w:t>
            </w:r>
          </w:p>
        </w:tc>
        <w:tc>
          <w:tcPr>
            <w:tcW w:type="dxa" w:w="4320"/>
          </w:tcPr>
          <w:p>
            <w:r>
              <w:t>韦岸</w:t>
            </w:r>
          </w:p>
        </w:tc>
      </w:tr>
      <w:tr>
        <w:tc>
          <w:tcPr>
            <w:tcW w:type="dxa" w:w="4320"/>
          </w:tcPr>
          <w:p>
            <w:r>
              <w:t>20242221853</w:t>
            </w:r>
          </w:p>
        </w:tc>
        <w:tc>
          <w:tcPr>
            <w:tcW w:type="dxa" w:w="4320"/>
          </w:tcPr>
          <w:p>
            <w:r>
              <w:t>刘明鑫</w:t>
            </w:r>
          </w:p>
        </w:tc>
      </w:tr>
      <w:tr>
        <w:tc>
          <w:tcPr>
            <w:tcW w:type="dxa" w:w="4320"/>
          </w:tcPr>
          <w:p>
            <w:r>
              <w:t>20242221987</w:t>
            </w:r>
          </w:p>
        </w:tc>
        <w:tc>
          <w:tcPr>
            <w:tcW w:type="dxa" w:w="4320"/>
          </w:tcPr>
          <w:p>
            <w:r>
              <w:t>潘悦</w:t>
            </w:r>
          </w:p>
        </w:tc>
      </w:tr>
      <w:tr>
        <w:tc>
          <w:tcPr>
            <w:tcW w:type="dxa" w:w="4320"/>
          </w:tcPr>
          <w:p>
            <w:r>
              <w:t>20242222055</w:t>
            </w:r>
          </w:p>
        </w:tc>
        <w:tc>
          <w:tcPr>
            <w:tcW w:type="dxa" w:w="4320"/>
          </w:tcPr>
          <w:p>
            <w:r>
              <w:t>匡祯豪</w:t>
            </w:r>
          </w:p>
        </w:tc>
      </w:tr>
      <w:tr>
        <w:tc>
          <w:tcPr>
            <w:tcW w:type="dxa" w:w="4320"/>
          </w:tcPr>
          <w:p>
            <w:r>
              <w:t>20242222095</w:t>
            </w:r>
          </w:p>
        </w:tc>
        <w:tc>
          <w:tcPr>
            <w:tcW w:type="dxa" w:w="4320"/>
          </w:tcPr>
          <w:p>
            <w:r>
              <w:t>徐驰翔</w:t>
            </w:r>
          </w:p>
        </w:tc>
      </w:tr>
      <w:tr>
        <w:tc>
          <w:tcPr>
            <w:tcW w:type="dxa" w:w="4320"/>
          </w:tcPr>
          <w:p>
            <w:r>
              <w:t>20242222262</w:t>
            </w:r>
          </w:p>
        </w:tc>
        <w:tc>
          <w:tcPr>
            <w:tcW w:type="dxa" w:w="4320"/>
          </w:tcPr>
          <w:p>
            <w:r>
              <w:t>徐泽瑞</w:t>
            </w:r>
          </w:p>
        </w:tc>
      </w:tr>
      <w:tr>
        <w:tc>
          <w:tcPr>
            <w:tcW w:type="dxa" w:w="4320"/>
          </w:tcPr>
          <w:p>
            <w:r>
              <w:t>20242222349</w:t>
            </w:r>
          </w:p>
        </w:tc>
        <w:tc>
          <w:tcPr>
            <w:tcW w:type="dxa" w:w="4320"/>
          </w:tcPr>
          <w:p>
            <w:r>
              <w:t>潘禾昕</w:t>
            </w:r>
          </w:p>
        </w:tc>
      </w:tr>
      <w:tr>
        <w:tc>
          <w:tcPr>
            <w:tcW w:type="dxa" w:w="4320"/>
          </w:tcPr>
          <w:p>
            <w:r>
              <w:t>20242222361</w:t>
            </w:r>
          </w:p>
        </w:tc>
        <w:tc>
          <w:tcPr>
            <w:tcW w:type="dxa" w:w="4320"/>
          </w:tcPr>
          <w:p>
            <w:r>
              <w:t>成长睿</w:t>
            </w:r>
          </w:p>
        </w:tc>
      </w:tr>
      <w:tr>
        <w:tc>
          <w:tcPr>
            <w:tcW w:type="dxa" w:w="4320"/>
          </w:tcPr>
          <w:p>
            <w:r>
              <w:t>20242222368</w:t>
            </w:r>
          </w:p>
        </w:tc>
        <w:tc>
          <w:tcPr>
            <w:tcW w:type="dxa" w:w="4320"/>
          </w:tcPr>
          <w:p>
            <w:r>
              <w:t>李梓诚</w:t>
            </w:r>
          </w:p>
        </w:tc>
      </w:tr>
      <w:tr>
        <w:tc>
          <w:tcPr>
            <w:tcW w:type="dxa" w:w="4320"/>
          </w:tcPr>
          <w:p>
            <w:r>
              <w:t>20242222415</w:t>
            </w:r>
          </w:p>
        </w:tc>
        <w:tc>
          <w:tcPr>
            <w:tcW w:type="dxa" w:w="4320"/>
          </w:tcPr>
          <w:p>
            <w:r>
              <w:t>王凯弘</w:t>
            </w:r>
          </w:p>
        </w:tc>
      </w:tr>
      <w:tr>
        <w:tc>
          <w:tcPr>
            <w:tcW w:type="dxa" w:w="4320"/>
          </w:tcPr>
          <w:p>
            <w:r>
              <w:t>20242222425</w:t>
            </w:r>
          </w:p>
        </w:tc>
        <w:tc>
          <w:tcPr>
            <w:tcW w:type="dxa" w:w="4320"/>
          </w:tcPr>
          <w:p>
            <w:r>
              <w:t>郑文文</w:t>
            </w:r>
          </w:p>
        </w:tc>
      </w:tr>
      <w:tr>
        <w:tc>
          <w:tcPr>
            <w:tcW w:type="dxa" w:w="4320"/>
          </w:tcPr>
          <w:p>
            <w:r>
              <w:t>20242222427</w:t>
            </w:r>
          </w:p>
        </w:tc>
        <w:tc>
          <w:tcPr>
            <w:tcW w:type="dxa" w:w="4320"/>
          </w:tcPr>
          <w:p>
            <w:r>
              <w:t>王文迪</w:t>
            </w:r>
          </w:p>
        </w:tc>
      </w:tr>
      <w:tr>
        <w:tc>
          <w:tcPr>
            <w:tcW w:type="dxa" w:w="4320"/>
          </w:tcPr>
          <w:p>
            <w:r>
              <w:t>20242222463</w:t>
            </w:r>
          </w:p>
        </w:tc>
        <w:tc>
          <w:tcPr>
            <w:tcW w:type="dxa" w:w="4320"/>
          </w:tcPr>
          <w:p>
            <w:r>
              <w:t>孙昊</w:t>
            </w:r>
          </w:p>
        </w:tc>
      </w:tr>
      <w:tr>
        <w:tc>
          <w:tcPr>
            <w:tcW w:type="dxa" w:w="4320"/>
          </w:tcPr>
          <w:p>
            <w:r>
              <w:t>20242222465</w:t>
            </w:r>
          </w:p>
        </w:tc>
        <w:tc>
          <w:tcPr>
            <w:tcW w:type="dxa" w:w="4320"/>
          </w:tcPr>
          <w:p>
            <w:r>
              <w:t>秦小竹</w:t>
            </w:r>
          </w:p>
        </w:tc>
      </w:tr>
      <w:tr>
        <w:tc>
          <w:tcPr>
            <w:tcW w:type="dxa" w:w="4320"/>
          </w:tcPr>
          <w:p>
            <w:r>
              <w:t>20242222489</w:t>
            </w:r>
          </w:p>
        </w:tc>
        <w:tc>
          <w:tcPr>
            <w:tcW w:type="dxa" w:w="4320"/>
          </w:tcPr>
          <w:p>
            <w:r>
              <w:t>朱程博</w:t>
            </w:r>
          </w:p>
        </w:tc>
      </w:tr>
      <w:tr>
        <w:tc>
          <w:tcPr>
            <w:tcW w:type="dxa" w:w="4320"/>
          </w:tcPr>
          <w:p>
            <w:r>
              <w:t>20242222498</w:t>
            </w:r>
          </w:p>
        </w:tc>
        <w:tc>
          <w:tcPr>
            <w:tcW w:type="dxa" w:w="4320"/>
          </w:tcPr>
          <w:p>
            <w:r>
              <w:t>黄东婷</w:t>
            </w:r>
          </w:p>
        </w:tc>
      </w:tr>
      <w:tr>
        <w:tc>
          <w:tcPr>
            <w:tcW w:type="dxa" w:w="4320"/>
          </w:tcPr>
          <w:p>
            <w:r>
              <w:t>20242222596</w:t>
            </w:r>
          </w:p>
        </w:tc>
        <w:tc>
          <w:tcPr>
            <w:tcW w:type="dxa" w:w="4320"/>
          </w:tcPr>
          <w:p>
            <w:r>
              <w:t>于力涵</w:t>
            </w:r>
          </w:p>
        </w:tc>
      </w:tr>
      <w:tr>
        <w:tc>
          <w:tcPr>
            <w:tcW w:type="dxa" w:w="4320"/>
          </w:tcPr>
          <w:p>
            <w:r>
              <w:t>20242222651</w:t>
            </w:r>
          </w:p>
        </w:tc>
        <w:tc>
          <w:tcPr>
            <w:tcW w:type="dxa" w:w="4320"/>
          </w:tcPr>
          <w:p>
            <w:r>
              <w:t>李琨莹</w:t>
            </w:r>
          </w:p>
        </w:tc>
      </w:tr>
      <w:tr>
        <w:tc>
          <w:tcPr>
            <w:tcW w:type="dxa" w:w="4320"/>
          </w:tcPr>
          <w:p>
            <w:r>
              <w:t>20242222718</w:t>
            </w:r>
          </w:p>
        </w:tc>
        <w:tc>
          <w:tcPr>
            <w:tcW w:type="dxa" w:w="4320"/>
          </w:tcPr>
          <w:p>
            <w:r>
              <w:t>胡文富</w:t>
            </w:r>
          </w:p>
        </w:tc>
      </w:tr>
      <w:tr>
        <w:tc>
          <w:tcPr>
            <w:tcW w:type="dxa" w:w="4320"/>
          </w:tcPr>
          <w:p>
            <w:r>
              <w:t>20242222723</w:t>
            </w:r>
          </w:p>
        </w:tc>
        <w:tc>
          <w:tcPr>
            <w:tcW w:type="dxa" w:w="4320"/>
          </w:tcPr>
          <w:p>
            <w:r>
              <w:t>许文博</w:t>
            </w:r>
          </w:p>
        </w:tc>
      </w:tr>
      <w:tr>
        <w:tc>
          <w:tcPr>
            <w:tcW w:type="dxa" w:w="4320"/>
          </w:tcPr>
          <w:p>
            <w:r>
              <w:t>20242222729</w:t>
            </w:r>
          </w:p>
        </w:tc>
        <w:tc>
          <w:tcPr>
            <w:tcW w:type="dxa" w:w="4320"/>
          </w:tcPr>
          <w:p>
            <w:r>
              <w:t>孙长泉</w:t>
            </w:r>
          </w:p>
        </w:tc>
      </w:tr>
      <w:tr>
        <w:tc>
          <w:tcPr>
            <w:tcW w:type="dxa" w:w="4320"/>
          </w:tcPr>
          <w:p>
            <w:r>
              <w:t>20242222754</w:t>
            </w:r>
          </w:p>
        </w:tc>
        <w:tc>
          <w:tcPr>
            <w:tcW w:type="dxa" w:w="4320"/>
          </w:tcPr>
          <w:p>
            <w:r>
              <w:t>彭鹏铭</w:t>
            </w:r>
          </w:p>
        </w:tc>
      </w:tr>
      <w:tr>
        <w:tc>
          <w:tcPr>
            <w:tcW w:type="dxa" w:w="4320"/>
          </w:tcPr>
          <w:p>
            <w:r>
              <w:t>20242222838</w:t>
            </w:r>
          </w:p>
        </w:tc>
        <w:tc>
          <w:tcPr>
            <w:tcW w:type="dxa" w:w="4320"/>
          </w:tcPr>
          <w:p>
            <w:r>
              <w:t>王乾</w:t>
            </w:r>
          </w:p>
        </w:tc>
      </w:tr>
      <w:tr>
        <w:tc>
          <w:tcPr>
            <w:tcW w:type="dxa" w:w="4320"/>
          </w:tcPr>
          <w:p>
            <w:r>
              <w:t>20242222848</w:t>
            </w:r>
          </w:p>
        </w:tc>
        <w:tc>
          <w:tcPr>
            <w:tcW w:type="dxa" w:w="4320"/>
          </w:tcPr>
          <w:p>
            <w:r>
              <w:t>张智洋</w:t>
            </w:r>
          </w:p>
        </w:tc>
      </w:tr>
      <w:tr>
        <w:tc>
          <w:tcPr>
            <w:tcW w:type="dxa" w:w="4320"/>
          </w:tcPr>
          <w:p>
            <w:r>
              <w:t>20242222862</w:t>
            </w:r>
          </w:p>
        </w:tc>
        <w:tc>
          <w:tcPr>
            <w:tcW w:type="dxa" w:w="4320"/>
          </w:tcPr>
          <w:p>
            <w:r>
              <w:t>吴雨曈</w:t>
            </w:r>
          </w:p>
        </w:tc>
      </w:tr>
      <w:tr>
        <w:tc>
          <w:tcPr>
            <w:tcW w:type="dxa" w:w="4320"/>
          </w:tcPr>
          <w:p>
            <w:r>
              <w:t>20242222996</w:t>
            </w:r>
          </w:p>
        </w:tc>
        <w:tc>
          <w:tcPr>
            <w:tcW w:type="dxa" w:w="4320"/>
          </w:tcPr>
          <w:p>
            <w:r>
              <w:t>党嘉成</w:t>
            </w:r>
          </w:p>
        </w:tc>
      </w:tr>
      <w:tr>
        <w:tc>
          <w:tcPr>
            <w:tcW w:type="dxa" w:w="4320"/>
          </w:tcPr>
          <w:p>
            <w:r>
              <w:t>20242223001</w:t>
            </w:r>
          </w:p>
        </w:tc>
        <w:tc>
          <w:tcPr>
            <w:tcW w:type="dxa" w:w="4320"/>
          </w:tcPr>
          <w:p>
            <w:r>
              <w:t>刘晓晓</w:t>
            </w:r>
          </w:p>
        </w:tc>
      </w:tr>
      <w:tr>
        <w:tc>
          <w:tcPr>
            <w:tcW w:type="dxa" w:w="4320"/>
          </w:tcPr>
          <w:p>
            <w:r>
              <w:t>20242223052</w:t>
            </w:r>
          </w:p>
        </w:tc>
        <w:tc>
          <w:tcPr>
            <w:tcW w:type="dxa" w:w="4320"/>
          </w:tcPr>
          <w:p>
            <w:r>
              <w:t>许卢骁</w:t>
            </w:r>
          </w:p>
        </w:tc>
      </w:tr>
      <w:tr>
        <w:tc>
          <w:tcPr>
            <w:tcW w:type="dxa" w:w="4320"/>
          </w:tcPr>
          <w:p>
            <w:r>
              <w:t>20242223122</w:t>
            </w:r>
          </w:p>
        </w:tc>
        <w:tc>
          <w:tcPr>
            <w:tcW w:type="dxa" w:w="4320"/>
          </w:tcPr>
          <w:p>
            <w:r>
              <w:t>赵欣宇</w:t>
            </w:r>
          </w:p>
        </w:tc>
      </w:tr>
      <w:tr>
        <w:tc>
          <w:tcPr>
            <w:tcW w:type="dxa" w:w="4320"/>
          </w:tcPr>
          <w:p>
            <w:r>
              <w:t>20242223154</w:t>
            </w:r>
          </w:p>
        </w:tc>
        <w:tc>
          <w:tcPr>
            <w:tcW w:type="dxa" w:w="4320"/>
          </w:tcPr>
          <w:p>
            <w:r>
              <w:t>吴艾文</w:t>
            </w:r>
          </w:p>
        </w:tc>
      </w:tr>
      <w:tr>
        <w:tc>
          <w:tcPr>
            <w:tcW w:type="dxa" w:w="4320"/>
          </w:tcPr>
          <w:p>
            <w:r>
              <w:t>20242223165</w:t>
            </w:r>
          </w:p>
        </w:tc>
        <w:tc>
          <w:tcPr>
            <w:tcW w:type="dxa" w:w="4320"/>
          </w:tcPr>
          <w:p>
            <w:r>
              <w:t>夏文卓</w:t>
            </w:r>
          </w:p>
        </w:tc>
      </w:tr>
      <w:tr>
        <w:tc>
          <w:tcPr>
            <w:tcW w:type="dxa" w:w="4320"/>
          </w:tcPr>
          <w:p>
            <w:r>
              <w:t>20242223231</w:t>
            </w:r>
          </w:p>
        </w:tc>
        <w:tc>
          <w:tcPr>
            <w:tcW w:type="dxa" w:w="4320"/>
          </w:tcPr>
          <w:p>
            <w:r>
              <w:t>汪健</w:t>
            </w:r>
          </w:p>
        </w:tc>
      </w:tr>
      <w:tr>
        <w:tc>
          <w:tcPr>
            <w:tcW w:type="dxa" w:w="4320"/>
          </w:tcPr>
          <w:p>
            <w:r>
              <w:t>20242223252</w:t>
            </w:r>
          </w:p>
        </w:tc>
        <w:tc>
          <w:tcPr>
            <w:tcW w:type="dxa" w:w="4320"/>
          </w:tcPr>
          <w:p>
            <w:r>
              <w:t>徐容圣</w:t>
            </w:r>
          </w:p>
        </w:tc>
      </w:tr>
      <w:tr>
        <w:tc>
          <w:tcPr>
            <w:tcW w:type="dxa" w:w="4320"/>
          </w:tcPr>
          <w:p>
            <w:r>
              <w:t>20242223507</w:t>
            </w:r>
          </w:p>
        </w:tc>
        <w:tc>
          <w:tcPr>
            <w:tcW w:type="dxa" w:w="4320"/>
          </w:tcPr>
          <w:p>
            <w:r>
              <w:t>王昕玥</w:t>
            </w:r>
          </w:p>
        </w:tc>
      </w:tr>
      <w:tr>
        <w:tc>
          <w:tcPr>
            <w:tcW w:type="dxa" w:w="4320"/>
          </w:tcPr>
          <w:p>
            <w:r>
              <w:t>20242223529</w:t>
            </w:r>
          </w:p>
        </w:tc>
        <w:tc>
          <w:tcPr>
            <w:tcW w:type="dxa" w:w="4320"/>
          </w:tcPr>
          <w:p>
            <w:r>
              <w:t>周雨晨</w:t>
            </w:r>
          </w:p>
        </w:tc>
      </w:tr>
      <w:tr>
        <w:tc>
          <w:tcPr>
            <w:tcW w:type="dxa" w:w="4320"/>
          </w:tcPr>
          <w:p>
            <w:r>
              <w:t>20242223555</w:t>
            </w:r>
          </w:p>
        </w:tc>
        <w:tc>
          <w:tcPr>
            <w:tcW w:type="dxa" w:w="4320"/>
          </w:tcPr>
          <w:p>
            <w:r>
              <w:t>肖婷婷</w:t>
            </w:r>
          </w:p>
        </w:tc>
      </w:tr>
      <w:tr>
        <w:tc>
          <w:tcPr>
            <w:tcW w:type="dxa" w:w="4320"/>
          </w:tcPr>
          <w:p>
            <w:r>
              <w:t>20242223600</w:t>
            </w:r>
          </w:p>
        </w:tc>
        <w:tc>
          <w:tcPr>
            <w:tcW w:type="dxa" w:w="4320"/>
          </w:tcPr>
          <w:p>
            <w:r>
              <w:t>黄琪竣</w:t>
            </w:r>
          </w:p>
        </w:tc>
      </w:tr>
      <w:tr>
        <w:tc>
          <w:tcPr>
            <w:tcW w:type="dxa" w:w="4320"/>
          </w:tcPr>
          <w:p>
            <w:r>
              <w:t>20242223653</w:t>
            </w:r>
          </w:p>
        </w:tc>
        <w:tc>
          <w:tcPr>
            <w:tcW w:type="dxa" w:w="4320"/>
          </w:tcPr>
          <w:p>
            <w:r>
              <w:t>魏宁</w:t>
            </w:r>
          </w:p>
        </w:tc>
      </w:tr>
      <w:tr>
        <w:tc>
          <w:tcPr>
            <w:tcW w:type="dxa" w:w="4320"/>
          </w:tcPr>
          <w:p>
            <w:r>
              <w:t>20242223678</w:t>
            </w:r>
          </w:p>
        </w:tc>
        <w:tc>
          <w:tcPr>
            <w:tcW w:type="dxa" w:w="4320"/>
          </w:tcPr>
          <w:p>
            <w:r>
              <w:t>曹猛</w:t>
            </w:r>
          </w:p>
        </w:tc>
      </w:tr>
      <w:tr>
        <w:tc>
          <w:tcPr>
            <w:tcW w:type="dxa" w:w="4320"/>
          </w:tcPr>
          <w:p>
            <w:r>
              <w:t>20242223703</w:t>
            </w:r>
          </w:p>
        </w:tc>
        <w:tc>
          <w:tcPr>
            <w:tcW w:type="dxa" w:w="4320"/>
          </w:tcPr>
          <w:p>
            <w:r>
              <w:t>张晓珑</w:t>
            </w:r>
          </w:p>
        </w:tc>
      </w:tr>
      <w:tr>
        <w:tc>
          <w:tcPr>
            <w:tcW w:type="dxa" w:w="4320"/>
          </w:tcPr>
          <w:p>
            <w:r>
              <w:t>20242223735</w:t>
            </w:r>
          </w:p>
        </w:tc>
        <w:tc>
          <w:tcPr>
            <w:tcW w:type="dxa" w:w="4320"/>
          </w:tcPr>
          <w:p>
            <w:r>
              <w:t>吕远弢</w:t>
            </w:r>
          </w:p>
        </w:tc>
      </w:tr>
      <w:tr>
        <w:tc>
          <w:tcPr>
            <w:tcW w:type="dxa" w:w="4320"/>
          </w:tcPr>
          <w:p>
            <w:r>
              <w:t>20242223738</w:t>
            </w:r>
          </w:p>
        </w:tc>
        <w:tc>
          <w:tcPr>
            <w:tcW w:type="dxa" w:w="4320"/>
          </w:tcPr>
          <w:p>
            <w:r>
              <w:t>平功成</w:t>
            </w:r>
          </w:p>
        </w:tc>
      </w:tr>
      <w:tr>
        <w:tc>
          <w:tcPr>
            <w:tcW w:type="dxa" w:w="4320"/>
          </w:tcPr>
          <w:p>
            <w:r>
              <w:t>20242223758</w:t>
            </w:r>
          </w:p>
        </w:tc>
        <w:tc>
          <w:tcPr>
            <w:tcW w:type="dxa" w:w="4320"/>
          </w:tcPr>
          <w:p>
            <w:r>
              <w:t>曹亚男</w:t>
            </w:r>
          </w:p>
        </w:tc>
      </w:tr>
      <w:tr>
        <w:tc>
          <w:tcPr>
            <w:tcW w:type="dxa" w:w="4320"/>
          </w:tcPr>
          <w:p>
            <w:r>
              <w:t>20242223763</w:t>
            </w:r>
          </w:p>
        </w:tc>
        <w:tc>
          <w:tcPr>
            <w:tcW w:type="dxa" w:w="4320"/>
          </w:tcPr>
          <w:p>
            <w:r>
              <w:t>严敏</w:t>
            </w:r>
          </w:p>
        </w:tc>
      </w:tr>
      <w:tr>
        <w:tc>
          <w:tcPr>
            <w:tcW w:type="dxa" w:w="4320"/>
          </w:tcPr>
          <w:p>
            <w:r>
              <w:t>20242223764</w:t>
            </w:r>
          </w:p>
        </w:tc>
        <w:tc>
          <w:tcPr>
            <w:tcW w:type="dxa" w:w="4320"/>
          </w:tcPr>
          <w:p>
            <w:r>
              <w:t>申芮铭</w:t>
            </w:r>
          </w:p>
        </w:tc>
      </w:tr>
      <w:tr>
        <w:tc>
          <w:tcPr>
            <w:tcW w:type="dxa" w:w="4320"/>
          </w:tcPr>
          <w:p>
            <w:r>
              <w:t>20242223779</w:t>
            </w:r>
          </w:p>
        </w:tc>
        <w:tc>
          <w:tcPr>
            <w:tcW w:type="dxa" w:w="4320"/>
          </w:tcPr>
          <w:p>
            <w:r>
              <w:t>陈琢</w:t>
            </w:r>
          </w:p>
        </w:tc>
      </w:tr>
      <w:tr>
        <w:tc>
          <w:tcPr>
            <w:tcW w:type="dxa" w:w="4320"/>
          </w:tcPr>
          <w:p>
            <w:r>
              <w:t>20242223921</w:t>
            </w:r>
          </w:p>
        </w:tc>
        <w:tc>
          <w:tcPr>
            <w:tcW w:type="dxa" w:w="4320"/>
          </w:tcPr>
          <w:p>
            <w:r>
              <w:t>段泽林</w:t>
            </w:r>
          </w:p>
        </w:tc>
      </w:tr>
      <w:tr>
        <w:tc>
          <w:tcPr>
            <w:tcW w:type="dxa" w:w="4320"/>
          </w:tcPr>
          <w:p>
            <w:r>
              <w:t>20242224005</w:t>
            </w:r>
          </w:p>
        </w:tc>
        <w:tc>
          <w:tcPr>
            <w:tcW w:type="dxa" w:w="4320"/>
          </w:tcPr>
          <w:p>
            <w:r>
              <w:t>杜超</w:t>
            </w:r>
          </w:p>
        </w:tc>
      </w:tr>
      <w:tr>
        <w:tc>
          <w:tcPr>
            <w:tcW w:type="dxa" w:w="4320"/>
          </w:tcPr>
          <w:p>
            <w:r>
              <w:t>20242224028</w:t>
            </w:r>
          </w:p>
        </w:tc>
        <w:tc>
          <w:tcPr>
            <w:tcW w:type="dxa" w:w="4320"/>
          </w:tcPr>
          <w:p>
            <w:r>
              <w:t>李博凡</w:t>
            </w:r>
          </w:p>
        </w:tc>
      </w:tr>
      <w:tr>
        <w:tc>
          <w:tcPr>
            <w:tcW w:type="dxa" w:w="4320"/>
          </w:tcPr>
          <w:p>
            <w:r>
              <w:t>20242224030</w:t>
            </w:r>
          </w:p>
        </w:tc>
        <w:tc>
          <w:tcPr>
            <w:tcW w:type="dxa" w:w="4320"/>
          </w:tcPr>
          <w:p>
            <w:r>
              <w:t>郑雅文</w:t>
            </w:r>
          </w:p>
        </w:tc>
      </w:tr>
      <w:tr>
        <w:tc>
          <w:tcPr>
            <w:tcW w:type="dxa" w:w="4320"/>
          </w:tcPr>
          <w:p>
            <w:r>
              <w:t>20242224050</w:t>
            </w:r>
          </w:p>
        </w:tc>
        <w:tc>
          <w:tcPr>
            <w:tcW w:type="dxa" w:w="4320"/>
          </w:tcPr>
          <w:p>
            <w:r>
              <w:t>王雨农</w:t>
            </w:r>
          </w:p>
        </w:tc>
      </w:tr>
      <w:tr>
        <w:tc>
          <w:tcPr>
            <w:tcW w:type="dxa" w:w="4320"/>
          </w:tcPr>
          <w:p>
            <w:r>
              <w:t>20242224059</w:t>
            </w:r>
          </w:p>
        </w:tc>
        <w:tc>
          <w:tcPr>
            <w:tcW w:type="dxa" w:w="4320"/>
          </w:tcPr>
          <w:p>
            <w:r>
              <w:t>徐祖琳</w:t>
            </w:r>
          </w:p>
        </w:tc>
      </w:tr>
      <w:tr>
        <w:tc>
          <w:tcPr>
            <w:tcW w:type="dxa" w:w="4320"/>
          </w:tcPr>
          <w:p>
            <w:r>
              <w:t>20242224065</w:t>
            </w:r>
          </w:p>
        </w:tc>
        <w:tc>
          <w:tcPr>
            <w:tcW w:type="dxa" w:w="4320"/>
          </w:tcPr>
          <w:p>
            <w:r>
              <w:t>徐昊奕</w:t>
            </w:r>
          </w:p>
        </w:tc>
      </w:tr>
      <w:tr>
        <w:tc>
          <w:tcPr>
            <w:tcW w:type="dxa" w:w="4320"/>
          </w:tcPr>
          <w:p>
            <w:r>
              <w:t>20242224117</w:t>
            </w:r>
          </w:p>
        </w:tc>
        <w:tc>
          <w:tcPr>
            <w:tcW w:type="dxa" w:w="4320"/>
          </w:tcPr>
          <w:p>
            <w:r>
              <w:t>董梦圆</w:t>
            </w:r>
          </w:p>
        </w:tc>
      </w:tr>
      <w:tr>
        <w:tc>
          <w:tcPr>
            <w:tcW w:type="dxa" w:w="4320"/>
          </w:tcPr>
          <w:p>
            <w:r>
              <w:t>20242224141</w:t>
            </w:r>
          </w:p>
        </w:tc>
        <w:tc>
          <w:tcPr>
            <w:tcW w:type="dxa" w:w="4320"/>
          </w:tcPr>
          <w:p>
            <w:r>
              <w:t>周皓宇</w:t>
            </w:r>
          </w:p>
        </w:tc>
      </w:tr>
      <w:tr>
        <w:tc>
          <w:tcPr>
            <w:tcW w:type="dxa" w:w="4320"/>
          </w:tcPr>
          <w:p>
            <w:r>
              <w:t>20242224142</w:t>
            </w:r>
          </w:p>
        </w:tc>
        <w:tc>
          <w:tcPr>
            <w:tcW w:type="dxa" w:w="4320"/>
          </w:tcPr>
          <w:p>
            <w:r>
              <w:t>宋龙飞</w:t>
            </w:r>
          </w:p>
        </w:tc>
      </w:tr>
      <w:tr>
        <w:tc>
          <w:tcPr>
            <w:tcW w:type="dxa" w:w="4320"/>
          </w:tcPr>
          <w:p>
            <w:r>
              <w:t>20242224170</w:t>
            </w:r>
          </w:p>
        </w:tc>
        <w:tc>
          <w:tcPr>
            <w:tcW w:type="dxa" w:w="4320"/>
          </w:tcPr>
          <w:p>
            <w:r>
              <w:t>秦彤</w:t>
            </w:r>
          </w:p>
        </w:tc>
      </w:tr>
      <w:tr>
        <w:tc>
          <w:tcPr>
            <w:tcW w:type="dxa" w:w="4320"/>
          </w:tcPr>
          <w:p>
            <w:r>
              <w:t>20242224240</w:t>
            </w:r>
          </w:p>
        </w:tc>
        <w:tc>
          <w:tcPr>
            <w:tcW w:type="dxa" w:w="4320"/>
          </w:tcPr>
          <w:p>
            <w:r>
              <w:t>曹怡菲</w:t>
            </w:r>
          </w:p>
        </w:tc>
      </w:tr>
      <w:tr>
        <w:tc>
          <w:tcPr>
            <w:tcW w:type="dxa" w:w="4320"/>
          </w:tcPr>
          <w:p>
            <w:r>
              <w:t>20242224246</w:t>
            </w:r>
          </w:p>
        </w:tc>
        <w:tc>
          <w:tcPr>
            <w:tcW w:type="dxa" w:w="4320"/>
          </w:tcPr>
          <w:p>
            <w:r>
              <w:t>王子恒</w:t>
            </w:r>
          </w:p>
        </w:tc>
      </w:tr>
      <w:tr>
        <w:tc>
          <w:tcPr>
            <w:tcW w:type="dxa" w:w="4320"/>
          </w:tcPr>
          <w:p>
            <w:r>
              <w:t>20242224253</w:t>
            </w:r>
          </w:p>
        </w:tc>
        <w:tc>
          <w:tcPr>
            <w:tcW w:type="dxa" w:w="4320"/>
          </w:tcPr>
          <w:p>
            <w:r>
              <w:t>包瑞瑾</w:t>
            </w:r>
          </w:p>
        </w:tc>
      </w:tr>
      <w:tr>
        <w:tc>
          <w:tcPr>
            <w:tcW w:type="dxa" w:w="4320"/>
          </w:tcPr>
          <w:p>
            <w:r>
              <w:t>20242224297</w:t>
            </w:r>
          </w:p>
        </w:tc>
        <w:tc>
          <w:tcPr>
            <w:tcW w:type="dxa" w:w="4320"/>
          </w:tcPr>
          <w:p>
            <w:r>
              <w:t>罗杨宇</w:t>
            </w:r>
          </w:p>
        </w:tc>
      </w:tr>
      <w:tr>
        <w:tc>
          <w:tcPr>
            <w:tcW w:type="dxa" w:w="4320"/>
          </w:tcPr>
          <w:p>
            <w:r>
              <w:t>20242224363</w:t>
            </w:r>
          </w:p>
        </w:tc>
        <w:tc>
          <w:tcPr>
            <w:tcW w:type="dxa" w:w="4320"/>
          </w:tcPr>
          <w:p>
            <w:r>
              <w:t>王晨昊</w:t>
            </w:r>
          </w:p>
        </w:tc>
      </w:tr>
      <w:tr>
        <w:tc>
          <w:tcPr>
            <w:tcW w:type="dxa" w:w="4320"/>
          </w:tcPr>
          <w:p>
            <w:r>
              <w:t>20242224451</w:t>
            </w:r>
          </w:p>
        </w:tc>
        <w:tc>
          <w:tcPr>
            <w:tcW w:type="dxa" w:w="4320"/>
          </w:tcPr>
          <w:p>
            <w:r>
              <w:t>李晨旭</w:t>
            </w:r>
          </w:p>
        </w:tc>
      </w:tr>
      <w:tr>
        <w:tc>
          <w:tcPr>
            <w:tcW w:type="dxa" w:w="4320"/>
          </w:tcPr>
          <w:p>
            <w:r>
              <w:t>20242224478</w:t>
            </w:r>
          </w:p>
        </w:tc>
        <w:tc>
          <w:tcPr>
            <w:tcW w:type="dxa" w:w="4320"/>
          </w:tcPr>
          <w:p>
            <w:r>
              <w:t>王楚涵</w:t>
            </w:r>
          </w:p>
        </w:tc>
      </w:tr>
      <w:tr>
        <w:tc>
          <w:tcPr>
            <w:tcW w:type="dxa" w:w="4320"/>
          </w:tcPr>
          <w:p>
            <w:r>
              <w:t>20242224525</w:t>
            </w:r>
          </w:p>
        </w:tc>
        <w:tc>
          <w:tcPr>
            <w:tcW w:type="dxa" w:w="4320"/>
          </w:tcPr>
          <w:p>
            <w:r>
              <w:t>黄国财</w:t>
            </w:r>
          </w:p>
        </w:tc>
      </w:tr>
      <w:tr>
        <w:tc>
          <w:tcPr>
            <w:tcW w:type="dxa" w:w="4320"/>
          </w:tcPr>
          <w:p>
            <w:r>
              <w:t>20242224565</w:t>
            </w:r>
          </w:p>
        </w:tc>
        <w:tc>
          <w:tcPr>
            <w:tcW w:type="dxa" w:w="4320"/>
          </w:tcPr>
          <w:p>
            <w:r>
              <w:t>王星宇</w:t>
            </w:r>
          </w:p>
        </w:tc>
      </w:tr>
      <w:tr>
        <w:tc>
          <w:tcPr>
            <w:tcW w:type="dxa" w:w="4320"/>
          </w:tcPr>
          <w:p>
            <w:r>
              <w:t>20242224630</w:t>
            </w:r>
          </w:p>
        </w:tc>
        <w:tc>
          <w:tcPr>
            <w:tcW w:type="dxa" w:w="4320"/>
          </w:tcPr>
          <w:p>
            <w:r>
              <w:t>王子越</w:t>
            </w:r>
          </w:p>
        </w:tc>
      </w:tr>
      <w:tr>
        <w:tc>
          <w:tcPr>
            <w:tcW w:type="dxa" w:w="4320"/>
          </w:tcPr>
          <w:p>
            <w:r>
              <w:t>20242224636</w:t>
            </w:r>
          </w:p>
        </w:tc>
        <w:tc>
          <w:tcPr>
            <w:tcW w:type="dxa" w:w="4320"/>
          </w:tcPr>
          <w:p>
            <w:r>
              <w:t>卢意</w:t>
            </w:r>
          </w:p>
        </w:tc>
      </w:tr>
      <w:tr>
        <w:tc>
          <w:tcPr>
            <w:tcW w:type="dxa" w:w="4320"/>
          </w:tcPr>
          <w:p>
            <w:r>
              <w:t>20242224659</w:t>
            </w:r>
          </w:p>
        </w:tc>
        <w:tc>
          <w:tcPr>
            <w:tcW w:type="dxa" w:w="4320"/>
          </w:tcPr>
          <w:p>
            <w:r>
              <w:t>贾林格</w:t>
            </w:r>
          </w:p>
        </w:tc>
      </w:tr>
      <w:tr>
        <w:tc>
          <w:tcPr>
            <w:tcW w:type="dxa" w:w="4320"/>
          </w:tcPr>
          <w:p>
            <w:r>
              <w:t>20242224674</w:t>
            </w:r>
          </w:p>
        </w:tc>
        <w:tc>
          <w:tcPr>
            <w:tcW w:type="dxa" w:w="4320"/>
          </w:tcPr>
          <w:p>
            <w:r>
              <w:t>蔡子轩</w:t>
            </w:r>
          </w:p>
        </w:tc>
      </w:tr>
      <w:tr>
        <w:tc>
          <w:tcPr>
            <w:tcW w:type="dxa" w:w="4320"/>
          </w:tcPr>
          <w:p>
            <w:r>
              <w:t>20242224691</w:t>
            </w:r>
          </w:p>
        </w:tc>
        <w:tc>
          <w:tcPr>
            <w:tcW w:type="dxa" w:w="4320"/>
          </w:tcPr>
          <w:p>
            <w:r>
              <w:t>连宇昊</w:t>
            </w:r>
          </w:p>
        </w:tc>
      </w:tr>
      <w:tr>
        <w:tc>
          <w:tcPr>
            <w:tcW w:type="dxa" w:w="4320"/>
          </w:tcPr>
          <w:p>
            <w:r>
              <w:t>20242224696</w:t>
            </w:r>
          </w:p>
        </w:tc>
        <w:tc>
          <w:tcPr>
            <w:tcW w:type="dxa" w:w="4320"/>
          </w:tcPr>
          <w:p>
            <w:r>
              <w:t>陈铮</w:t>
            </w:r>
          </w:p>
        </w:tc>
      </w:tr>
      <w:tr>
        <w:tc>
          <w:tcPr>
            <w:tcW w:type="dxa" w:w="4320"/>
          </w:tcPr>
          <w:p>
            <w:r>
              <w:t>20242224703</w:t>
            </w:r>
          </w:p>
        </w:tc>
        <w:tc>
          <w:tcPr>
            <w:tcW w:type="dxa" w:w="4320"/>
          </w:tcPr>
          <w:p>
            <w:r>
              <w:t>史美甜</w:t>
            </w:r>
          </w:p>
        </w:tc>
      </w:tr>
      <w:tr>
        <w:tc>
          <w:tcPr>
            <w:tcW w:type="dxa" w:w="4320"/>
          </w:tcPr>
          <w:p>
            <w:r>
              <w:t>20242224717</w:t>
            </w:r>
          </w:p>
        </w:tc>
        <w:tc>
          <w:tcPr>
            <w:tcW w:type="dxa" w:w="4320"/>
          </w:tcPr>
          <w:p>
            <w:r>
              <w:t>周卓然</w:t>
            </w:r>
          </w:p>
        </w:tc>
      </w:tr>
      <w:tr>
        <w:tc>
          <w:tcPr>
            <w:tcW w:type="dxa" w:w="4320"/>
          </w:tcPr>
          <w:p>
            <w:r>
              <w:t>20242224792</w:t>
            </w:r>
          </w:p>
        </w:tc>
        <w:tc>
          <w:tcPr>
            <w:tcW w:type="dxa" w:w="4320"/>
          </w:tcPr>
          <w:p>
            <w:r>
              <w:t>曹家煦</w:t>
            </w:r>
          </w:p>
        </w:tc>
      </w:tr>
      <w:tr>
        <w:tc>
          <w:tcPr>
            <w:tcW w:type="dxa" w:w="4320"/>
          </w:tcPr>
          <w:p>
            <w:r>
              <w:t>20242224793</w:t>
            </w:r>
          </w:p>
        </w:tc>
        <w:tc>
          <w:tcPr>
            <w:tcW w:type="dxa" w:w="4320"/>
          </w:tcPr>
          <w:p>
            <w:r>
              <w:t>张毅恒</w:t>
            </w:r>
          </w:p>
        </w:tc>
      </w:tr>
      <w:tr>
        <w:tc>
          <w:tcPr>
            <w:tcW w:type="dxa" w:w="4320"/>
          </w:tcPr>
          <w:p>
            <w:r>
              <w:t>20242224811</w:t>
            </w:r>
          </w:p>
        </w:tc>
        <w:tc>
          <w:tcPr>
            <w:tcW w:type="dxa" w:w="4320"/>
          </w:tcPr>
          <w:p>
            <w:r>
              <w:t>王华云</w:t>
            </w:r>
          </w:p>
        </w:tc>
      </w:tr>
      <w:tr>
        <w:tc>
          <w:tcPr>
            <w:tcW w:type="dxa" w:w="4320"/>
          </w:tcPr>
          <w:p>
            <w:r>
              <w:t>20242224835</w:t>
            </w:r>
          </w:p>
        </w:tc>
        <w:tc>
          <w:tcPr>
            <w:tcW w:type="dxa" w:w="4320"/>
          </w:tcPr>
          <w:p>
            <w:r>
              <w:t>陈静楠</w:t>
            </w:r>
          </w:p>
        </w:tc>
      </w:tr>
      <w:tr>
        <w:tc>
          <w:tcPr>
            <w:tcW w:type="dxa" w:w="4320"/>
          </w:tcPr>
          <w:p>
            <w:r>
              <w:t>20242224863</w:t>
            </w:r>
          </w:p>
        </w:tc>
        <w:tc>
          <w:tcPr>
            <w:tcW w:type="dxa" w:w="4320"/>
          </w:tcPr>
          <w:p>
            <w:r>
              <w:t>芮自豪</w:t>
            </w:r>
          </w:p>
        </w:tc>
      </w:tr>
      <w:tr>
        <w:tc>
          <w:tcPr>
            <w:tcW w:type="dxa" w:w="4320"/>
          </w:tcPr>
          <w:p>
            <w:r>
              <w:t>20242224885</w:t>
            </w:r>
          </w:p>
        </w:tc>
        <w:tc>
          <w:tcPr>
            <w:tcW w:type="dxa" w:w="4320"/>
          </w:tcPr>
          <w:p>
            <w:r>
              <w:t>陈照天</w:t>
            </w:r>
          </w:p>
        </w:tc>
      </w:tr>
      <w:tr>
        <w:tc>
          <w:tcPr>
            <w:tcW w:type="dxa" w:w="4320"/>
          </w:tcPr>
          <w:p>
            <w:r>
              <w:t>20242224931</w:t>
            </w:r>
          </w:p>
        </w:tc>
        <w:tc>
          <w:tcPr>
            <w:tcW w:type="dxa" w:w="4320"/>
          </w:tcPr>
          <w:p>
            <w:r>
              <w:t>姜雨萌</w:t>
            </w:r>
          </w:p>
        </w:tc>
      </w:tr>
      <w:tr>
        <w:tc>
          <w:tcPr>
            <w:tcW w:type="dxa" w:w="4320"/>
          </w:tcPr>
          <w:p>
            <w:r>
              <w:t>20242224981</w:t>
            </w:r>
          </w:p>
        </w:tc>
        <w:tc>
          <w:tcPr>
            <w:tcW w:type="dxa" w:w="4320"/>
          </w:tcPr>
          <w:p>
            <w:r>
              <w:t>张浩澜</w:t>
            </w:r>
          </w:p>
        </w:tc>
      </w:tr>
      <w:tr>
        <w:tc>
          <w:tcPr>
            <w:tcW w:type="dxa" w:w="4320"/>
          </w:tcPr>
          <w:p>
            <w:r>
              <w:t>20242225003</w:t>
            </w:r>
          </w:p>
        </w:tc>
        <w:tc>
          <w:tcPr>
            <w:tcW w:type="dxa" w:w="4320"/>
          </w:tcPr>
          <w:p>
            <w:r>
              <w:t>郭思远</w:t>
            </w:r>
          </w:p>
        </w:tc>
      </w:tr>
      <w:tr>
        <w:tc>
          <w:tcPr>
            <w:tcW w:type="dxa" w:w="4320"/>
          </w:tcPr>
          <w:p>
            <w:r>
              <w:t>20242225031</w:t>
            </w:r>
          </w:p>
        </w:tc>
        <w:tc>
          <w:tcPr>
            <w:tcW w:type="dxa" w:w="4320"/>
          </w:tcPr>
          <w:p>
            <w:r>
              <w:t>冉雪</w:t>
            </w:r>
          </w:p>
        </w:tc>
      </w:tr>
      <w:tr>
        <w:tc>
          <w:tcPr>
            <w:tcW w:type="dxa" w:w="4320"/>
          </w:tcPr>
          <w:p>
            <w:r>
              <w:t>20242225036</w:t>
            </w:r>
          </w:p>
        </w:tc>
        <w:tc>
          <w:tcPr>
            <w:tcW w:type="dxa" w:w="4320"/>
          </w:tcPr>
          <w:p>
            <w:r>
              <w:t>张新杰</w:t>
            </w:r>
          </w:p>
        </w:tc>
      </w:tr>
      <w:tr>
        <w:tc>
          <w:tcPr>
            <w:tcW w:type="dxa" w:w="4320"/>
          </w:tcPr>
          <w:p>
            <w:r>
              <w:t>20242225039</w:t>
            </w:r>
          </w:p>
        </w:tc>
        <w:tc>
          <w:tcPr>
            <w:tcW w:type="dxa" w:w="4320"/>
          </w:tcPr>
          <w:p>
            <w:r>
              <w:t>洪祎麟</w:t>
            </w:r>
          </w:p>
        </w:tc>
      </w:tr>
      <w:tr>
        <w:tc>
          <w:tcPr>
            <w:tcW w:type="dxa" w:w="4320"/>
          </w:tcPr>
          <w:p>
            <w:r>
              <w:t>20242225084</w:t>
            </w:r>
          </w:p>
        </w:tc>
        <w:tc>
          <w:tcPr>
            <w:tcW w:type="dxa" w:w="4320"/>
          </w:tcPr>
          <w:p>
            <w:r>
              <w:t>王璟瑶</w:t>
            </w:r>
          </w:p>
        </w:tc>
      </w:tr>
      <w:tr>
        <w:tc>
          <w:tcPr>
            <w:tcW w:type="dxa" w:w="4320"/>
          </w:tcPr>
          <w:p>
            <w:r>
              <w:t>20242225112</w:t>
            </w:r>
          </w:p>
        </w:tc>
        <w:tc>
          <w:tcPr>
            <w:tcW w:type="dxa" w:w="4320"/>
          </w:tcPr>
          <w:p>
            <w:r>
              <w:t>张启元</w:t>
            </w:r>
          </w:p>
        </w:tc>
      </w:tr>
      <w:tr>
        <w:tc>
          <w:tcPr>
            <w:tcW w:type="dxa" w:w="4320"/>
          </w:tcPr>
          <w:p>
            <w:r>
              <w:t>20242225121</w:t>
            </w:r>
          </w:p>
        </w:tc>
        <w:tc>
          <w:tcPr>
            <w:tcW w:type="dxa" w:w="4320"/>
          </w:tcPr>
          <w:p>
            <w:r>
              <w:t>马凯</w:t>
            </w:r>
          </w:p>
        </w:tc>
      </w:tr>
      <w:tr>
        <w:tc>
          <w:tcPr>
            <w:tcW w:type="dxa" w:w="4320"/>
          </w:tcPr>
          <w:p>
            <w:r>
              <w:t>20242225130</w:t>
            </w:r>
          </w:p>
        </w:tc>
        <w:tc>
          <w:tcPr>
            <w:tcW w:type="dxa" w:w="4320"/>
          </w:tcPr>
          <w:p>
            <w:r>
              <w:t>高毅达</w:t>
            </w:r>
          </w:p>
        </w:tc>
      </w:tr>
      <w:tr>
        <w:tc>
          <w:tcPr>
            <w:tcW w:type="dxa" w:w="4320"/>
          </w:tcPr>
          <w:p>
            <w:r>
              <w:t>20242225133</w:t>
            </w:r>
          </w:p>
        </w:tc>
        <w:tc>
          <w:tcPr>
            <w:tcW w:type="dxa" w:w="4320"/>
          </w:tcPr>
          <w:p>
            <w:r>
              <w:t>黄俐皓</w:t>
            </w:r>
          </w:p>
        </w:tc>
      </w:tr>
      <w:tr>
        <w:tc>
          <w:tcPr>
            <w:tcW w:type="dxa" w:w="4320"/>
          </w:tcPr>
          <w:p>
            <w:r>
              <w:t>20242225164</w:t>
            </w:r>
          </w:p>
        </w:tc>
        <w:tc>
          <w:tcPr>
            <w:tcW w:type="dxa" w:w="4320"/>
          </w:tcPr>
          <w:p>
            <w:r>
              <w:t>殷雨婧</w:t>
            </w:r>
          </w:p>
        </w:tc>
      </w:tr>
      <w:tr>
        <w:tc>
          <w:tcPr>
            <w:tcW w:type="dxa" w:w="4320"/>
          </w:tcPr>
          <w:p>
            <w:r>
              <w:t>20242225231</w:t>
            </w:r>
          </w:p>
        </w:tc>
        <w:tc>
          <w:tcPr>
            <w:tcW w:type="dxa" w:w="4320"/>
          </w:tcPr>
          <w:p>
            <w:r>
              <w:t>刘彤</w:t>
            </w:r>
          </w:p>
        </w:tc>
      </w:tr>
      <w:tr>
        <w:tc>
          <w:tcPr>
            <w:tcW w:type="dxa" w:w="4320"/>
          </w:tcPr>
          <w:p>
            <w:r>
              <w:t>20242225336</w:t>
            </w:r>
          </w:p>
        </w:tc>
        <w:tc>
          <w:tcPr>
            <w:tcW w:type="dxa" w:w="4320"/>
          </w:tcPr>
          <w:p>
            <w:r>
              <w:t>周岸霄</w:t>
            </w:r>
          </w:p>
        </w:tc>
      </w:tr>
      <w:tr>
        <w:tc>
          <w:tcPr>
            <w:tcW w:type="dxa" w:w="4320"/>
          </w:tcPr>
          <w:p>
            <w:r>
              <w:t>20242225375</w:t>
            </w:r>
          </w:p>
        </w:tc>
        <w:tc>
          <w:tcPr>
            <w:tcW w:type="dxa" w:w="4320"/>
          </w:tcPr>
          <w:p>
            <w:r>
              <w:t>赵凤羽</w:t>
            </w:r>
          </w:p>
        </w:tc>
      </w:tr>
      <w:tr>
        <w:tc>
          <w:tcPr>
            <w:tcW w:type="dxa" w:w="4320"/>
          </w:tcPr>
          <w:p>
            <w:r>
              <w:t>20242225423</w:t>
            </w:r>
          </w:p>
        </w:tc>
        <w:tc>
          <w:tcPr>
            <w:tcW w:type="dxa" w:w="4320"/>
          </w:tcPr>
          <w:p>
            <w:r>
              <w:t>曹舒雅</w:t>
            </w:r>
          </w:p>
        </w:tc>
      </w:tr>
      <w:tr>
        <w:tc>
          <w:tcPr>
            <w:tcW w:type="dxa" w:w="4320"/>
          </w:tcPr>
          <w:p>
            <w:r>
              <w:t>20242225455</w:t>
            </w:r>
          </w:p>
        </w:tc>
        <w:tc>
          <w:tcPr>
            <w:tcW w:type="dxa" w:w="4320"/>
          </w:tcPr>
          <w:p>
            <w:r>
              <w:t>张弘毅</w:t>
            </w:r>
          </w:p>
        </w:tc>
      </w:tr>
      <w:tr>
        <w:tc>
          <w:tcPr>
            <w:tcW w:type="dxa" w:w="4320"/>
          </w:tcPr>
          <w:p>
            <w:r>
              <w:t>20242225466</w:t>
            </w:r>
          </w:p>
        </w:tc>
        <w:tc>
          <w:tcPr>
            <w:tcW w:type="dxa" w:w="4320"/>
          </w:tcPr>
          <w:p>
            <w:r>
              <w:t>吴宇</w:t>
            </w:r>
          </w:p>
        </w:tc>
      </w:tr>
      <w:tr>
        <w:tc>
          <w:tcPr>
            <w:tcW w:type="dxa" w:w="4320"/>
          </w:tcPr>
          <w:p>
            <w:r>
              <w:t>20242225527</w:t>
            </w:r>
          </w:p>
        </w:tc>
        <w:tc>
          <w:tcPr>
            <w:tcW w:type="dxa" w:w="4320"/>
          </w:tcPr>
          <w:p>
            <w:r>
              <w:t>刘晓雨</w:t>
            </w:r>
          </w:p>
        </w:tc>
      </w:tr>
      <w:tr>
        <w:tc>
          <w:tcPr>
            <w:tcW w:type="dxa" w:w="4320"/>
          </w:tcPr>
          <w:p>
            <w:r>
              <w:t>20242225857</w:t>
            </w:r>
          </w:p>
        </w:tc>
        <w:tc>
          <w:tcPr>
            <w:tcW w:type="dxa" w:w="4320"/>
          </w:tcPr>
          <w:p>
            <w:r>
              <w:t>张成旺</w:t>
            </w:r>
          </w:p>
        </w:tc>
      </w:tr>
      <w:tr>
        <w:tc>
          <w:tcPr>
            <w:tcW w:type="dxa" w:w="4320"/>
          </w:tcPr>
          <w:p>
            <w:r>
              <w:t>20242225864</w:t>
            </w:r>
          </w:p>
        </w:tc>
        <w:tc>
          <w:tcPr>
            <w:tcW w:type="dxa" w:w="4320"/>
          </w:tcPr>
          <w:p>
            <w:r>
              <w:t>李春昊</w:t>
            </w:r>
          </w:p>
        </w:tc>
      </w:tr>
      <w:tr>
        <w:tc>
          <w:tcPr>
            <w:tcW w:type="dxa" w:w="4320"/>
          </w:tcPr>
          <w:p>
            <w:r>
              <w:t>20242225877</w:t>
            </w:r>
          </w:p>
        </w:tc>
        <w:tc>
          <w:tcPr>
            <w:tcW w:type="dxa" w:w="4320"/>
          </w:tcPr>
          <w:p>
            <w:r>
              <w:t>雷光宇</w:t>
            </w:r>
          </w:p>
        </w:tc>
      </w:tr>
      <w:tr>
        <w:tc>
          <w:tcPr>
            <w:tcW w:type="dxa" w:w="4320"/>
          </w:tcPr>
          <w:p>
            <w:r>
              <w:t>20242225931</w:t>
            </w:r>
          </w:p>
        </w:tc>
        <w:tc>
          <w:tcPr>
            <w:tcW w:type="dxa" w:w="4320"/>
          </w:tcPr>
          <w:p>
            <w:r>
              <w:t>黄正熠</w:t>
            </w:r>
          </w:p>
        </w:tc>
      </w:tr>
      <w:tr>
        <w:tc>
          <w:tcPr>
            <w:tcW w:type="dxa" w:w="4320"/>
          </w:tcPr>
          <w:p>
            <w:r>
              <w:t>20242225942</w:t>
            </w:r>
          </w:p>
        </w:tc>
        <w:tc>
          <w:tcPr>
            <w:tcW w:type="dxa" w:w="4320"/>
          </w:tcPr>
          <w:p>
            <w:r>
              <w:t>吴芷境</w:t>
            </w:r>
          </w:p>
        </w:tc>
      </w:tr>
      <w:tr>
        <w:tc>
          <w:tcPr>
            <w:tcW w:type="dxa" w:w="4320"/>
          </w:tcPr>
          <w:p>
            <w:r>
              <w:t>20242225961</w:t>
            </w:r>
          </w:p>
        </w:tc>
        <w:tc>
          <w:tcPr>
            <w:tcW w:type="dxa" w:w="4320"/>
          </w:tcPr>
          <w:p>
            <w:r>
              <w:t>张梓绚</w:t>
            </w:r>
          </w:p>
        </w:tc>
      </w:tr>
      <w:tr>
        <w:tc>
          <w:tcPr>
            <w:tcW w:type="dxa" w:w="4320"/>
          </w:tcPr>
          <w:p>
            <w:r>
              <w:t>20242225965</w:t>
            </w:r>
          </w:p>
        </w:tc>
        <w:tc>
          <w:tcPr>
            <w:tcW w:type="dxa" w:w="4320"/>
          </w:tcPr>
          <w:p>
            <w:r>
              <w:t>霍云云</w:t>
            </w:r>
          </w:p>
        </w:tc>
      </w:tr>
      <w:tr>
        <w:tc>
          <w:tcPr>
            <w:tcW w:type="dxa" w:w="4320"/>
          </w:tcPr>
          <w:p>
            <w:r>
              <w:t>20242226000</w:t>
            </w:r>
          </w:p>
        </w:tc>
        <w:tc>
          <w:tcPr>
            <w:tcW w:type="dxa" w:w="4320"/>
          </w:tcPr>
          <w:p>
            <w:r>
              <w:t>宋杨</w:t>
            </w:r>
          </w:p>
        </w:tc>
      </w:tr>
      <w:tr>
        <w:tc>
          <w:tcPr>
            <w:tcW w:type="dxa" w:w="4320"/>
          </w:tcPr>
          <w:p>
            <w:r>
              <w:t>20242226019</w:t>
            </w:r>
          </w:p>
        </w:tc>
        <w:tc>
          <w:tcPr>
            <w:tcW w:type="dxa" w:w="4320"/>
          </w:tcPr>
          <w:p>
            <w:r>
              <w:t>王逸臣</w:t>
            </w:r>
          </w:p>
        </w:tc>
      </w:tr>
      <w:tr>
        <w:tc>
          <w:tcPr>
            <w:tcW w:type="dxa" w:w="4320"/>
          </w:tcPr>
          <w:p>
            <w:r>
              <w:t>20242226068</w:t>
            </w:r>
          </w:p>
        </w:tc>
        <w:tc>
          <w:tcPr>
            <w:tcW w:type="dxa" w:w="4320"/>
          </w:tcPr>
          <w:p>
            <w:r>
              <w:t>郭昊林</w:t>
            </w:r>
          </w:p>
        </w:tc>
      </w:tr>
      <w:tr>
        <w:tc>
          <w:tcPr>
            <w:tcW w:type="dxa" w:w="4320"/>
          </w:tcPr>
          <w:p>
            <w:r>
              <w:t>20242226189</w:t>
            </w:r>
          </w:p>
        </w:tc>
        <w:tc>
          <w:tcPr>
            <w:tcW w:type="dxa" w:w="4320"/>
          </w:tcPr>
          <w:p>
            <w:r>
              <w:t>刘明</w:t>
            </w:r>
          </w:p>
        </w:tc>
      </w:tr>
      <w:tr>
        <w:tc>
          <w:tcPr>
            <w:tcW w:type="dxa" w:w="4320"/>
          </w:tcPr>
          <w:p>
            <w:r>
              <w:t>20242226212</w:t>
            </w:r>
          </w:p>
        </w:tc>
        <w:tc>
          <w:tcPr>
            <w:tcW w:type="dxa" w:w="4320"/>
          </w:tcPr>
          <w:p>
            <w:r>
              <w:t>成治霖</w:t>
            </w:r>
          </w:p>
        </w:tc>
      </w:tr>
      <w:tr>
        <w:tc>
          <w:tcPr>
            <w:tcW w:type="dxa" w:w="4320"/>
          </w:tcPr>
          <w:p>
            <w:r>
              <w:t>20242226218</w:t>
            </w:r>
          </w:p>
        </w:tc>
        <w:tc>
          <w:tcPr>
            <w:tcW w:type="dxa" w:w="4320"/>
          </w:tcPr>
          <w:p>
            <w:r>
              <w:t>王凌云</w:t>
            </w:r>
          </w:p>
        </w:tc>
      </w:tr>
      <w:tr>
        <w:tc>
          <w:tcPr>
            <w:tcW w:type="dxa" w:w="4320"/>
          </w:tcPr>
          <w:p>
            <w:r>
              <w:t>20242226281</w:t>
            </w:r>
          </w:p>
        </w:tc>
        <w:tc>
          <w:tcPr>
            <w:tcW w:type="dxa" w:w="4320"/>
          </w:tcPr>
          <w:p>
            <w:r>
              <w:t>沈忠源</w:t>
            </w:r>
          </w:p>
        </w:tc>
      </w:tr>
      <w:tr>
        <w:tc>
          <w:tcPr>
            <w:tcW w:type="dxa" w:w="4320"/>
          </w:tcPr>
          <w:p>
            <w:r>
              <w:t>20242226350</w:t>
            </w:r>
          </w:p>
        </w:tc>
        <w:tc>
          <w:tcPr>
            <w:tcW w:type="dxa" w:w="4320"/>
          </w:tcPr>
          <w:p>
            <w:r>
              <w:t>李雨婷</w:t>
            </w:r>
          </w:p>
        </w:tc>
      </w:tr>
      <w:tr>
        <w:tc>
          <w:tcPr>
            <w:tcW w:type="dxa" w:w="4320"/>
          </w:tcPr>
          <w:p>
            <w:r>
              <w:t>20242226389</w:t>
            </w:r>
          </w:p>
        </w:tc>
        <w:tc>
          <w:tcPr>
            <w:tcW w:type="dxa" w:w="4320"/>
          </w:tcPr>
          <w:p>
            <w:r>
              <w:t>崔兆彤</w:t>
            </w:r>
          </w:p>
        </w:tc>
      </w:tr>
      <w:tr>
        <w:tc>
          <w:tcPr>
            <w:tcW w:type="dxa" w:w="4320"/>
          </w:tcPr>
          <w:p>
            <w:r>
              <w:t>20242226438</w:t>
            </w:r>
          </w:p>
        </w:tc>
        <w:tc>
          <w:tcPr>
            <w:tcW w:type="dxa" w:w="4320"/>
          </w:tcPr>
          <w:p>
            <w:r>
              <w:t>朱英琳</w:t>
            </w:r>
          </w:p>
        </w:tc>
      </w:tr>
      <w:tr>
        <w:tc>
          <w:tcPr>
            <w:tcW w:type="dxa" w:w="4320"/>
          </w:tcPr>
          <w:p>
            <w:r>
              <w:t>20242226466</w:t>
            </w:r>
          </w:p>
        </w:tc>
        <w:tc>
          <w:tcPr>
            <w:tcW w:type="dxa" w:w="4320"/>
          </w:tcPr>
          <w:p>
            <w:r>
              <w:t>李启</w:t>
            </w:r>
          </w:p>
        </w:tc>
      </w:tr>
      <w:tr>
        <w:tc>
          <w:tcPr>
            <w:tcW w:type="dxa" w:w="4320"/>
          </w:tcPr>
          <w:p>
            <w:r>
              <w:t>20242226478</w:t>
            </w:r>
          </w:p>
        </w:tc>
        <w:tc>
          <w:tcPr>
            <w:tcW w:type="dxa" w:w="4320"/>
          </w:tcPr>
          <w:p>
            <w:r>
              <w:t>隋心雨</w:t>
            </w:r>
          </w:p>
        </w:tc>
      </w:tr>
      <w:tr>
        <w:tc>
          <w:tcPr>
            <w:tcW w:type="dxa" w:w="4320"/>
          </w:tcPr>
          <w:p>
            <w:r>
              <w:t>20242226599</w:t>
            </w:r>
          </w:p>
        </w:tc>
        <w:tc>
          <w:tcPr>
            <w:tcW w:type="dxa" w:w="4320"/>
          </w:tcPr>
          <w:p>
            <w:r>
              <w:t>陈云昊</w:t>
            </w:r>
          </w:p>
        </w:tc>
      </w:tr>
      <w:tr>
        <w:tc>
          <w:tcPr>
            <w:tcW w:type="dxa" w:w="4320"/>
          </w:tcPr>
          <w:p>
            <w:r>
              <w:t>20242226617</w:t>
            </w:r>
          </w:p>
        </w:tc>
        <w:tc>
          <w:tcPr>
            <w:tcW w:type="dxa" w:w="4320"/>
          </w:tcPr>
          <w:p>
            <w:r>
              <w:t>李睿</w:t>
            </w:r>
          </w:p>
        </w:tc>
      </w:tr>
      <w:tr>
        <w:tc>
          <w:tcPr>
            <w:tcW w:type="dxa" w:w="4320"/>
          </w:tcPr>
          <w:p>
            <w:r>
              <w:t>20242226713</w:t>
            </w:r>
          </w:p>
        </w:tc>
        <w:tc>
          <w:tcPr>
            <w:tcW w:type="dxa" w:w="4320"/>
          </w:tcPr>
          <w:p>
            <w:r>
              <w:t>吴心沁</w:t>
            </w:r>
          </w:p>
        </w:tc>
      </w:tr>
      <w:tr>
        <w:tc>
          <w:tcPr>
            <w:tcW w:type="dxa" w:w="4320"/>
          </w:tcPr>
          <w:p>
            <w:r>
              <w:t>20242226720</w:t>
            </w:r>
          </w:p>
        </w:tc>
        <w:tc>
          <w:tcPr>
            <w:tcW w:type="dxa" w:w="4320"/>
          </w:tcPr>
          <w:p>
            <w:r>
              <w:t>陈雅琳</w:t>
            </w:r>
          </w:p>
        </w:tc>
      </w:tr>
      <w:tr>
        <w:tc>
          <w:tcPr>
            <w:tcW w:type="dxa" w:w="4320"/>
          </w:tcPr>
          <w:p>
            <w:r>
              <w:t>20242226782</w:t>
            </w:r>
          </w:p>
        </w:tc>
        <w:tc>
          <w:tcPr>
            <w:tcW w:type="dxa" w:w="4320"/>
          </w:tcPr>
          <w:p>
            <w:r>
              <w:t>江张彰</w:t>
            </w:r>
          </w:p>
        </w:tc>
      </w:tr>
      <w:tr>
        <w:tc>
          <w:tcPr>
            <w:tcW w:type="dxa" w:w="4320"/>
          </w:tcPr>
          <w:p>
            <w:r>
              <w:t>20242226816</w:t>
            </w:r>
          </w:p>
        </w:tc>
        <w:tc>
          <w:tcPr>
            <w:tcW w:type="dxa" w:w="4320"/>
          </w:tcPr>
          <w:p>
            <w:r>
              <w:t>丁宇鑫</w:t>
            </w:r>
          </w:p>
        </w:tc>
      </w:tr>
      <w:tr>
        <w:tc>
          <w:tcPr>
            <w:tcW w:type="dxa" w:w="4320"/>
          </w:tcPr>
          <w:p>
            <w:r>
              <w:t>20242226845</w:t>
            </w:r>
          </w:p>
        </w:tc>
        <w:tc>
          <w:tcPr>
            <w:tcW w:type="dxa" w:w="4320"/>
          </w:tcPr>
          <w:p>
            <w:r>
              <w:t>操聪</w:t>
            </w:r>
          </w:p>
        </w:tc>
      </w:tr>
      <w:tr>
        <w:tc>
          <w:tcPr>
            <w:tcW w:type="dxa" w:w="4320"/>
          </w:tcPr>
          <w:p>
            <w:r>
              <w:t>20242226897</w:t>
            </w:r>
          </w:p>
        </w:tc>
        <w:tc>
          <w:tcPr>
            <w:tcW w:type="dxa" w:w="4320"/>
          </w:tcPr>
          <w:p>
            <w:r>
              <w:t>郑雪锋</w:t>
            </w:r>
          </w:p>
        </w:tc>
      </w:tr>
      <w:tr>
        <w:tc>
          <w:tcPr>
            <w:tcW w:type="dxa" w:w="4320"/>
          </w:tcPr>
          <w:p>
            <w:r>
              <w:t>20242226920</w:t>
            </w:r>
          </w:p>
        </w:tc>
        <w:tc>
          <w:tcPr>
            <w:tcW w:type="dxa" w:w="4320"/>
          </w:tcPr>
          <w:p>
            <w:r>
              <w:t>黄子骏</w:t>
            </w:r>
          </w:p>
        </w:tc>
      </w:tr>
      <w:tr>
        <w:tc>
          <w:tcPr>
            <w:tcW w:type="dxa" w:w="4320"/>
          </w:tcPr>
          <w:p>
            <w:r>
              <w:t>20242227014</w:t>
            </w:r>
          </w:p>
        </w:tc>
        <w:tc>
          <w:tcPr>
            <w:tcW w:type="dxa" w:w="4320"/>
          </w:tcPr>
          <w:p>
            <w:r>
              <w:t>梁焕雄</w:t>
            </w:r>
          </w:p>
        </w:tc>
      </w:tr>
      <w:tr>
        <w:tc>
          <w:tcPr>
            <w:tcW w:type="dxa" w:w="4320"/>
          </w:tcPr>
          <w:p>
            <w:r>
              <w:t>20242227132</w:t>
            </w:r>
          </w:p>
        </w:tc>
        <w:tc>
          <w:tcPr>
            <w:tcW w:type="dxa" w:w="4320"/>
          </w:tcPr>
          <w:p>
            <w:r>
              <w:t>张长文</w:t>
            </w:r>
          </w:p>
        </w:tc>
      </w:tr>
      <w:tr>
        <w:tc>
          <w:tcPr>
            <w:tcW w:type="dxa" w:w="4320"/>
          </w:tcPr>
          <w:p>
            <w:r>
              <w:t>20242227135</w:t>
            </w:r>
          </w:p>
        </w:tc>
        <w:tc>
          <w:tcPr>
            <w:tcW w:type="dxa" w:w="4320"/>
          </w:tcPr>
          <w:p>
            <w:r>
              <w:t>张嘉颖</w:t>
            </w:r>
          </w:p>
        </w:tc>
      </w:tr>
      <w:tr>
        <w:tc>
          <w:tcPr>
            <w:tcW w:type="dxa" w:w="4320"/>
          </w:tcPr>
          <w:p>
            <w:r>
              <w:t>20242227137</w:t>
            </w:r>
          </w:p>
        </w:tc>
        <w:tc>
          <w:tcPr>
            <w:tcW w:type="dxa" w:w="4320"/>
          </w:tcPr>
          <w:p>
            <w:r>
              <w:t>张笑涵</w:t>
            </w:r>
          </w:p>
        </w:tc>
      </w:tr>
      <w:tr>
        <w:tc>
          <w:tcPr>
            <w:tcW w:type="dxa" w:w="4320"/>
          </w:tcPr>
          <w:p>
            <w:r>
              <w:t>20242227308</w:t>
            </w:r>
          </w:p>
        </w:tc>
        <w:tc>
          <w:tcPr>
            <w:tcW w:type="dxa" w:w="4320"/>
          </w:tcPr>
          <w:p>
            <w:r>
              <w:t>刘尊</w:t>
            </w:r>
          </w:p>
        </w:tc>
      </w:tr>
      <w:tr>
        <w:tc>
          <w:tcPr>
            <w:tcW w:type="dxa" w:w="4320"/>
          </w:tcPr>
          <w:p>
            <w:r>
              <w:t>20242227345</w:t>
            </w:r>
          </w:p>
        </w:tc>
        <w:tc>
          <w:tcPr>
            <w:tcW w:type="dxa" w:w="4320"/>
          </w:tcPr>
          <w:p>
            <w:r>
              <w:t>祝宇杰</w:t>
            </w:r>
          </w:p>
        </w:tc>
      </w:tr>
      <w:tr>
        <w:tc>
          <w:tcPr>
            <w:tcW w:type="dxa" w:w="4320"/>
          </w:tcPr>
          <w:p>
            <w:r>
              <w:t>20242227380</w:t>
            </w:r>
          </w:p>
        </w:tc>
        <w:tc>
          <w:tcPr>
            <w:tcW w:type="dxa" w:w="4320"/>
          </w:tcPr>
          <w:p>
            <w:r>
              <w:t>张嘉炜</w:t>
            </w:r>
          </w:p>
        </w:tc>
      </w:tr>
      <w:tr>
        <w:tc>
          <w:tcPr>
            <w:tcW w:type="dxa" w:w="4320"/>
          </w:tcPr>
          <w:p>
            <w:r>
              <w:t>20242227381</w:t>
            </w:r>
          </w:p>
        </w:tc>
        <w:tc>
          <w:tcPr>
            <w:tcW w:type="dxa" w:w="4320"/>
          </w:tcPr>
          <w:p>
            <w:r>
              <w:t>胡彦姗</w:t>
            </w:r>
          </w:p>
        </w:tc>
      </w:tr>
      <w:tr>
        <w:tc>
          <w:tcPr>
            <w:tcW w:type="dxa" w:w="4320"/>
          </w:tcPr>
          <w:p>
            <w:r>
              <w:t>20242227457</w:t>
            </w:r>
          </w:p>
        </w:tc>
        <w:tc>
          <w:tcPr>
            <w:tcW w:type="dxa" w:w="4320"/>
          </w:tcPr>
          <w:p>
            <w:r>
              <w:t>章立群</w:t>
            </w:r>
          </w:p>
        </w:tc>
      </w:tr>
      <w:tr>
        <w:tc>
          <w:tcPr>
            <w:tcW w:type="dxa" w:w="4320"/>
          </w:tcPr>
          <w:p>
            <w:r>
              <w:t>20242227477</w:t>
            </w:r>
          </w:p>
        </w:tc>
        <w:tc>
          <w:tcPr>
            <w:tcW w:type="dxa" w:w="4320"/>
          </w:tcPr>
          <w:p>
            <w:r>
              <w:t>惠原婧希</w:t>
            </w:r>
          </w:p>
        </w:tc>
      </w:tr>
      <w:tr>
        <w:tc>
          <w:tcPr>
            <w:tcW w:type="dxa" w:w="4320"/>
          </w:tcPr>
          <w:p>
            <w:r>
              <w:t>20242227575</w:t>
            </w:r>
          </w:p>
        </w:tc>
        <w:tc>
          <w:tcPr>
            <w:tcW w:type="dxa" w:w="4320"/>
          </w:tcPr>
          <w:p>
            <w:r>
              <w:t>王瑞环</w:t>
            </w:r>
          </w:p>
        </w:tc>
      </w:tr>
      <w:tr>
        <w:tc>
          <w:tcPr>
            <w:tcW w:type="dxa" w:w="4320"/>
          </w:tcPr>
          <w:p>
            <w:r>
              <w:t>20242227629</w:t>
            </w:r>
          </w:p>
        </w:tc>
        <w:tc>
          <w:tcPr>
            <w:tcW w:type="dxa" w:w="4320"/>
          </w:tcPr>
          <w:p>
            <w:r>
              <w:t>崔桐</w:t>
            </w:r>
          </w:p>
        </w:tc>
      </w:tr>
      <w:tr>
        <w:tc>
          <w:tcPr>
            <w:tcW w:type="dxa" w:w="4320"/>
          </w:tcPr>
          <w:p>
            <w:r>
              <w:t>20242227641</w:t>
            </w:r>
          </w:p>
        </w:tc>
        <w:tc>
          <w:tcPr>
            <w:tcW w:type="dxa" w:w="4320"/>
          </w:tcPr>
          <w:p>
            <w:r>
              <w:t>谢逸飞</w:t>
            </w:r>
          </w:p>
        </w:tc>
      </w:tr>
      <w:tr>
        <w:tc>
          <w:tcPr>
            <w:tcW w:type="dxa" w:w="4320"/>
          </w:tcPr>
          <w:p>
            <w:r>
              <w:t>20242227717</w:t>
            </w:r>
          </w:p>
        </w:tc>
        <w:tc>
          <w:tcPr>
            <w:tcW w:type="dxa" w:w="4320"/>
          </w:tcPr>
          <w:p>
            <w:r>
              <w:t>石伟业</w:t>
            </w:r>
          </w:p>
        </w:tc>
      </w:tr>
      <w:tr>
        <w:tc>
          <w:tcPr>
            <w:tcW w:type="dxa" w:w="4320"/>
          </w:tcPr>
          <w:p>
            <w:r>
              <w:t>20242227742</w:t>
            </w:r>
          </w:p>
        </w:tc>
        <w:tc>
          <w:tcPr>
            <w:tcW w:type="dxa" w:w="4320"/>
          </w:tcPr>
          <w:p>
            <w:r>
              <w:t>李博洋</w:t>
            </w:r>
          </w:p>
        </w:tc>
      </w:tr>
      <w:tr>
        <w:tc>
          <w:tcPr>
            <w:tcW w:type="dxa" w:w="4320"/>
          </w:tcPr>
          <w:p>
            <w:r>
              <w:t>20242227814</w:t>
            </w:r>
          </w:p>
        </w:tc>
        <w:tc>
          <w:tcPr>
            <w:tcW w:type="dxa" w:w="4320"/>
          </w:tcPr>
          <w:p>
            <w:r>
              <w:t>孙可歆</w:t>
            </w:r>
          </w:p>
        </w:tc>
      </w:tr>
      <w:tr>
        <w:tc>
          <w:tcPr>
            <w:tcW w:type="dxa" w:w="4320"/>
          </w:tcPr>
          <w:p>
            <w:r>
              <w:t>20242227986</w:t>
            </w:r>
          </w:p>
        </w:tc>
        <w:tc>
          <w:tcPr>
            <w:tcW w:type="dxa" w:w="4320"/>
          </w:tcPr>
          <w:p>
            <w:r>
              <w:t>李思莹</w:t>
            </w:r>
          </w:p>
        </w:tc>
      </w:tr>
      <w:tr>
        <w:tc>
          <w:tcPr>
            <w:tcW w:type="dxa" w:w="4320"/>
          </w:tcPr>
          <w:p>
            <w:r>
              <w:t>20242228068</w:t>
            </w:r>
          </w:p>
        </w:tc>
        <w:tc>
          <w:tcPr>
            <w:tcW w:type="dxa" w:w="4320"/>
          </w:tcPr>
          <w:p>
            <w:r>
              <w:t>鲁卉</w:t>
            </w:r>
          </w:p>
        </w:tc>
      </w:tr>
      <w:tr>
        <w:tc>
          <w:tcPr>
            <w:tcW w:type="dxa" w:w="4320"/>
          </w:tcPr>
          <w:p>
            <w:r>
              <w:t>20242228079</w:t>
            </w:r>
          </w:p>
        </w:tc>
        <w:tc>
          <w:tcPr>
            <w:tcW w:type="dxa" w:w="4320"/>
          </w:tcPr>
          <w:p>
            <w:r>
              <w:t>王璇</w:t>
            </w:r>
          </w:p>
        </w:tc>
      </w:tr>
      <w:tr>
        <w:tc>
          <w:tcPr>
            <w:tcW w:type="dxa" w:w="4320"/>
          </w:tcPr>
          <w:p>
            <w:r>
              <w:t>20242228118</w:t>
            </w:r>
          </w:p>
        </w:tc>
        <w:tc>
          <w:tcPr>
            <w:tcW w:type="dxa" w:w="4320"/>
          </w:tcPr>
          <w:p>
            <w:r>
              <w:t>郭俊辉</w:t>
            </w:r>
          </w:p>
        </w:tc>
      </w:tr>
      <w:tr>
        <w:tc>
          <w:tcPr>
            <w:tcW w:type="dxa" w:w="4320"/>
          </w:tcPr>
          <w:p>
            <w:r>
              <w:t>20242228145</w:t>
            </w:r>
          </w:p>
        </w:tc>
        <w:tc>
          <w:tcPr>
            <w:tcW w:type="dxa" w:w="4320"/>
          </w:tcPr>
          <w:p>
            <w:r>
              <w:t>万家洋</w:t>
            </w:r>
          </w:p>
        </w:tc>
      </w:tr>
      <w:tr>
        <w:tc>
          <w:tcPr>
            <w:tcW w:type="dxa" w:w="4320"/>
          </w:tcPr>
          <w:p>
            <w:r>
              <w:t>20242228177</w:t>
            </w:r>
          </w:p>
        </w:tc>
        <w:tc>
          <w:tcPr>
            <w:tcW w:type="dxa" w:w="4320"/>
          </w:tcPr>
          <w:p>
            <w:r>
              <w:t>孙乐</w:t>
            </w:r>
          </w:p>
        </w:tc>
      </w:tr>
      <w:tr>
        <w:tc>
          <w:tcPr>
            <w:tcW w:type="dxa" w:w="4320"/>
          </w:tcPr>
          <w:p>
            <w:r>
              <w:t>20242228211</w:t>
            </w:r>
          </w:p>
        </w:tc>
        <w:tc>
          <w:tcPr>
            <w:tcW w:type="dxa" w:w="4320"/>
          </w:tcPr>
          <w:p>
            <w:r>
              <w:t>陈小天</w:t>
            </w:r>
          </w:p>
        </w:tc>
      </w:tr>
      <w:tr>
        <w:tc>
          <w:tcPr>
            <w:tcW w:type="dxa" w:w="4320"/>
          </w:tcPr>
          <w:p>
            <w:r>
              <w:t>20242228224</w:t>
            </w:r>
          </w:p>
        </w:tc>
        <w:tc>
          <w:tcPr>
            <w:tcW w:type="dxa" w:w="4320"/>
          </w:tcPr>
          <w:p>
            <w:r>
              <w:t>周林东</w:t>
            </w:r>
          </w:p>
        </w:tc>
      </w:tr>
      <w:tr>
        <w:tc>
          <w:tcPr>
            <w:tcW w:type="dxa" w:w="4320"/>
          </w:tcPr>
          <w:p>
            <w:r>
              <w:t>20242228247</w:t>
            </w:r>
          </w:p>
        </w:tc>
        <w:tc>
          <w:tcPr>
            <w:tcW w:type="dxa" w:w="4320"/>
          </w:tcPr>
          <w:p>
            <w:r>
              <w:t>汪子然</w:t>
            </w:r>
          </w:p>
        </w:tc>
      </w:tr>
      <w:tr>
        <w:tc>
          <w:tcPr>
            <w:tcW w:type="dxa" w:w="4320"/>
          </w:tcPr>
          <w:p>
            <w:r>
              <w:t>20242228256</w:t>
            </w:r>
          </w:p>
        </w:tc>
        <w:tc>
          <w:tcPr>
            <w:tcW w:type="dxa" w:w="4320"/>
          </w:tcPr>
          <w:p>
            <w:r>
              <w:t>周子贺</w:t>
            </w:r>
          </w:p>
        </w:tc>
      </w:tr>
      <w:tr>
        <w:tc>
          <w:tcPr>
            <w:tcW w:type="dxa" w:w="4320"/>
          </w:tcPr>
          <w:p>
            <w:r>
              <w:t>20242228328</w:t>
            </w:r>
          </w:p>
        </w:tc>
        <w:tc>
          <w:tcPr>
            <w:tcW w:type="dxa" w:w="4320"/>
          </w:tcPr>
          <w:p>
            <w:r>
              <w:t>王晶</w:t>
            </w:r>
          </w:p>
        </w:tc>
      </w:tr>
      <w:tr>
        <w:tc>
          <w:tcPr>
            <w:tcW w:type="dxa" w:w="4320"/>
          </w:tcPr>
          <w:p>
            <w:r>
              <w:t>20242228462</w:t>
            </w:r>
          </w:p>
        </w:tc>
        <w:tc>
          <w:tcPr>
            <w:tcW w:type="dxa" w:w="4320"/>
          </w:tcPr>
          <w:p>
            <w:r>
              <w:t>范卓尧</w:t>
            </w:r>
          </w:p>
        </w:tc>
      </w:tr>
      <w:tr>
        <w:tc>
          <w:tcPr>
            <w:tcW w:type="dxa" w:w="4320"/>
          </w:tcPr>
          <w:p>
            <w:r>
              <w:t>20242228468</w:t>
            </w:r>
          </w:p>
        </w:tc>
        <w:tc>
          <w:tcPr>
            <w:tcW w:type="dxa" w:w="4320"/>
          </w:tcPr>
          <w:p>
            <w:r>
              <w:t>高文奂</w:t>
            </w:r>
          </w:p>
        </w:tc>
      </w:tr>
      <w:tr>
        <w:tc>
          <w:tcPr>
            <w:tcW w:type="dxa" w:w="4320"/>
          </w:tcPr>
          <w:p>
            <w:r>
              <w:t>20242228613</w:t>
            </w:r>
          </w:p>
        </w:tc>
        <w:tc>
          <w:tcPr>
            <w:tcW w:type="dxa" w:w="4320"/>
          </w:tcPr>
          <w:p>
            <w:r>
              <w:t>马星野</w:t>
            </w:r>
          </w:p>
        </w:tc>
      </w:tr>
      <w:tr>
        <w:tc>
          <w:tcPr>
            <w:tcW w:type="dxa" w:w="4320"/>
          </w:tcPr>
          <w:p>
            <w:r>
              <w:t>20242228646</w:t>
            </w:r>
          </w:p>
        </w:tc>
        <w:tc>
          <w:tcPr>
            <w:tcW w:type="dxa" w:w="4320"/>
          </w:tcPr>
          <w:p>
            <w:r>
              <w:t>简宇涛</w:t>
            </w:r>
          </w:p>
        </w:tc>
      </w:tr>
      <w:tr>
        <w:tc>
          <w:tcPr>
            <w:tcW w:type="dxa" w:w="4320"/>
          </w:tcPr>
          <w:p>
            <w:r>
              <w:t>20242228711</w:t>
            </w:r>
          </w:p>
        </w:tc>
        <w:tc>
          <w:tcPr>
            <w:tcW w:type="dxa" w:w="4320"/>
          </w:tcPr>
          <w:p>
            <w:r>
              <w:t>王子骏</w:t>
            </w:r>
          </w:p>
        </w:tc>
      </w:tr>
      <w:tr>
        <w:tc>
          <w:tcPr>
            <w:tcW w:type="dxa" w:w="4320"/>
          </w:tcPr>
          <w:p>
            <w:r>
              <w:t>20242228731</w:t>
            </w:r>
          </w:p>
        </w:tc>
        <w:tc>
          <w:tcPr>
            <w:tcW w:type="dxa" w:w="4320"/>
          </w:tcPr>
          <w:p>
            <w:r>
              <w:t>王雨笛</w:t>
            </w:r>
          </w:p>
        </w:tc>
      </w:tr>
      <w:tr>
        <w:tc>
          <w:tcPr>
            <w:tcW w:type="dxa" w:w="4320"/>
          </w:tcPr>
          <w:p>
            <w:r>
              <w:t>20242228739</w:t>
            </w:r>
          </w:p>
        </w:tc>
        <w:tc>
          <w:tcPr>
            <w:tcW w:type="dxa" w:w="4320"/>
          </w:tcPr>
          <w:p>
            <w:r>
              <w:t>王祝康</w:t>
            </w:r>
          </w:p>
        </w:tc>
      </w:tr>
      <w:tr>
        <w:tc>
          <w:tcPr>
            <w:tcW w:type="dxa" w:w="4320"/>
          </w:tcPr>
          <w:p>
            <w:r>
              <w:t>20242228778</w:t>
            </w:r>
          </w:p>
        </w:tc>
        <w:tc>
          <w:tcPr>
            <w:tcW w:type="dxa" w:w="4320"/>
          </w:tcPr>
          <w:p>
            <w:r>
              <w:t>王一卓</w:t>
            </w:r>
          </w:p>
        </w:tc>
      </w:tr>
      <w:tr>
        <w:tc>
          <w:tcPr>
            <w:tcW w:type="dxa" w:w="4320"/>
          </w:tcPr>
          <w:p>
            <w:r>
              <w:t>20242228804</w:t>
            </w:r>
          </w:p>
        </w:tc>
        <w:tc>
          <w:tcPr>
            <w:tcW w:type="dxa" w:w="4320"/>
          </w:tcPr>
          <w:p>
            <w:r>
              <w:t>洪珩轶</w:t>
            </w:r>
          </w:p>
        </w:tc>
      </w:tr>
      <w:tr>
        <w:tc>
          <w:tcPr>
            <w:tcW w:type="dxa" w:w="4320"/>
          </w:tcPr>
          <w:p>
            <w:r>
              <w:t>20242228821</w:t>
            </w:r>
          </w:p>
        </w:tc>
        <w:tc>
          <w:tcPr>
            <w:tcW w:type="dxa" w:w="4320"/>
          </w:tcPr>
          <w:p>
            <w:r>
              <w:t>唐俊峰</w:t>
            </w:r>
          </w:p>
        </w:tc>
      </w:tr>
      <w:tr>
        <w:tc>
          <w:tcPr>
            <w:tcW w:type="dxa" w:w="4320"/>
          </w:tcPr>
          <w:p>
            <w:r>
              <w:t>20242228832</w:t>
            </w:r>
          </w:p>
        </w:tc>
        <w:tc>
          <w:tcPr>
            <w:tcW w:type="dxa" w:w="4320"/>
          </w:tcPr>
          <w:p>
            <w:r>
              <w:t>张一帆</w:t>
            </w:r>
          </w:p>
        </w:tc>
      </w:tr>
      <w:tr>
        <w:tc>
          <w:tcPr>
            <w:tcW w:type="dxa" w:w="4320"/>
          </w:tcPr>
          <w:p>
            <w:r>
              <w:t>20242228857</w:t>
            </w:r>
          </w:p>
        </w:tc>
        <w:tc>
          <w:tcPr>
            <w:tcW w:type="dxa" w:w="4320"/>
          </w:tcPr>
          <w:p>
            <w:r>
              <w:t>耿淳</w:t>
            </w:r>
          </w:p>
        </w:tc>
      </w:tr>
      <w:tr>
        <w:tc>
          <w:tcPr>
            <w:tcW w:type="dxa" w:w="4320"/>
          </w:tcPr>
          <w:p>
            <w:r>
              <w:t>20242228886</w:t>
            </w:r>
          </w:p>
        </w:tc>
        <w:tc>
          <w:tcPr>
            <w:tcW w:type="dxa" w:w="4320"/>
          </w:tcPr>
          <w:p>
            <w:r>
              <w:t>朱天琪</w:t>
            </w:r>
          </w:p>
        </w:tc>
      </w:tr>
      <w:tr>
        <w:tc>
          <w:tcPr>
            <w:tcW w:type="dxa" w:w="4320"/>
          </w:tcPr>
          <w:p>
            <w:r>
              <w:t>20242228892</w:t>
            </w:r>
          </w:p>
        </w:tc>
        <w:tc>
          <w:tcPr>
            <w:tcW w:type="dxa" w:w="4320"/>
          </w:tcPr>
          <w:p>
            <w:r>
              <w:t>杨绎民</w:t>
            </w:r>
          </w:p>
        </w:tc>
      </w:tr>
      <w:tr>
        <w:tc>
          <w:tcPr>
            <w:tcW w:type="dxa" w:w="4320"/>
          </w:tcPr>
          <w:p>
            <w:r>
              <w:t>20242228918</w:t>
            </w:r>
          </w:p>
        </w:tc>
        <w:tc>
          <w:tcPr>
            <w:tcW w:type="dxa" w:w="4320"/>
          </w:tcPr>
          <w:p>
            <w:r>
              <w:t>孔瑞盈</w:t>
            </w:r>
          </w:p>
        </w:tc>
      </w:tr>
      <w:tr>
        <w:tc>
          <w:tcPr>
            <w:tcW w:type="dxa" w:w="4320"/>
          </w:tcPr>
          <w:p>
            <w:r>
              <w:t>20242229014</w:t>
            </w:r>
          </w:p>
        </w:tc>
        <w:tc>
          <w:tcPr>
            <w:tcW w:type="dxa" w:w="4320"/>
          </w:tcPr>
          <w:p>
            <w:r>
              <w:t>齐宇兴</w:t>
            </w:r>
          </w:p>
        </w:tc>
      </w:tr>
      <w:tr>
        <w:tc>
          <w:tcPr>
            <w:tcW w:type="dxa" w:w="4320"/>
          </w:tcPr>
          <w:p>
            <w:r>
              <w:t>20242229069</w:t>
            </w:r>
          </w:p>
        </w:tc>
        <w:tc>
          <w:tcPr>
            <w:tcW w:type="dxa" w:w="4320"/>
          </w:tcPr>
          <w:p>
            <w:r>
              <w:t>杜婉霖</w:t>
            </w:r>
          </w:p>
        </w:tc>
      </w:tr>
      <w:tr>
        <w:tc>
          <w:tcPr>
            <w:tcW w:type="dxa" w:w="4320"/>
          </w:tcPr>
          <w:p>
            <w:r>
              <w:t>20242229086</w:t>
            </w:r>
          </w:p>
        </w:tc>
        <w:tc>
          <w:tcPr>
            <w:tcW w:type="dxa" w:w="4320"/>
          </w:tcPr>
          <w:p>
            <w:r>
              <w:t>吴恩帅</w:t>
            </w:r>
          </w:p>
        </w:tc>
      </w:tr>
      <w:tr>
        <w:tc>
          <w:tcPr>
            <w:tcW w:type="dxa" w:w="4320"/>
          </w:tcPr>
          <w:p>
            <w:r>
              <w:t>20242229106</w:t>
            </w:r>
          </w:p>
        </w:tc>
        <w:tc>
          <w:tcPr>
            <w:tcW w:type="dxa" w:w="4320"/>
          </w:tcPr>
          <w:p>
            <w:r>
              <w:t>梁一丁</w:t>
            </w:r>
          </w:p>
        </w:tc>
      </w:tr>
      <w:tr>
        <w:tc>
          <w:tcPr>
            <w:tcW w:type="dxa" w:w="4320"/>
          </w:tcPr>
          <w:p>
            <w:r>
              <w:t>20242229117</w:t>
            </w:r>
          </w:p>
        </w:tc>
        <w:tc>
          <w:tcPr>
            <w:tcW w:type="dxa" w:w="4320"/>
          </w:tcPr>
          <w:p>
            <w:r>
              <w:t>许馨方</w:t>
            </w:r>
          </w:p>
        </w:tc>
      </w:tr>
      <w:tr>
        <w:tc>
          <w:tcPr>
            <w:tcW w:type="dxa" w:w="4320"/>
          </w:tcPr>
          <w:p>
            <w:r>
              <w:t>20242229163</w:t>
            </w:r>
          </w:p>
        </w:tc>
        <w:tc>
          <w:tcPr>
            <w:tcW w:type="dxa" w:w="4320"/>
          </w:tcPr>
          <w:p>
            <w:r>
              <w:t>赵晨辰</w:t>
            </w:r>
          </w:p>
        </w:tc>
      </w:tr>
      <w:tr>
        <w:tc>
          <w:tcPr>
            <w:tcW w:type="dxa" w:w="4320"/>
          </w:tcPr>
          <w:p>
            <w:r>
              <w:t>20242229177</w:t>
            </w:r>
          </w:p>
        </w:tc>
        <w:tc>
          <w:tcPr>
            <w:tcW w:type="dxa" w:w="4320"/>
          </w:tcPr>
          <w:p>
            <w:r>
              <w:t>翟心悦</w:t>
            </w:r>
          </w:p>
        </w:tc>
      </w:tr>
      <w:tr>
        <w:tc>
          <w:tcPr>
            <w:tcW w:type="dxa" w:w="4320"/>
          </w:tcPr>
          <w:p>
            <w:r>
              <w:t>20242229224</w:t>
            </w:r>
          </w:p>
        </w:tc>
        <w:tc>
          <w:tcPr>
            <w:tcW w:type="dxa" w:w="4320"/>
          </w:tcPr>
          <w:p>
            <w:r>
              <w:t>李若木</w:t>
            </w:r>
          </w:p>
        </w:tc>
      </w:tr>
      <w:tr>
        <w:tc>
          <w:tcPr>
            <w:tcW w:type="dxa" w:w="4320"/>
          </w:tcPr>
          <w:p>
            <w:r>
              <w:t>20242229269</w:t>
            </w:r>
          </w:p>
        </w:tc>
        <w:tc>
          <w:tcPr>
            <w:tcW w:type="dxa" w:w="4320"/>
          </w:tcPr>
          <w:p>
            <w:r>
              <w:t>邹雨君</w:t>
            </w:r>
          </w:p>
        </w:tc>
      </w:tr>
      <w:tr>
        <w:tc>
          <w:tcPr>
            <w:tcW w:type="dxa" w:w="4320"/>
          </w:tcPr>
          <w:p>
            <w:r>
              <w:t>20242229287</w:t>
            </w:r>
          </w:p>
        </w:tc>
        <w:tc>
          <w:tcPr>
            <w:tcW w:type="dxa" w:w="4320"/>
          </w:tcPr>
          <w:p>
            <w:r>
              <w:t>吴康岐</w:t>
            </w:r>
          </w:p>
        </w:tc>
      </w:tr>
      <w:tr>
        <w:tc>
          <w:tcPr>
            <w:tcW w:type="dxa" w:w="4320"/>
          </w:tcPr>
          <w:p>
            <w:r>
              <w:t>20242229338</w:t>
            </w:r>
          </w:p>
        </w:tc>
        <w:tc>
          <w:tcPr>
            <w:tcW w:type="dxa" w:w="4320"/>
          </w:tcPr>
          <w:p>
            <w:r>
              <w:t>吴嘉玮</w:t>
            </w:r>
          </w:p>
        </w:tc>
      </w:tr>
      <w:tr>
        <w:tc>
          <w:tcPr>
            <w:tcW w:type="dxa" w:w="4320"/>
          </w:tcPr>
          <w:p>
            <w:r>
              <w:t>20242229378</w:t>
            </w:r>
          </w:p>
        </w:tc>
        <w:tc>
          <w:tcPr>
            <w:tcW w:type="dxa" w:w="4320"/>
          </w:tcPr>
          <w:p>
            <w:r>
              <w:t>周雨霏</w:t>
            </w:r>
          </w:p>
        </w:tc>
      </w:tr>
      <w:tr>
        <w:tc>
          <w:tcPr>
            <w:tcW w:type="dxa" w:w="4320"/>
          </w:tcPr>
          <w:p>
            <w:r>
              <w:t>20242229421</w:t>
            </w:r>
          </w:p>
        </w:tc>
        <w:tc>
          <w:tcPr>
            <w:tcW w:type="dxa" w:w="4320"/>
          </w:tcPr>
          <w:p>
            <w:r>
              <w:t>白羽祺</w:t>
            </w:r>
          </w:p>
        </w:tc>
      </w:tr>
      <w:tr>
        <w:tc>
          <w:tcPr>
            <w:tcW w:type="dxa" w:w="4320"/>
          </w:tcPr>
          <w:p>
            <w:r>
              <w:t>20242229441</w:t>
            </w:r>
          </w:p>
        </w:tc>
        <w:tc>
          <w:tcPr>
            <w:tcW w:type="dxa" w:w="4320"/>
          </w:tcPr>
          <w:p>
            <w:r>
              <w:t>刘晨宇</w:t>
            </w:r>
          </w:p>
        </w:tc>
      </w:tr>
      <w:tr>
        <w:tc>
          <w:tcPr>
            <w:tcW w:type="dxa" w:w="4320"/>
          </w:tcPr>
          <w:p>
            <w:r>
              <w:t>20242229520</w:t>
            </w:r>
          </w:p>
        </w:tc>
        <w:tc>
          <w:tcPr>
            <w:tcW w:type="dxa" w:w="4320"/>
          </w:tcPr>
          <w:p>
            <w:r>
              <w:t>黄兵</w:t>
            </w:r>
          </w:p>
        </w:tc>
      </w:tr>
      <w:tr>
        <w:tc>
          <w:tcPr>
            <w:tcW w:type="dxa" w:w="4320"/>
          </w:tcPr>
          <w:p>
            <w:r>
              <w:t>20242229538</w:t>
            </w:r>
          </w:p>
        </w:tc>
        <w:tc>
          <w:tcPr>
            <w:tcW w:type="dxa" w:w="4320"/>
          </w:tcPr>
          <w:p>
            <w:r>
              <w:t>盛子涵</w:t>
            </w:r>
          </w:p>
        </w:tc>
      </w:tr>
      <w:tr>
        <w:tc>
          <w:tcPr>
            <w:tcW w:type="dxa" w:w="4320"/>
          </w:tcPr>
          <w:p>
            <w:r>
              <w:t>20242229577</w:t>
            </w:r>
          </w:p>
        </w:tc>
        <w:tc>
          <w:tcPr>
            <w:tcW w:type="dxa" w:w="4320"/>
          </w:tcPr>
          <w:p>
            <w:r>
              <w:t>石嘉颖</w:t>
            </w:r>
          </w:p>
        </w:tc>
      </w:tr>
      <w:tr>
        <w:tc>
          <w:tcPr>
            <w:tcW w:type="dxa" w:w="4320"/>
          </w:tcPr>
          <w:p>
            <w:r>
              <w:t>20242229629</w:t>
            </w:r>
          </w:p>
        </w:tc>
        <w:tc>
          <w:tcPr>
            <w:tcW w:type="dxa" w:w="4320"/>
          </w:tcPr>
          <w:p>
            <w:r>
              <w:t>郭雨莘</w:t>
            </w:r>
          </w:p>
        </w:tc>
      </w:tr>
      <w:tr>
        <w:tc>
          <w:tcPr>
            <w:tcW w:type="dxa" w:w="4320"/>
          </w:tcPr>
          <w:p>
            <w:r>
              <w:t>20242229691</w:t>
            </w:r>
          </w:p>
        </w:tc>
        <w:tc>
          <w:tcPr>
            <w:tcW w:type="dxa" w:w="4320"/>
          </w:tcPr>
          <w:p>
            <w:r>
              <w:t>卢梦</w:t>
            </w:r>
          </w:p>
        </w:tc>
      </w:tr>
      <w:tr>
        <w:tc>
          <w:tcPr>
            <w:tcW w:type="dxa" w:w="4320"/>
          </w:tcPr>
          <w:p>
            <w:r>
              <w:t>20242229738</w:t>
            </w:r>
          </w:p>
        </w:tc>
        <w:tc>
          <w:tcPr>
            <w:tcW w:type="dxa" w:w="4320"/>
          </w:tcPr>
          <w:p>
            <w:r>
              <w:t>朱皆霖</w:t>
            </w:r>
          </w:p>
        </w:tc>
      </w:tr>
      <w:tr>
        <w:tc>
          <w:tcPr>
            <w:tcW w:type="dxa" w:w="4320"/>
          </w:tcPr>
          <w:p>
            <w:r>
              <w:t>20242229834</w:t>
            </w:r>
          </w:p>
        </w:tc>
        <w:tc>
          <w:tcPr>
            <w:tcW w:type="dxa" w:w="4320"/>
          </w:tcPr>
          <w:p>
            <w:r>
              <w:t>杜坦隆</w:t>
            </w:r>
          </w:p>
        </w:tc>
      </w:tr>
      <w:tr>
        <w:tc>
          <w:tcPr>
            <w:tcW w:type="dxa" w:w="4320"/>
          </w:tcPr>
          <w:p>
            <w:r>
              <w:t>20242230083</w:t>
            </w:r>
          </w:p>
        </w:tc>
        <w:tc>
          <w:tcPr>
            <w:tcW w:type="dxa" w:w="4320"/>
          </w:tcPr>
          <w:p>
            <w:r>
              <w:t>李明晓</w:t>
            </w:r>
          </w:p>
        </w:tc>
      </w:tr>
      <w:tr>
        <w:tc>
          <w:tcPr>
            <w:tcW w:type="dxa" w:w="4320"/>
          </w:tcPr>
          <w:p>
            <w:r>
              <w:t>20242230210</w:t>
            </w:r>
          </w:p>
        </w:tc>
        <w:tc>
          <w:tcPr>
            <w:tcW w:type="dxa" w:w="4320"/>
          </w:tcPr>
          <w:p>
            <w:r>
              <w:t>杨晓</w:t>
            </w:r>
          </w:p>
        </w:tc>
      </w:tr>
      <w:tr>
        <w:tc>
          <w:tcPr>
            <w:tcW w:type="dxa" w:w="4320"/>
          </w:tcPr>
          <w:p>
            <w:r>
              <w:t>20242230214</w:t>
            </w:r>
          </w:p>
        </w:tc>
        <w:tc>
          <w:tcPr>
            <w:tcW w:type="dxa" w:w="4320"/>
          </w:tcPr>
          <w:p>
            <w:r>
              <w:t>李学</w:t>
            </w:r>
          </w:p>
        </w:tc>
      </w:tr>
      <w:tr>
        <w:tc>
          <w:tcPr>
            <w:tcW w:type="dxa" w:w="4320"/>
          </w:tcPr>
          <w:p>
            <w:r>
              <w:t>20242230379</w:t>
            </w:r>
          </w:p>
        </w:tc>
        <w:tc>
          <w:tcPr>
            <w:tcW w:type="dxa" w:w="4320"/>
          </w:tcPr>
          <w:p>
            <w:r>
              <w:t>陈欣竹</w:t>
            </w:r>
          </w:p>
        </w:tc>
      </w:tr>
      <w:tr>
        <w:tc>
          <w:tcPr>
            <w:tcW w:type="dxa" w:w="4320"/>
          </w:tcPr>
          <w:p>
            <w:r>
              <w:t>20242230390</w:t>
            </w:r>
          </w:p>
        </w:tc>
        <w:tc>
          <w:tcPr>
            <w:tcW w:type="dxa" w:w="4320"/>
          </w:tcPr>
          <w:p>
            <w:r>
              <w:t>宁贝曦</w:t>
            </w:r>
          </w:p>
        </w:tc>
      </w:tr>
      <w:tr>
        <w:tc>
          <w:tcPr>
            <w:tcW w:type="dxa" w:w="4320"/>
          </w:tcPr>
          <w:p>
            <w:r>
              <w:t>20242230396</w:t>
            </w:r>
          </w:p>
        </w:tc>
        <w:tc>
          <w:tcPr>
            <w:tcW w:type="dxa" w:w="4320"/>
          </w:tcPr>
          <w:p>
            <w:r>
              <w:t>章轩然</w:t>
            </w:r>
          </w:p>
        </w:tc>
      </w:tr>
      <w:tr>
        <w:tc>
          <w:tcPr>
            <w:tcW w:type="dxa" w:w="4320"/>
          </w:tcPr>
          <w:p>
            <w:r>
              <w:t>20242230404</w:t>
            </w:r>
          </w:p>
        </w:tc>
        <w:tc>
          <w:tcPr>
            <w:tcW w:type="dxa" w:w="4320"/>
          </w:tcPr>
          <w:p>
            <w:r>
              <w:t>杨辉</w:t>
            </w:r>
          </w:p>
        </w:tc>
      </w:tr>
      <w:tr>
        <w:tc>
          <w:tcPr>
            <w:tcW w:type="dxa" w:w="4320"/>
          </w:tcPr>
          <w:p>
            <w:r>
              <w:t>20242230486</w:t>
            </w:r>
          </w:p>
        </w:tc>
        <w:tc>
          <w:tcPr>
            <w:tcW w:type="dxa" w:w="4320"/>
          </w:tcPr>
          <w:p>
            <w:r>
              <w:t>孙增祎</w:t>
            </w:r>
          </w:p>
        </w:tc>
      </w:tr>
      <w:tr>
        <w:tc>
          <w:tcPr>
            <w:tcW w:type="dxa" w:w="4320"/>
          </w:tcPr>
          <w:p>
            <w:r>
              <w:t>20242230489</w:t>
            </w:r>
          </w:p>
        </w:tc>
        <w:tc>
          <w:tcPr>
            <w:tcW w:type="dxa" w:w="4320"/>
          </w:tcPr>
          <w:p>
            <w:r>
              <w:t>金晓莱</w:t>
            </w:r>
          </w:p>
        </w:tc>
      </w:tr>
      <w:tr>
        <w:tc>
          <w:tcPr>
            <w:tcW w:type="dxa" w:w="4320"/>
          </w:tcPr>
          <w:p>
            <w:r>
              <w:t>20242230513</w:t>
            </w:r>
          </w:p>
        </w:tc>
        <w:tc>
          <w:tcPr>
            <w:tcW w:type="dxa" w:w="4320"/>
          </w:tcPr>
          <w:p>
            <w:r>
              <w:t>孔金榜</w:t>
            </w:r>
          </w:p>
        </w:tc>
      </w:tr>
      <w:tr>
        <w:tc>
          <w:tcPr>
            <w:tcW w:type="dxa" w:w="4320"/>
          </w:tcPr>
          <w:p>
            <w:r>
              <w:t>20242230527</w:t>
            </w:r>
          </w:p>
        </w:tc>
        <w:tc>
          <w:tcPr>
            <w:tcW w:type="dxa" w:w="4320"/>
          </w:tcPr>
          <w:p>
            <w:r>
              <w:t>韩棱</w:t>
            </w:r>
          </w:p>
        </w:tc>
      </w:tr>
      <w:tr>
        <w:tc>
          <w:tcPr>
            <w:tcW w:type="dxa" w:w="4320"/>
          </w:tcPr>
          <w:p>
            <w:r>
              <w:t>20242230531</w:t>
            </w:r>
          </w:p>
        </w:tc>
        <w:tc>
          <w:tcPr>
            <w:tcW w:type="dxa" w:w="4320"/>
          </w:tcPr>
          <w:p>
            <w:r>
              <w:t>吴哲</w:t>
            </w:r>
          </w:p>
        </w:tc>
      </w:tr>
      <w:tr>
        <w:tc>
          <w:tcPr>
            <w:tcW w:type="dxa" w:w="4320"/>
          </w:tcPr>
          <w:p>
            <w:r>
              <w:t>20242230535</w:t>
            </w:r>
          </w:p>
        </w:tc>
        <w:tc>
          <w:tcPr>
            <w:tcW w:type="dxa" w:w="4320"/>
          </w:tcPr>
          <w:p>
            <w:r>
              <w:t>熊健冰</w:t>
            </w:r>
          </w:p>
        </w:tc>
      </w:tr>
      <w:tr>
        <w:tc>
          <w:tcPr>
            <w:tcW w:type="dxa" w:w="4320"/>
          </w:tcPr>
          <w:p>
            <w:r>
              <w:t>20242230552</w:t>
            </w:r>
          </w:p>
        </w:tc>
        <w:tc>
          <w:tcPr>
            <w:tcW w:type="dxa" w:w="4320"/>
          </w:tcPr>
          <w:p>
            <w:r>
              <w:t>江杰</w:t>
            </w:r>
          </w:p>
        </w:tc>
      </w:tr>
      <w:tr>
        <w:tc>
          <w:tcPr>
            <w:tcW w:type="dxa" w:w="4320"/>
          </w:tcPr>
          <w:p>
            <w:r>
              <w:t>20242230553</w:t>
            </w:r>
          </w:p>
        </w:tc>
        <w:tc>
          <w:tcPr>
            <w:tcW w:type="dxa" w:w="4320"/>
          </w:tcPr>
          <w:p>
            <w:r>
              <w:t>王思远</w:t>
            </w:r>
          </w:p>
        </w:tc>
      </w:tr>
      <w:tr>
        <w:tc>
          <w:tcPr>
            <w:tcW w:type="dxa" w:w="4320"/>
          </w:tcPr>
          <w:p>
            <w:r>
              <w:t>20242230568</w:t>
            </w:r>
          </w:p>
        </w:tc>
        <w:tc>
          <w:tcPr>
            <w:tcW w:type="dxa" w:w="4320"/>
          </w:tcPr>
          <w:p>
            <w:r>
              <w:t>杨凯宁</w:t>
            </w:r>
          </w:p>
        </w:tc>
      </w:tr>
      <w:tr>
        <w:tc>
          <w:tcPr>
            <w:tcW w:type="dxa" w:w="4320"/>
          </w:tcPr>
          <w:p>
            <w:r>
              <w:t>20242230577</w:t>
            </w:r>
          </w:p>
        </w:tc>
        <w:tc>
          <w:tcPr>
            <w:tcW w:type="dxa" w:w="4320"/>
          </w:tcPr>
          <w:p>
            <w:r>
              <w:t>杨皓然</w:t>
            </w:r>
          </w:p>
        </w:tc>
      </w:tr>
      <w:tr>
        <w:tc>
          <w:tcPr>
            <w:tcW w:type="dxa" w:w="4320"/>
          </w:tcPr>
          <w:p>
            <w:r>
              <w:t>20242230582</w:t>
            </w:r>
          </w:p>
        </w:tc>
        <w:tc>
          <w:tcPr>
            <w:tcW w:type="dxa" w:w="4320"/>
          </w:tcPr>
          <w:p>
            <w:r>
              <w:t>丛楷轩</w:t>
            </w:r>
          </w:p>
        </w:tc>
      </w:tr>
      <w:tr>
        <w:tc>
          <w:tcPr>
            <w:tcW w:type="dxa" w:w="4320"/>
          </w:tcPr>
          <w:p>
            <w:r>
              <w:t>20242230610</w:t>
            </w:r>
          </w:p>
        </w:tc>
        <w:tc>
          <w:tcPr>
            <w:tcW w:type="dxa" w:w="4320"/>
          </w:tcPr>
          <w:p>
            <w:r>
              <w:t>杨博涵</w:t>
            </w:r>
          </w:p>
        </w:tc>
      </w:tr>
      <w:tr>
        <w:tc>
          <w:tcPr>
            <w:tcW w:type="dxa" w:w="4320"/>
          </w:tcPr>
          <w:p>
            <w:r>
              <w:t>20242230651</w:t>
            </w:r>
          </w:p>
        </w:tc>
        <w:tc>
          <w:tcPr>
            <w:tcW w:type="dxa" w:w="4320"/>
          </w:tcPr>
          <w:p>
            <w:r>
              <w:t>胡梦豪</w:t>
            </w:r>
          </w:p>
        </w:tc>
      </w:tr>
      <w:tr>
        <w:tc>
          <w:tcPr>
            <w:tcW w:type="dxa" w:w="4320"/>
          </w:tcPr>
          <w:p>
            <w:r>
              <w:t>20242230710</w:t>
            </w:r>
          </w:p>
        </w:tc>
        <w:tc>
          <w:tcPr>
            <w:tcW w:type="dxa" w:w="4320"/>
          </w:tcPr>
          <w:p>
            <w:r>
              <w:t>杨子欣</w:t>
            </w:r>
          </w:p>
        </w:tc>
      </w:tr>
      <w:tr>
        <w:tc>
          <w:tcPr>
            <w:tcW w:type="dxa" w:w="4320"/>
          </w:tcPr>
          <w:p>
            <w:r>
              <w:t>20242230727</w:t>
            </w:r>
          </w:p>
        </w:tc>
        <w:tc>
          <w:tcPr>
            <w:tcW w:type="dxa" w:w="4320"/>
          </w:tcPr>
          <w:p>
            <w:r>
              <w:t>刘浩航</w:t>
            </w:r>
          </w:p>
        </w:tc>
      </w:tr>
      <w:tr>
        <w:tc>
          <w:tcPr>
            <w:tcW w:type="dxa" w:w="4320"/>
          </w:tcPr>
          <w:p>
            <w:r>
              <w:t>20242230728</w:t>
            </w:r>
          </w:p>
        </w:tc>
        <w:tc>
          <w:tcPr>
            <w:tcW w:type="dxa" w:w="4320"/>
          </w:tcPr>
          <w:p>
            <w:r>
              <w:t>朱正兴</w:t>
            </w:r>
          </w:p>
        </w:tc>
      </w:tr>
      <w:tr>
        <w:tc>
          <w:tcPr>
            <w:tcW w:type="dxa" w:w="4320"/>
          </w:tcPr>
          <w:p>
            <w:r>
              <w:t>20242230772</w:t>
            </w:r>
          </w:p>
        </w:tc>
        <w:tc>
          <w:tcPr>
            <w:tcW w:type="dxa" w:w="4320"/>
          </w:tcPr>
          <w:p>
            <w:r>
              <w:t>杨家琪</w:t>
            </w:r>
          </w:p>
        </w:tc>
      </w:tr>
      <w:tr>
        <w:tc>
          <w:tcPr>
            <w:tcW w:type="dxa" w:w="4320"/>
          </w:tcPr>
          <w:p>
            <w:r>
              <w:t>20242230778</w:t>
            </w:r>
          </w:p>
        </w:tc>
        <w:tc>
          <w:tcPr>
            <w:tcW w:type="dxa" w:w="4320"/>
          </w:tcPr>
          <w:p>
            <w:r>
              <w:t>郑唯易</w:t>
            </w:r>
          </w:p>
        </w:tc>
      </w:tr>
      <w:tr>
        <w:tc>
          <w:tcPr>
            <w:tcW w:type="dxa" w:w="4320"/>
          </w:tcPr>
          <w:p>
            <w:r>
              <w:t>20242230807</w:t>
            </w:r>
          </w:p>
        </w:tc>
        <w:tc>
          <w:tcPr>
            <w:tcW w:type="dxa" w:w="4320"/>
          </w:tcPr>
          <w:p>
            <w:r>
              <w:t>李雨键</w:t>
            </w:r>
          </w:p>
        </w:tc>
      </w:tr>
      <w:tr>
        <w:tc>
          <w:tcPr>
            <w:tcW w:type="dxa" w:w="4320"/>
          </w:tcPr>
          <w:p>
            <w:r>
              <w:t>20242230808</w:t>
            </w:r>
          </w:p>
        </w:tc>
        <w:tc>
          <w:tcPr>
            <w:tcW w:type="dxa" w:w="4320"/>
          </w:tcPr>
          <w:p>
            <w:r>
              <w:t>陈明哲</w:t>
            </w:r>
          </w:p>
        </w:tc>
      </w:tr>
      <w:tr>
        <w:tc>
          <w:tcPr>
            <w:tcW w:type="dxa" w:w="4320"/>
          </w:tcPr>
          <w:p>
            <w:r>
              <w:t>20242230809</w:t>
            </w:r>
          </w:p>
        </w:tc>
        <w:tc>
          <w:tcPr>
            <w:tcW w:type="dxa" w:w="4320"/>
          </w:tcPr>
          <w:p>
            <w:r>
              <w:t>陈雨禾</w:t>
            </w:r>
          </w:p>
        </w:tc>
      </w:tr>
      <w:tr>
        <w:tc>
          <w:tcPr>
            <w:tcW w:type="dxa" w:w="4320"/>
          </w:tcPr>
          <w:p>
            <w:r>
              <w:t>20242230823</w:t>
            </w:r>
          </w:p>
        </w:tc>
        <w:tc>
          <w:tcPr>
            <w:tcW w:type="dxa" w:w="4320"/>
          </w:tcPr>
          <w:p>
            <w:r>
              <w:t>孙克凡</w:t>
            </w:r>
          </w:p>
        </w:tc>
      </w:tr>
      <w:tr>
        <w:tc>
          <w:tcPr>
            <w:tcW w:type="dxa" w:w="4320"/>
          </w:tcPr>
          <w:p>
            <w:r>
              <w:t>20242230824</w:t>
            </w:r>
          </w:p>
        </w:tc>
        <w:tc>
          <w:tcPr>
            <w:tcW w:type="dxa" w:w="4320"/>
          </w:tcPr>
          <w:p>
            <w:r>
              <w:t>武永慈</w:t>
            </w:r>
          </w:p>
        </w:tc>
      </w:tr>
      <w:tr>
        <w:tc>
          <w:tcPr>
            <w:tcW w:type="dxa" w:w="4320"/>
          </w:tcPr>
          <w:p>
            <w:r>
              <w:t>20242230841</w:t>
            </w:r>
          </w:p>
        </w:tc>
        <w:tc>
          <w:tcPr>
            <w:tcW w:type="dxa" w:w="4320"/>
          </w:tcPr>
          <w:p>
            <w:r>
              <w:t>刘宇</w:t>
            </w:r>
          </w:p>
        </w:tc>
      </w:tr>
      <w:tr>
        <w:tc>
          <w:tcPr>
            <w:tcW w:type="dxa" w:w="4320"/>
          </w:tcPr>
          <w:p>
            <w:r>
              <w:t>20242230886</w:t>
            </w:r>
          </w:p>
        </w:tc>
        <w:tc>
          <w:tcPr>
            <w:tcW w:type="dxa" w:w="4320"/>
          </w:tcPr>
          <w:p>
            <w:r>
              <w:t>陈慧森</w:t>
            </w:r>
          </w:p>
        </w:tc>
      </w:tr>
      <w:tr>
        <w:tc>
          <w:tcPr>
            <w:tcW w:type="dxa" w:w="4320"/>
          </w:tcPr>
          <w:p>
            <w:r>
              <w:t>20242230890</w:t>
            </w:r>
          </w:p>
        </w:tc>
        <w:tc>
          <w:tcPr>
            <w:tcW w:type="dxa" w:w="4320"/>
          </w:tcPr>
          <w:p>
            <w:r>
              <w:t>江家庆</w:t>
            </w:r>
          </w:p>
        </w:tc>
      </w:tr>
      <w:tr>
        <w:tc>
          <w:tcPr>
            <w:tcW w:type="dxa" w:w="4320"/>
          </w:tcPr>
          <w:p>
            <w:r>
              <w:t>20242230892</w:t>
            </w:r>
          </w:p>
        </w:tc>
        <w:tc>
          <w:tcPr>
            <w:tcW w:type="dxa" w:w="4320"/>
          </w:tcPr>
          <w:p>
            <w:r>
              <w:t>张继瑞</w:t>
            </w:r>
          </w:p>
        </w:tc>
      </w:tr>
      <w:tr>
        <w:tc>
          <w:tcPr>
            <w:tcW w:type="dxa" w:w="4320"/>
          </w:tcPr>
          <w:p>
            <w:r>
              <w:t>20242230923</w:t>
            </w:r>
          </w:p>
        </w:tc>
        <w:tc>
          <w:tcPr>
            <w:tcW w:type="dxa" w:w="4320"/>
          </w:tcPr>
          <w:p>
            <w:r>
              <w:t>袁雨雨</w:t>
            </w:r>
          </w:p>
        </w:tc>
      </w:tr>
      <w:tr>
        <w:tc>
          <w:tcPr>
            <w:tcW w:type="dxa" w:w="4320"/>
          </w:tcPr>
          <w:p>
            <w:r>
              <w:t>20242230949</w:t>
            </w:r>
          </w:p>
        </w:tc>
        <w:tc>
          <w:tcPr>
            <w:tcW w:type="dxa" w:w="4320"/>
          </w:tcPr>
          <w:p>
            <w:r>
              <w:t>曹馨予</w:t>
            </w:r>
          </w:p>
        </w:tc>
      </w:tr>
      <w:tr>
        <w:tc>
          <w:tcPr>
            <w:tcW w:type="dxa" w:w="4320"/>
          </w:tcPr>
          <w:p>
            <w:r>
              <w:t>20242230963</w:t>
            </w:r>
          </w:p>
        </w:tc>
        <w:tc>
          <w:tcPr>
            <w:tcW w:type="dxa" w:w="4320"/>
          </w:tcPr>
          <w:p>
            <w:r>
              <w:t>王佳琦</w:t>
            </w:r>
          </w:p>
        </w:tc>
      </w:tr>
      <w:tr>
        <w:tc>
          <w:tcPr>
            <w:tcW w:type="dxa" w:w="4320"/>
          </w:tcPr>
          <w:p>
            <w:r>
              <w:t>20242231008</w:t>
            </w:r>
          </w:p>
        </w:tc>
        <w:tc>
          <w:tcPr>
            <w:tcW w:type="dxa" w:w="4320"/>
          </w:tcPr>
          <w:p>
            <w:r>
              <w:t>曹洋</w:t>
            </w:r>
          </w:p>
        </w:tc>
      </w:tr>
      <w:tr>
        <w:tc>
          <w:tcPr>
            <w:tcW w:type="dxa" w:w="4320"/>
          </w:tcPr>
          <w:p>
            <w:r>
              <w:t>20242231030</w:t>
            </w:r>
          </w:p>
        </w:tc>
        <w:tc>
          <w:tcPr>
            <w:tcW w:type="dxa" w:w="4320"/>
          </w:tcPr>
          <w:p>
            <w:r>
              <w:t>吴海粟</w:t>
            </w:r>
          </w:p>
        </w:tc>
      </w:tr>
      <w:tr>
        <w:tc>
          <w:tcPr>
            <w:tcW w:type="dxa" w:w="4320"/>
          </w:tcPr>
          <w:p>
            <w:r>
              <w:t>20242231037</w:t>
            </w:r>
          </w:p>
        </w:tc>
        <w:tc>
          <w:tcPr>
            <w:tcW w:type="dxa" w:w="4320"/>
          </w:tcPr>
          <w:p>
            <w:r>
              <w:t>苟晓杰</w:t>
            </w:r>
          </w:p>
        </w:tc>
      </w:tr>
      <w:tr>
        <w:tc>
          <w:tcPr>
            <w:tcW w:type="dxa" w:w="4320"/>
          </w:tcPr>
          <w:p>
            <w:r>
              <w:t>20242231042</w:t>
            </w:r>
          </w:p>
        </w:tc>
        <w:tc>
          <w:tcPr>
            <w:tcW w:type="dxa" w:w="4320"/>
          </w:tcPr>
          <w:p>
            <w:r>
              <w:t>杜琳</w:t>
            </w:r>
          </w:p>
        </w:tc>
      </w:tr>
      <w:tr>
        <w:tc>
          <w:tcPr>
            <w:tcW w:type="dxa" w:w="4320"/>
          </w:tcPr>
          <w:p>
            <w:r>
              <w:t>20242231070</w:t>
            </w:r>
          </w:p>
        </w:tc>
        <w:tc>
          <w:tcPr>
            <w:tcW w:type="dxa" w:w="4320"/>
          </w:tcPr>
          <w:p>
            <w:r>
              <w:t>陈柯汗</w:t>
            </w:r>
          </w:p>
        </w:tc>
      </w:tr>
      <w:tr>
        <w:tc>
          <w:tcPr>
            <w:tcW w:type="dxa" w:w="4320"/>
          </w:tcPr>
          <w:p>
            <w:r>
              <w:t>20242231072</w:t>
            </w:r>
          </w:p>
        </w:tc>
        <w:tc>
          <w:tcPr>
            <w:tcW w:type="dxa" w:w="4320"/>
          </w:tcPr>
          <w:p>
            <w:r>
              <w:t>刘樱琪</w:t>
            </w:r>
          </w:p>
        </w:tc>
      </w:tr>
      <w:tr>
        <w:tc>
          <w:tcPr>
            <w:tcW w:type="dxa" w:w="4320"/>
          </w:tcPr>
          <w:p>
            <w:r>
              <w:t>20242231075</w:t>
            </w:r>
          </w:p>
        </w:tc>
        <w:tc>
          <w:tcPr>
            <w:tcW w:type="dxa" w:w="4320"/>
          </w:tcPr>
          <w:p>
            <w:r>
              <w:t>朱康利</w:t>
            </w:r>
          </w:p>
        </w:tc>
      </w:tr>
      <w:tr>
        <w:tc>
          <w:tcPr>
            <w:tcW w:type="dxa" w:w="4320"/>
          </w:tcPr>
          <w:p>
            <w:r>
              <w:t>20242231087</w:t>
            </w:r>
          </w:p>
        </w:tc>
        <w:tc>
          <w:tcPr>
            <w:tcW w:type="dxa" w:w="4320"/>
          </w:tcPr>
          <w:p>
            <w:r>
              <w:t>马贤哲</w:t>
            </w:r>
          </w:p>
        </w:tc>
      </w:tr>
      <w:tr>
        <w:tc>
          <w:tcPr>
            <w:tcW w:type="dxa" w:w="4320"/>
          </w:tcPr>
          <w:p>
            <w:r>
              <w:t>20242231088</w:t>
            </w:r>
          </w:p>
        </w:tc>
        <w:tc>
          <w:tcPr>
            <w:tcW w:type="dxa" w:w="4320"/>
          </w:tcPr>
          <w:p>
            <w:r>
              <w:t>国文博</w:t>
            </w:r>
          </w:p>
        </w:tc>
      </w:tr>
      <w:tr>
        <w:tc>
          <w:tcPr>
            <w:tcW w:type="dxa" w:w="4320"/>
          </w:tcPr>
          <w:p>
            <w:r>
              <w:t>20242231142</w:t>
            </w:r>
          </w:p>
        </w:tc>
        <w:tc>
          <w:tcPr>
            <w:tcW w:type="dxa" w:w="4320"/>
          </w:tcPr>
          <w:p>
            <w:r>
              <w:t>丁妍玟</w:t>
            </w:r>
          </w:p>
        </w:tc>
      </w:tr>
      <w:tr>
        <w:tc>
          <w:tcPr>
            <w:tcW w:type="dxa" w:w="4320"/>
          </w:tcPr>
          <w:p>
            <w:r>
              <w:t>20242231145</w:t>
            </w:r>
          </w:p>
        </w:tc>
        <w:tc>
          <w:tcPr>
            <w:tcW w:type="dxa" w:w="4320"/>
          </w:tcPr>
          <w:p>
            <w:r>
              <w:t>王菲</w:t>
            </w:r>
          </w:p>
        </w:tc>
      </w:tr>
      <w:tr>
        <w:tc>
          <w:tcPr>
            <w:tcW w:type="dxa" w:w="4320"/>
          </w:tcPr>
          <w:p>
            <w:r>
              <w:t>20242231250</w:t>
            </w:r>
          </w:p>
        </w:tc>
        <w:tc>
          <w:tcPr>
            <w:tcW w:type="dxa" w:w="4320"/>
          </w:tcPr>
          <w:p>
            <w:r>
              <w:t>王子晴</w:t>
            </w:r>
          </w:p>
        </w:tc>
      </w:tr>
      <w:tr>
        <w:tc>
          <w:tcPr>
            <w:tcW w:type="dxa" w:w="4320"/>
          </w:tcPr>
          <w:p>
            <w:r>
              <w:t>20242231256</w:t>
            </w:r>
          </w:p>
        </w:tc>
        <w:tc>
          <w:tcPr>
            <w:tcW w:type="dxa" w:w="4320"/>
          </w:tcPr>
          <w:p>
            <w:r>
              <w:t>张俸玺</w:t>
            </w:r>
          </w:p>
        </w:tc>
      </w:tr>
      <w:tr>
        <w:tc>
          <w:tcPr>
            <w:tcW w:type="dxa" w:w="4320"/>
          </w:tcPr>
          <w:p>
            <w:r>
              <w:t>20242231275</w:t>
            </w:r>
          </w:p>
        </w:tc>
        <w:tc>
          <w:tcPr>
            <w:tcW w:type="dxa" w:w="4320"/>
          </w:tcPr>
          <w:p>
            <w:r>
              <w:t>孙昊博</w:t>
            </w:r>
          </w:p>
        </w:tc>
      </w:tr>
      <w:tr>
        <w:tc>
          <w:tcPr>
            <w:tcW w:type="dxa" w:w="4320"/>
          </w:tcPr>
          <w:p>
            <w:r>
              <w:t>20242231278</w:t>
            </w:r>
          </w:p>
        </w:tc>
        <w:tc>
          <w:tcPr>
            <w:tcW w:type="dxa" w:w="4320"/>
          </w:tcPr>
          <w:p>
            <w:r>
              <w:t>李枋静</w:t>
            </w:r>
          </w:p>
        </w:tc>
      </w:tr>
      <w:tr>
        <w:tc>
          <w:tcPr>
            <w:tcW w:type="dxa" w:w="4320"/>
          </w:tcPr>
          <w:p>
            <w:r>
              <w:t>20242231293</w:t>
            </w:r>
          </w:p>
        </w:tc>
        <w:tc>
          <w:tcPr>
            <w:tcW w:type="dxa" w:w="4320"/>
          </w:tcPr>
          <w:p>
            <w:r>
              <w:t>陈闯</w:t>
            </w:r>
          </w:p>
        </w:tc>
      </w:tr>
      <w:tr>
        <w:tc>
          <w:tcPr>
            <w:tcW w:type="dxa" w:w="4320"/>
          </w:tcPr>
          <w:p>
            <w:r>
              <w:t>20242231295</w:t>
            </w:r>
          </w:p>
        </w:tc>
        <w:tc>
          <w:tcPr>
            <w:tcW w:type="dxa" w:w="4320"/>
          </w:tcPr>
          <w:p>
            <w:r>
              <w:t>吴冰可</w:t>
            </w:r>
          </w:p>
        </w:tc>
      </w:tr>
      <w:tr>
        <w:tc>
          <w:tcPr>
            <w:tcW w:type="dxa" w:w="4320"/>
          </w:tcPr>
          <w:p>
            <w:r>
              <w:t>20242231307</w:t>
            </w:r>
          </w:p>
        </w:tc>
        <w:tc>
          <w:tcPr>
            <w:tcW w:type="dxa" w:w="4320"/>
          </w:tcPr>
          <w:p>
            <w:r>
              <w:t>张颖</w:t>
            </w:r>
          </w:p>
        </w:tc>
      </w:tr>
      <w:tr>
        <w:tc>
          <w:tcPr>
            <w:tcW w:type="dxa" w:w="4320"/>
          </w:tcPr>
          <w:p>
            <w:r>
              <w:t>20242231312</w:t>
            </w:r>
          </w:p>
        </w:tc>
        <w:tc>
          <w:tcPr>
            <w:tcW w:type="dxa" w:w="4320"/>
          </w:tcPr>
          <w:p>
            <w:r>
              <w:t>欧阳彪</w:t>
            </w:r>
          </w:p>
        </w:tc>
      </w:tr>
      <w:tr>
        <w:tc>
          <w:tcPr>
            <w:tcW w:type="dxa" w:w="4320"/>
          </w:tcPr>
          <w:p>
            <w:r>
              <w:t>20242231318</w:t>
            </w:r>
          </w:p>
        </w:tc>
        <w:tc>
          <w:tcPr>
            <w:tcW w:type="dxa" w:w="4320"/>
          </w:tcPr>
          <w:p>
            <w:r>
              <w:t>张念念</w:t>
            </w:r>
          </w:p>
        </w:tc>
      </w:tr>
      <w:tr>
        <w:tc>
          <w:tcPr>
            <w:tcW w:type="dxa" w:w="4320"/>
          </w:tcPr>
          <w:p>
            <w:r>
              <w:t>20242231335</w:t>
            </w:r>
          </w:p>
        </w:tc>
        <w:tc>
          <w:tcPr>
            <w:tcW w:type="dxa" w:w="4320"/>
          </w:tcPr>
          <w:p>
            <w:r>
              <w:t>王淑鑫</w:t>
            </w:r>
          </w:p>
        </w:tc>
      </w:tr>
      <w:tr>
        <w:tc>
          <w:tcPr>
            <w:tcW w:type="dxa" w:w="4320"/>
          </w:tcPr>
          <w:p>
            <w:r>
              <w:t>20242231378</w:t>
            </w:r>
          </w:p>
        </w:tc>
        <w:tc>
          <w:tcPr>
            <w:tcW w:type="dxa" w:w="4320"/>
          </w:tcPr>
          <w:p>
            <w:r>
              <w:t>侯自如</w:t>
            </w:r>
          </w:p>
        </w:tc>
      </w:tr>
      <w:tr>
        <w:tc>
          <w:tcPr>
            <w:tcW w:type="dxa" w:w="4320"/>
          </w:tcPr>
          <w:p>
            <w:r>
              <w:t>20242231399</w:t>
            </w:r>
          </w:p>
        </w:tc>
        <w:tc>
          <w:tcPr>
            <w:tcW w:type="dxa" w:w="4320"/>
          </w:tcPr>
          <w:p>
            <w:r>
              <w:t>张婧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