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推免招生 | 信息学院2022年优秀大学生夏令营活动暨2023级推免生预选拔入选名单公示</w:t>
      </w:r>
    </w:p>
    <w:p>
      <w:r>
        <w:t>欢迎报名东南大学信息科学与工程学院2022年夏令营，请入营同学在2022年8月17日10：00前在系统（http://gsas.seu.edu.cn）确认是否参加，逾期视为自动放弃入营资格。</w:t>
      </w:r>
    </w:p>
    <w:p>
      <w:r>
        <w:t>本年度全国优秀大学生夏令营活动暨推免预选拔的活动日程、面试系统要求等请参考以下链接：</w:t>
      </w:r>
    </w:p>
    <w:p>
      <w:r>
        <w:t>（1）东南大学信息科学与工程学院2022年全国优秀大学生夏令营活动暨推免预选拔工作通知</w:t>
      </w:r>
    </w:p>
    <w:p>
      <w:r>
        <w:t>https://radio.seu.edu.cn/2022/0615/c19195a411835/page.htm</w:t>
      </w:r>
    </w:p>
    <w:p>
      <w:r>
        <w:t>此通知内含夏令营日程和参会链接，请注意查看保存。请加QQ群并修改实名，保持联系：请在系统查看QQ群号码。</w:t>
      </w:r>
    </w:p>
    <w:p>
      <w:r>
        <w:t>（群号仅在系统内查询，请不要邀请未入营好友加群，谢谢！），未在8月17日16：00前入群的，也视为自动放弃入营资格。</w:t>
      </w:r>
    </w:p>
    <w:p>
      <w:r>
        <w:t>（2）东南大学2022年硕士研究生网络远程复试温馨提示https://yzb.seu.edu.cn/2022/0324/c6676a402438/page.htm</w:t>
      </w:r>
    </w:p>
    <w:p>
      <w:r>
        <w:t>请各位入营的同学，提前测试个人电脑，是否能正常联网、视频、通话，请提前安排个人日程，保证面试当天能在封闭明亮安静独立的场所进行面试。</w:t>
      </w:r>
    </w:p>
    <w:p>
      <w:r>
        <w:t>（3）我院导师和院系最新介绍资料，可以查看：</w:t>
      </w:r>
    </w:p>
    <w:p>
      <w:r>
        <w:t>信息科学与工程学院-研究生教育-研究生导师介绍https://radio.seu.edu.cn/19268/list.htm</w:t>
      </w:r>
    </w:p>
    <w:p>
      <w:r>
        <w:t>2022年最新院系相关介绍材料（欢迎关注微信公众号：东大信息）https://radio.seu.edu.cn/2022/0706/c19196a413671/page.htm</w:t>
      </w:r>
    </w:p>
    <w:p>
      <w:r>
        <w:t>附件：2022年优秀大学生夏令营活动暨2023级推免生预选拔入选名单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报名号</w:t>
            </w:r>
          </w:p>
        </w:tc>
        <w:tc>
          <w:tcPr>
            <w:tcW w:type="dxa" w:w="4320"/>
          </w:tcPr>
          <w:p>
            <w:r>
              <w:t>姓名</w:t>
            </w:r>
          </w:p>
        </w:tc>
      </w:tr>
      <w:tr>
        <w:tc>
          <w:tcPr>
            <w:tcW w:type="dxa" w:w="4320"/>
          </w:tcPr>
          <w:p>
            <w:r>
              <w:t>20232212956</w:t>
            </w:r>
          </w:p>
        </w:tc>
        <w:tc>
          <w:tcPr>
            <w:tcW w:type="dxa" w:w="4320"/>
          </w:tcPr>
          <w:p>
            <w:r>
              <w:t>李子晨</w:t>
            </w:r>
          </w:p>
        </w:tc>
      </w:tr>
      <w:tr>
        <w:tc>
          <w:tcPr>
            <w:tcW w:type="dxa" w:w="4320"/>
          </w:tcPr>
          <w:p>
            <w:r>
              <w:t>20232204859</w:t>
            </w:r>
          </w:p>
        </w:tc>
        <w:tc>
          <w:tcPr>
            <w:tcW w:type="dxa" w:w="4320"/>
          </w:tcPr>
          <w:p>
            <w:r>
              <w:t>李畅</w:t>
            </w:r>
          </w:p>
        </w:tc>
      </w:tr>
      <w:tr>
        <w:tc>
          <w:tcPr>
            <w:tcW w:type="dxa" w:w="4320"/>
          </w:tcPr>
          <w:p>
            <w:r>
              <w:t>20232229453</w:t>
            </w:r>
          </w:p>
        </w:tc>
        <w:tc>
          <w:tcPr>
            <w:tcW w:type="dxa" w:w="4320"/>
          </w:tcPr>
          <w:p>
            <w:r>
              <w:t>张洪元</w:t>
            </w:r>
          </w:p>
        </w:tc>
      </w:tr>
      <w:tr>
        <w:tc>
          <w:tcPr>
            <w:tcW w:type="dxa" w:w="4320"/>
          </w:tcPr>
          <w:p>
            <w:r>
              <w:t>20232201611</w:t>
            </w:r>
          </w:p>
        </w:tc>
        <w:tc>
          <w:tcPr>
            <w:tcW w:type="dxa" w:w="4320"/>
          </w:tcPr>
          <w:p>
            <w:r>
              <w:t>蔡鹏飞</w:t>
            </w:r>
          </w:p>
        </w:tc>
      </w:tr>
      <w:tr>
        <w:tc>
          <w:tcPr>
            <w:tcW w:type="dxa" w:w="4320"/>
          </w:tcPr>
          <w:p>
            <w:r>
              <w:t>20232230402</w:t>
            </w:r>
          </w:p>
        </w:tc>
        <w:tc>
          <w:tcPr>
            <w:tcW w:type="dxa" w:w="4320"/>
          </w:tcPr>
          <w:p>
            <w:r>
              <w:t>周刊</w:t>
            </w:r>
          </w:p>
        </w:tc>
      </w:tr>
      <w:tr>
        <w:tc>
          <w:tcPr>
            <w:tcW w:type="dxa" w:w="4320"/>
          </w:tcPr>
          <w:p>
            <w:r>
              <w:t>20232222839</w:t>
            </w:r>
          </w:p>
        </w:tc>
        <w:tc>
          <w:tcPr>
            <w:tcW w:type="dxa" w:w="4320"/>
          </w:tcPr>
          <w:p>
            <w:r>
              <w:t>程泳钦</w:t>
            </w:r>
          </w:p>
        </w:tc>
      </w:tr>
      <w:tr>
        <w:tc>
          <w:tcPr>
            <w:tcW w:type="dxa" w:w="4320"/>
          </w:tcPr>
          <w:p>
            <w:r>
              <w:t>20232230406</w:t>
            </w:r>
          </w:p>
        </w:tc>
        <w:tc>
          <w:tcPr>
            <w:tcW w:type="dxa" w:w="4320"/>
          </w:tcPr>
          <w:p>
            <w:r>
              <w:t>代汶罡</w:t>
            </w:r>
          </w:p>
        </w:tc>
      </w:tr>
      <w:tr>
        <w:tc>
          <w:tcPr>
            <w:tcW w:type="dxa" w:w="4320"/>
          </w:tcPr>
          <w:p>
            <w:r>
              <w:t>20232229714</w:t>
            </w:r>
          </w:p>
        </w:tc>
        <w:tc>
          <w:tcPr>
            <w:tcW w:type="dxa" w:w="4320"/>
          </w:tcPr>
          <w:p>
            <w:r>
              <w:t>金俸德</w:t>
            </w:r>
          </w:p>
        </w:tc>
      </w:tr>
      <w:tr>
        <w:tc>
          <w:tcPr>
            <w:tcW w:type="dxa" w:w="4320"/>
          </w:tcPr>
          <w:p>
            <w:r>
              <w:t>20232203451</w:t>
            </w:r>
          </w:p>
        </w:tc>
        <w:tc>
          <w:tcPr>
            <w:tcW w:type="dxa" w:w="4320"/>
          </w:tcPr>
          <w:p>
            <w:r>
              <w:t>王超</w:t>
            </w:r>
          </w:p>
        </w:tc>
      </w:tr>
      <w:tr>
        <w:tc>
          <w:tcPr>
            <w:tcW w:type="dxa" w:w="4320"/>
          </w:tcPr>
          <w:p>
            <w:r>
              <w:t>20232227027</w:t>
            </w:r>
          </w:p>
        </w:tc>
        <w:tc>
          <w:tcPr>
            <w:tcW w:type="dxa" w:w="4320"/>
          </w:tcPr>
          <w:p>
            <w:r>
              <w:t>陈超</w:t>
            </w:r>
          </w:p>
        </w:tc>
      </w:tr>
      <w:tr>
        <w:tc>
          <w:tcPr>
            <w:tcW w:type="dxa" w:w="4320"/>
          </w:tcPr>
          <w:p>
            <w:r>
              <w:t>20232228147</w:t>
            </w:r>
          </w:p>
        </w:tc>
        <w:tc>
          <w:tcPr>
            <w:tcW w:type="dxa" w:w="4320"/>
          </w:tcPr>
          <w:p>
            <w:r>
              <w:t>朱正涛</w:t>
            </w:r>
          </w:p>
        </w:tc>
      </w:tr>
      <w:tr>
        <w:tc>
          <w:tcPr>
            <w:tcW w:type="dxa" w:w="4320"/>
          </w:tcPr>
          <w:p>
            <w:r>
              <w:t>20232213052</w:t>
            </w:r>
          </w:p>
        </w:tc>
        <w:tc>
          <w:tcPr>
            <w:tcW w:type="dxa" w:w="4320"/>
          </w:tcPr>
          <w:p>
            <w:r>
              <w:t>梁栋</w:t>
            </w:r>
          </w:p>
        </w:tc>
      </w:tr>
      <w:tr>
        <w:tc>
          <w:tcPr>
            <w:tcW w:type="dxa" w:w="4320"/>
          </w:tcPr>
          <w:p>
            <w:r>
              <w:t>20232208252</w:t>
            </w:r>
          </w:p>
        </w:tc>
        <w:tc>
          <w:tcPr>
            <w:tcW w:type="dxa" w:w="4320"/>
          </w:tcPr>
          <w:p>
            <w:r>
              <w:t>李逸殊</w:t>
            </w:r>
          </w:p>
        </w:tc>
      </w:tr>
      <w:tr>
        <w:tc>
          <w:tcPr>
            <w:tcW w:type="dxa" w:w="4320"/>
          </w:tcPr>
          <w:p>
            <w:r>
              <w:t>20232219854</w:t>
            </w:r>
          </w:p>
        </w:tc>
        <w:tc>
          <w:tcPr>
            <w:tcW w:type="dxa" w:w="4320"/>
          </w:tcPr>
          <w:p>
            <w:r>
              <w:t>郑腾龙</w:t>
            </w:r>
          </w:p>
        </w:tc>
      </w:tr>
      <w:tr>
        <w:tc>
          <w:tcPr>
            <w:tcW w:type="dxa" w:w="4320"/>
          </w:tcPr>
          <w:p>
            <w:r>
              <w:t>20232206360</w:t>
            </w:r>
          </w:p>
        </w:tc>
        <w:tc>
          <w:tcPr>
            <w:tcW w:type="dxa" w:w="4320"/>
          </w:tcPr>
          <w:p>
            <w:r>
              <w:t>边禹臣</w:t>
            </w:r>
          </w:p>
        </w:tc>
      </w:tr>
      <w:tr>
        <w:tc>
          <w:tcPr>
            <w:tcW w:type="dxa" w:w="4320"/>
          </w:tcPr>
          <w:p>
            <w:r>
              <w:t>20232207498</w:t>
            </w:r>
          </w:p>
        </w:tc>
        <w:tc>
          <w:tcPr>
            <w:tcW w:type="dxa" w:w="4320"/>
          </w:tcPr>
          <w:p>
            <w:r>
              <w:t>董佳欣</w:t>
            </w:r>
          </w:p>
        </w:tc>
      </w:tr>
      <w:tr>
        <w:tc>
          <w:tcPr>
            <w:tcW w:type="dxa" w:w="4320"/>
          </w:tcPr>
          <w:p>
            <w:r>
              <w:t>20232206953</w:t>
            </w:r>
          </w:p>
        </w:tc>
        <w:tc>
          <w:tcPr>
            <w:tcW w:type="dxa" w:w="4320"/>
          </w:tcPr>
          <w:p>
            <w:r>
              <w:t>吴德琦</w:t>
            </w:r>
          </w:p>
        </w:tc>
      </w:tr>
      <w:tr>
        <w:tc>
          <w:tcPr>
            <w:tcW w:type="dxa" w:w="4320"/>
          </w:tcPr>
          <w:p>
            <w:r>
              <w:t>20232205965</w:t>
            </w:r>
          </w:p>
        </w:tc>
        <w:tc>
          <w:tcPr>
            <w:tcW w:type="dxa" w:w="4320"/>
          </w:tcPr>
          <w:p>
            <w:r>
              <w:t>刘海杰</w:t>
            </w:r>
          </w:p>
        </w:tc>
      </w:tr>
      <w:tr>
        <w:tc>
          <w:tcPr>
            <w:tcW w:type="dxa" w:w="4320"/>
          </w:tcPr>
          <w:p>
            <w:r>
              <w:t>20232211482</w:t>
            </w:r>
          </w:p>
        </w:tc>
        <w:tc>
          <w:tcPr>
            <w:tcW w:type="dxa" w:w="4320"/>
          </w:tcPr>
          <w:p>
            <w:r>
              <w:t>杨紫琪</w:t>
            </w:r>
          </w:p>
        </w:tc>
      </w:tr>
      <w:tr>
        <w:tc>
          <w:tcPr>
            <w:tcW w:type="dxa" w:w="4320"/>
          </w:tcPr>
          <w:p>
            <w:r>
              <w:t>20232227964</w:t>
            </w:r>
          </w:p>
        </w:tc>
        <w:tc>
          <w:tcPr>
            <w:tcW w:type="dxa" w:w="4320"/>
          </w:tcPr>
          <w:p>
            <w:r>
              <w:t>李博恺</w:t>
            </w:r>
          </w:p>
        </w:tc>
      </w:tr>
      <w:tr>
        <w:tc>
          <w:tcPr>
            <w:tcW w:type="dxa" w:w="4320"/>
          </w:tcPr>
          <w:p>
            <w:r>
              <w:t>20232203432</w:t>
            </w:r>
          </w:p>
        </w:tc>
        <w:tc>
          <w:tcPr>
            <w:tcW w:type="dxa" w:w="4320"/>
          </w:tcPr>
          <w:p>
            <w:r>
              <w:t>沈思涵</w:t>
            </w:r>
          </w:p>
        </w:tc>
      </w:tr>
      <w:tr>
        <w:tc>
          <w:tcPr>
            <w:tcW w:type="dxa" w:w="4320"/>
          </w:tcPr>
          <w:p>
            <w:r>
              <w:t>20232206070</w:t>
            </w:r>
          </w:p>
        </w:tc>
        <w:tc>
          <w:tcPr>
            <w:tcW w:type="dxa" w:w="4320"/>
          </w:tcPr>
          <w:p>
            <w:r>
              <w:t>侯龙祥</w:t>
            </w:r>
          </w:p>
        </w:tc>
      </w:tr>
      <w:tr>
        <w:tc>
          <w:tcPr>
            <w:tcW w:type="dxa" w:w="4320"/>
          </w:tcPr>
          <w:p>
            <w:r>
              <w:t>20232230019</w:t>
            </w:r>
          </w:p>
        </w:tc>
        <w:tc>
          <w:tcPr>
            <w:tcW w:type="dxa" w:w="4320"/>
          </w:tcPr>
          <w:p>
            <w:r>
              <w:t>吴坤译</w:t>
            </w:r>
          </w:p>
        </w:tc>
      </w:tr>
      <w:tr>
        <w:tc>
          <w:tcPr>
            <w:tcW w:type="dxa" w:w="4320"/>
          </w:tcPr>
          <w:p>
            <w:r>
              <w:t>20232210857</w:t>
            </w:r>
          </w:p>
        </w:tc>
        <w:tc>
          <w:tcPr>
            <w:tcW w:type="dxa" w:w="4320"/>
          </w:tcPr>
          <w:p>
            <w:r>
              <w:t>岑越</w:t>
            </w:r>
          </w:p>
        </w:tc>
      </w:tr>
      <w:tr>
        <w:tc>
          <w:tcPr>
            <w:tcW w:type="dxa" w:w="4320"/>
          </w:tcPr>
          <w:p>
            <w:r>
              <w:t>20232211038</w:t>
            </w:r>
          </w:p>
        </w:tc>
        <w:tc>
          <w:tcPr>
            <w:tcW w:type="dxa" w:w="4320"/>
          </w:tcPr>
          <w:p>
            <w:r>
              <w:t>杨朝旭</w:t>
            </w:r>
          </w:p>
        </w:tc>
      </w:tr>
      <w:tr>
        <w:tc>
          <w:tcPr>
            <w:tcW w:type="dxa" w:w="4320"/>
          </w:tcPr>
          <w:p>
            <w:r>
              <w:t>20232208090</w:t>
            </w:r>
          </w:p>
        </w:tc>
        <w:tc>
          <w:tcPr>
            <w:tcW w:type="dxa" w:w="4320"/>
          </w:tcPr>
          <w:p>
            <w:r>
              <w:t>张立斐</w:t>
            </w:r>
          </w:p>
        </w:tc>
      </w:tr>
      <w:tr>
        <w:tc>
          <w:tcPr>
            <w:tcW w:type="dxa" w:w="4320"/>
          </w:tcPr>
          <w:p>
            <w:r>
              <w:t>20232203312</w:t>
            </w:r>
          </w:p>
        </w:tc>
        <w:tc>
          <w:tcPr>
            <w:tcW w:type="dxa" w:w="4320"/>
          </w:tcPr>
          <w:p>
            <w:r>
              <w:t>陈持</w:t>
            </w:r>
          </w:p>
        </w:tc>
      </w:tr>
      <w:tr>
        <w:tc>
          <w:tcPr>
            <w:tcW w:type="dxa" w:w="4320"/>
          </w:tcPr>
          <w:p>
            <w:r>
              <w:t>20232206082</w:t>
            </w:r>
          </w:p>
        </w:tc>
        <w:tc>
          <w:tcPr>
            <w:tcW w:type="dxa" w:w="4320"/>
          </w:tcPr>
          <w:p>
            <w:r>
              <w:t>吕聚良</w:t>
            </w:r>
          </w:p>
        </w:tc>
      </w:tr>
      <w:tr>
        <w:tc>
          <w:tcPr>
            <w:tcW w:type="dxa" w:w="4320"/>
          </w:tcPr>
          <w:p>
            <w:r>
              <w:t>20232222317</w:t>
            </w:r>
          </w:p>
        </w:tc>
        <w:tc>
          <w:tcPr>
            <w:tcW w:type="dxa" w:w="4320"/>
          </w:tcPr>
          <w:p>
            <w:r>
              <w:t>赵闪闪</w:t>
            </w:r>
          </w:p>
        </w:tc>
      </w:tr>
      <w:tr>
        <w:tc>
          <w:tcPr>
            <w:tcW w:type="dxa" w:w="4320"/>
          </w:tcPr>
          <w:p>
            <w:r>
              <w:t>20232209460</w:t>
            </w:r>
          </w:p>
        </w:tc>
        <w:tc>
          <w:tcPr>
            <w:tcW w:type="dxa" w:w="4320"/>
          </w:tcPr>
          <w:p>
            <w:r>
              <w:t>郭沁文</w:t>
            </w:r>
          </w:p>
        </w:tc>
      </w:tr>
      <w:tr>
        <w:tc>
          <w:tcPr>
            <w:tcW w:type="dxa" w:w="4320"/>
          </w:tcPr>
          <w:p>
            <w:r>
              <w:t>20232204710</w:t>
            </w:r>
          </w:p>
        </w:tc>
        <w:tc>
          <w:tcPr>
            <w:tcW w:type="dxa" w:w="4320"/>
          </w:tcPr>
          <w:p>
            <w:r>
              <w:t>韩诗琦</w:t>
            </w:r>
          </w:p>
        </w:tc>
      </w:tr>
      <w:tr>
        <w:tc>
          <w:tcPr>
            <w:tcW w:type="dxa" w:w="4320"/>
          </w:tcPr>
          <w:p>
            <w:r>
              <w:t>20232225245</w:t>
            </w:r>
          </w:p>
        </w:tc>
        <w:tc>
          <w:tcPr>
            <w:tcW w:type="dxa" w:w="4320"/>
          </w:tcPr>
          <w:p>
            <w:r>
              <w:t>谢宇杰</w:t>
            </w:r>
          </w:p>
        </w:tc>
      </w:tr>
      <w:tr>
        <w:tc>
          <w:tcPr>
            <w:tcW w:type="dxa" w:w="4320"/>
          </w:tcPr>
          <w:p>
            <w:r>
              <w:t>20232211894</w:t>
            </w:r>
          </w:p>
        </w:tc>
        <w:tc>
          <w:tcPr>
            <w:tcW w:type="dxa" w:w="4320"/>
          </w:tcPr>
          <w:p>
            <w:r>
              <w:t>王洋</w:t>
            </w:r>
          </w:p>
        </w:tc>
      </w:tr>
      <w:tr>
        <w:tc>
          <w:tcPr>
            <w:tcW w:type="dxa" w:w="4320"/>
          </w:tcPr>
          <w:p>
            <w:r>
              <w:t>20232207304</w:t>
            </w:r>
          </w:p>
        </w:tc>
        <w:tc>
          <w:tcPr>
            <w:tcW w:type="dxa" w:w="4320"/>
          </w:tcPr>
          <w:p>
            <w:r>
              <w:t>姜郦珈</w:t>
            </w:r>
          </w:p>
        </w:tc>
      </w:tr>
      <w:tr>
        <w:tc>
          <w:tcPr>
            <w:tcW w:type="dxa" w:w="4320"/>
          </w:tcPr>
          <w:p>
            <w:r>
              <w:t>20232202461</w:t>
            </w:r>
          </w:p>
        </w:tc>
        <w:tc>
          <w:tcPr>
            <w:tcW w:type="dxa" w:w="4320"/>
          </w:tcPr>
          <w:p>
            <w:r>
              <w:t>陈晓</w:t>
            </w:r>
          </w:p>
        </w:tc>
      </w:tr>
      <w:tr>
        <w:tc>
          <w:tcPr>
            <w:tcW w:type="dxa" w:w="4320"/>
          </w:tcPr>
          <w:p>
            <w:r>
              <w:t>20232207452</w:t>
            </w:r>
          </w:p>
        </w:tc>
        <w:tc>
          <w:tcPr>
            <w:tcW w:type="dxa" w:w="4320"/>
          </w:tcPr>
          <w:p>
            <w:r>
              <w:t>吴鸥零</w:t>
            </w:r>
          </w:p>
        </w:tc>
      </w:tr>
      <w:tr>
        <w:tc>
          <w:tcPr>
            <w:tcW w:type="dxa" w:w="4320"/>
          </w:tcPr>
          <w:p>
            <w:r>
              <w:t>20232207974</w:t>
            </w:r>
          </w:p>
        </w:tc>
        <w:tc>
          <w:tcPr>
            <w:tcW w:type="dxa" w:w="4320"/>
          </w:tcPr>
          <w:p>
            <w:r>
              <w:t>向高立</w:t>
            </w:r>
          </w:p>
        </w:tc>
      </w:tr>
      <w:tr>
        <w:tc>
          <w:tcPr>
            <w:tcW w:type="dxa" w:w="4320"/>
          </w:tcPr>
          <w:p>
            <w:r>
              <w:t>20232212415</w:t>
            </w:r>
          </w:p>
        </w:tc>
        <w:tc>
          <w:tcPr>
            <w:tcW w:type="dxa" w:w="4320"/>
          </w:tcPr>
          <w:p>
            <w:r>
              <w:t>张铁怀</w:t>
            </w:r>
          </w:p>
        </w:tc>
      </w:tr>
      <w:tr>
        <w:tc>
          <w:tcPr>
            <w:tcW w:type="dxa" w:w="4320"/>
          </w:tcPr>
          <w:p>
            <w:r>
              <w:t>20232228388</w:t>
            </w:r>
          </w:p>
        </w:tc>
        <w:tc>
          <w:tcPr>
            <w:tcW w:type="dxa" w:w="4320"/>
          </w:tcPr>
          <w:p>
            <w:r>
              <w:t>范羽飞</w:t>
            </w:r>
          </w:p>
        </w:tc>
      </w:tr>
      <w:tr>
        <w:tc>
          <w:tcPr>
            <w:tcW w:type="dxa" w:w="4320"/>
          </w:tcPr>
          <w:p>
            <w:r>
              <w:t>20232228279</w:t>
            </w:r>
          </w:p>
        </w:tc>
        <w:tc>
          <w:tcPr>
            <w:tcW w:type="dxa" w:w="4320"/>
          </w:tcPr>
          <w:p>
            <w:r>
              <w:t>袁仰蒸</w:t>
            </w:r>
          </w:p>
        </w:tc>
      </w:tr>
      <w:tr>
        <w:tc>
          <w:tcPr>
            <w:tcW w:type="dxa" w:w="4320"/>
          </w:tcPr>
          <w:p>
            <w:r>
              <w:t>20232226609</w:t>
            </w:r>
          </w:p>
        </w:tc>
        <w:tc>
          <w:tcPr>
            <w:tcW w:type="dxa" w:w="4320"/>
          </w:tcPr>
          <w:p>
            <w:r>
              <w:t>刘合赐</w:t>
            </w:r>
          </w:p>
        </w:tc>
      </w:tr>
      <w:tr>
        <w:tc>
          <w:tcPr>
            <w:tcW w:type="dxa" w:w="4320"/>
          </w:tcPr>
          <w:p>
            <w:r>
              <w:t>20232203403</w:t>
            </w:r>
          </w:p>
        </w:tc>
        <w:tc>
          <w:tcPr>
            <w:tcW w:type="dxa" w:w="4320"/>
          </w:tcPr>
          <w:p>
            <w:r>
              <w:t>王若璇</w:t>
            </w:r>
          </w:p>
        </w:tc>
      </w:tr>
      <w:tr>
        <w:tc>
          <w:tcPr>
            <w:tcW w:type="dxa" w:w="4320"/>
          </w:tcPr>
          <w:p>
            <w:r>
              <w:t>20232229259</w:t>
            </w:r>
          </w:p>
        </w:tc>
        <w:tc>
          <w:tcPr>
            <w:tcW w:type="dxa" w:w="4320"/>
          </w:tcPr>
          <w:p>
            <w:r>
              <w:t>王一帆</w:t>
            </w:r>
          </w:p>
        </w:tc>
      </w:tr>
      <w:tr>
        <w:tc>
          <w:tcPr>
            <w:tcW w:type="dxa" w:w="4320"/>
          </w:tcPr>
          <w:p>
            <w:r>
              <w:t>20232203237</w:t>
            </w:r>
          </w:p>
        </w:tc>
        <w:tc>
          <w:tcPr>
            <w:tcW w:type="dxa" w:w="4320"/>
          </w:tcPr>
          <w:p>
            <w:r>
              <w:t>贾文骥</w:t>
            </w:r>
          </w:p>
        </w:tc>
      </w:tr>
      <w:tr>
        <w:tc>
          <w:tcPr>
            <w:tcW w:type="dxa" w:w="4320"/>
          </w:tcPr>
          <w:p>
            <w:r>
              <w:t>20232214914</w:t>
            </w:r>
          </w:p>
        </w:tc>
        <w:tc>
          <w:tcPr>
            <w:tcW w:type="dxa" w:w="4320"/>
          </w:tcPr>
          <w:p>
            <w:r>
              <w:t>李林</w:t>
            </w:r>
          </w:p>
        </w:tc>
      </w:tr>
      <w:tr>
        <w:tc>
          <w:tcPr>
            <w:tcW w:type="dxa" w:w="4320"/>
          </w:tcPr>
          <w:p>
            <w:r>
              <w:t>20232200797</w:t>
            </w:r>
          </w:p>
        </w:tc>
        <w:tc>
          <w:tcPr>
            <w:tcW w:type="dxa" w:w="4320"/>
          </w:tcPr>
          <w:p>
            <w:r>
              <w:t>衡骥</w:t>
            </w:r>
          </w:p>
        </w:tc>
      </w:tr>
      <w:tr>
        <w:tc>
          <w:tcPr>
            <w:tcW w:type="dxa" w:w="4320"/>
          </w:tcPr>
          <w:p>
            <w:r>
              <w:t>20232211193</w:t>
            </w:r>
          </w:p>
        </w:tc>
        <w:tc>
          <w:tcPr>
            <w:tcW w:type="dxa" w:w="4320"/>
          </w:tcPr>
          <w:p>
            <w:r>
              <w:t>耿浩博</w:t>
            </w:r>
          </w:p>
        </w:tc>
      </w:tr>
      <w:tr>
        <w:tc>
          <w:tcPr>
            <w:tcW w:type="dxa" w:w="4320"/>
          </w:tcPr>
          <w:p>
            <w:r>
              <w:t>20232216061</w:t>
            </w:r>
          </w:p>
        </w:tc>
        <w:tc>
          <w:tcPr>
            <w:tcW w:type="dxa" w:w="4320"/>
          </w:tcPr>
          <w:p>
            <w:r>
              <w:t>王志华</w:t>
            </w:r>
          </w:p>
        </w:tc>
      </w:tr>
      <w:tr>
        <w:tc>
          <w:tcPr>
            <w:tcW w:type="dxa" w:w="4320"/>
          </w:tcPr>
          <w:p>
            <w:r>
              <w:t>20232230539</w:t>
            </w:r>
          </w:p>
        </w:tc>
        <w:tc>
          <w:tcPr>
            <w:tcW w:type="dxa" w:w="4320"/>
          </w:tcPr>
          <w:p>
            <w:r>
              <w:t>谭泽欧</w:t>
            </w:r>
          </w:p>
        </w:tc>
      </w:tr>
      <w:tr>
        <w:tc>
          <w:tcPr>
            <w:tcW w:type="dxa" w:w="4320"/>
          </w:tcPr>
          <w:p>
            <w:r>
              <w:t>20232213808</w:t>
            </w:r>
          </w:p>
        </w:tc>
        <w:tc>
          <w:tcPr>
            <w:tcW w:type="dxa" w:w="4320"/>
          </w:tcPr>
          <w:p>
            <w:r>
              <w:t>梁若宇</w:t>
            </w:r>
          </w:p>
        </w:tc>
      </w:tr>
      <w:tr>
        <w:tc>
          <w:tcPr>
            <w:tcW w:type="dxa" w:w="4320"/>
          </w:tcPr>
          <w:p>
            <w:r>
              <w:t>20232210515</w:t>
            </w:r>
          </w:p>
        </w:tc>
        <w:tc>
          <w:tcPr>
            <w:tcW w:type="dxa" w:w="4320"/>
          </w:tcPr>
          <w:p>
            <w:r>
              <w:t>吕西岳</w:t>
            </w:r>
          </w:p>
        </w:tc>
      </w:tr>
      <w:tr>
        <w:tc>
          <w:tcPr>
            <w:tcW w:type="dxa" w:w="4320"/>
          </w:tcPr>
          <w:p>
            <w:r>
              <w:t>20232211666</w:t>
            </w:r>
          </w:p>
        </w:tc>
        <w:tc>
          <w:tcPr>
            <w:tcW w:type="dxa" w:w="4320"/>
          </w:tcPr>
          <w:p>
            <w:r>
              <w:t>滕自强</w:t>
            </w:r>
          </w:p>
        </w:tc>
      </w:tr>
      <w:tr>
        <w:tc>
          <w:tcPr>
            <w:tcW w:type="dxa" w:w="4320"/>
          </w:tcPr>
          <w:p>
            <w:r>
              <w:t>20232200917</w:t>
            </w:r>
          </w:p>
        </w:tc>
        <w:tc>
          <w:tcPr>
            <w:tcW w:type="dxa" w:w="4320"/>
          </w:tcPr>
          <w:p>
            <w:r>
              <w:t>陶荣华</w:t>
            </w:r>
          </w:p>
        </w:tc>
      </w:tr>
      <w:tr>
        <w:tc>
          <w:tcPr>
            <w:tcW w:type="dxa" w:w="4320"/>
          </w:tcPr>
          <w:p>
            <w:r>
              <w:t>20232212670</w:t>
            </w:r>
          </w:p>
        </w:tc>
        <w:tc>
          <w:tcPr>
            <w:tcW w:type="dxa" w:w="4320"/>
          </w:tcPr>
          <w:p>
            <w:r>
              <w:t>魏世泽</w:t>
            </w:r>
          </w:p>
        </w:tc>
      </w:tr>
      <w:tr>
        <w:tc>
          <w:tcPr>
            <w:tcW w:type="dxa" w:w="4320"/>
          </w:tcPr>
          <w:p>
            <w:r>
              <w:t>20232202735</w:t>
            </w:r>
          </w:p>
        </w:tc>
        <w:tc>
          <w:tcPr>
            <w:tcW w:type="dxa" w:w="4320"/>
          </w:tcPr>
          <w:p>
            <w:r>
              <w:t>刘洁</w:t>
            </w:r>
          </w:p>
        </w:tc>
      </w:tr>
      <w:tr>
        <w:tc>
          <w:tcPr>
            <w:tcW w:type="dxa" w:w="4320"/>
          </w:tcPr>
          <w:p>
            <w:r>
              <w:t>20232212514</w:t>
            </w:r>
          </w:p>
        </w:tc>
        <w:tc>
          <w:tcPr>
            <w:tcW w:type="dxa" w:w="4320"/>
          </w:tcPr>
          <w:p>
            <w:r>
              <w:t>陈美豪</w:t>
            </w:r>
          </w:p>
        </w:tc>
      </w:tr>
      <w:tr>
        <w:tc>
          <w:tcPr>
            <w:tcW w:type="dxa" w:w="4320"/>
          </w:tcPr>
          <w:p>
            <w:r>
              <w:t>20232207640</w:t>
            </w:r>
          </w:p>
        </w:tc>
        <w:tc>
          <w:tcPr>
            <w:tcW w:type="dxa" w:w="4320"/>
          </w:tcPr>
          <w:p>
            <w:r>
              <w:t>夏浩宇</w:t>
            </w:r>
          </w:p>
        </w:tc>
      </w:tr>
      <w:tr>
        <w:tc>
          <w:tcPr>
            <w:tcW w:type="dxa" w:w="4320"/>
          </w:tcPr>
          <w:p>
            <w:r>
              <w:t>20232217488</w:t>
            </w:r>
          </w:p>
        </w:tc>
        <w:tc>
          <w:tcPr>
            <w:tcW w:type="dxa" w:w="4320"/>
          </w:tcPr>
          <w:p>
            <w:r>
              <w:t>王明杰</w:t>
            </w:r>
          </w:p>
        </w:tc>
      </w:tr>
      <w:tr>
        <w:tc>
          <w:tcPr>
            <w:tcW w:type="dxa" w:w="4320"/>
          </w:tcPr>
          <w:p>
            <w:r>
              <w:t>20232223220</w:t>
            </w:r>
          </w:p>
        </w:tc>
        <w:tc>
          <w:tcPr>
            <w:tcW w:type="dxa" w:w="4320"/>
          </w:tcPr>
          <w:p>
            <w:r>
              <w:t>金开元</w:t>
            </w:r>
          </w:p>
        </w:tc>
      </w:tr>
      <w:tr>
        <w:tc>
          <w:tcPr>
            <w:tcW w:type="dxa" w:w="4320"/>
          </w:tcPr>
          <w:p>
            <w:r>
              <w:t>20232208457</w:t>
            </w:r>
          </w:p>
        </w:tc>
        <w:tc>
          <w:tcPr>
            <w:tcW w:type="dxa" w:w="4320"/>
          </w:tcPr>
          <w:p>
            <w:r>
              <w:t>傅志辉</w:t>
            </w:r>
          </w:p>
        </w:tc>
      </w:tr>
      <w:tr>
        <w:tc>
          <w:tcPr>
            <w:tcW w:type="dxa" w:w="4320"/>
          </w:tcPr>
          <w:p>
            <w:r>
              <w:t>20232200740</w:t>
            </w:r>
          </w:p>
        </w:tc>
        <w:tc>
          <w:tcPr>
            <w:tcW w:type="dxa" w:w="4320"/>
          </w:tcPr>
          <w:p>
            <w:r>
              <w:t>陈杭麒</w:t>
            </w:r>
          </w:p>
        </w:tc>
      </w:tr>
      <w:tr>
        <w:tc>
          <w:tcPr>
            <w:tcW w:type="dxa" w:w="4320"/>
          </w:tcPr>
          <w:p>
            <w:r>
              <w:t>20232215706</w:t>
            </w:r>
          </w:p>
        </w:tc>
        <w:tc>
          <w:tcPr>
            <w:tcW w:type="dxa" w:w="4320"/>
          </w:tcPr>
          <w:p>
            <w:r>
              <w:t>金波旭</w:t>
            </w:r>
          </w:p>
        </w:tc>
      </w:tr>
      <w:tr>
        <w:tc>
          <w:tcPr>
            <w:tcW w:type="dxa" w:w="4320"/>
          </w:tcPr>
          <w:p>
            <w:r>
              <w:t>20232203353</w:t>
            </w:r>
          </w:p>
        </w:tc>
        <w:tc>
          <w:tcPr>
            <w:tcW w:type="dxa" w:w="4320"/>
          </w:tcPr>
          <w:p>
            <w:r>
              <w:t>赵基深</w:t>
            </w:r>
          </w:p>
        </w:tc>
      </w:tr>
      <w:tr>
        <w:tc>
          <w:tcPr>
            <w:tcW w:type="dxa" w:w="4320"/>
          </w:tcPr>
          <w:p>
            <w:r>
              <w:t>20232200742</w:t>
            </w:r>
          </w:p>
        </w:tc>
        <w:tc>
          <w:tcPr>
            <w:tcW w:type="dxa" w:w="4320"/>
          </w:tcPr>
          <w:p>
            <w:r>
              <w:t>李纪昭</w:t>
            </w:r>
          </w:p>
        </w:tc>
      </w:tr>
      <w:tr>
        <w:tc>
          <w:tcPr>
            <w:tcW w:type="dxa" w:w="4320"/>
          </w:tcPr>
          <w:p>
            <w:r>
              <w:t>20232223224</w:t>
            </w:r>
          </w:p>
        </w:tc>
        <w:tc>
          <w:tcPr>
            <w:tcW w:type="dxa" w:w="4320"/>
          </w:tcPr>
          <w:p>
            <w:r>
              <w:t>赵雨</w:t>
            </w:r>
          </w:p>
        </w:tc>
      </w:tr>
      <w:tr>
        <w:tc>
          <w:tcPr>
            <w:tcW w:type="dxa" w:w="4320"/>
          </w:tcPr>
          <w:p>
            <w:r>
              <w:t>20232225026</w:t>
            </w:r>
          </w:p>
        </w:tc>
        <w:tc>
          <w:tcPr>
            <w:tcW w:type="dxa" w:w="4320"/>
          </w:tcPr>
          <w:p>
            <w:r>
              <w:t>冯友辉</w:t>
            </w:r>
          </w:p>
        </w:tc>
      </w:tr>
      <w:tr>
        <w:tc>
          <w:tcPr>
            <w:tcW w:type="dxa" w:w="4320"/>
          </w:tcPr>
          <w:p>
            <w:r>
              <w:t>20232225678</w:t>
            </w:r>
          </w:p>
        </w:tc>
        <w:tc>
          <w:tcPr>
            <w:tcW w:type="dxa" w:w="4320"/>
          </w:tcPr>
          <w:p>
            <w:r>
              <w:t>黄滋宇</w:t>
            </w:r>
          </w:p>
        </w:tc>
      </w:tr>
      <w:tr>
        <w:tc>
          <w:tcPr>
            <w:tcW w:type="dxa" w:w="4320"/>
          </w:tcPr>
          <w:p>
            <w:r>
              <w:t>20232206506</w:t>
            </w:r>
          </w:p>
        </w:tc>
        <w:tc>
          <w:tcPr>
            <w:tcW w:type="dxa" w:w="4320"/>
          </w:tcPr>
          <w:p>
            <w:r>
              <w:t>周杨</w:t>
            </w:r>
          </w:p>
        </w:tc>
      </w:tr>
      <w:tr>
        <w:tc>
          <w:tcPr>
            <w:tcW w:type="dxa" w:w="4320"/>
          </w:tcPr>
          <w:p>
            <w:r>
              <w:t>20232224929</w:t>
            </w:r>
          </w:p>
        </w:tc>
        <w:tc>
          <w:tcPr>
            <w:tcW w:type="dxa" w:w="4320"/>
          </w:tcPr>
          <w:p>
            <w:r>
              <w:t>高承晶</w:t>
            </w:r>
          </w:p>
        </w:tc>
      </w:tr>
      <w:tr>
        <w:tc>
          <w:tcPr>
            <w:tcW w:type="dxa" w:w="4320"/>
          </w:tcPr>
          <w:p>
            <w:r>
              <w:t>20232202102</w:t>
            </w:r>
          </w:p>
        </w:tc>
        <w:tc>
          <w:tcPr>
            <w:tcW w:type="dxa" w:w="4320"/>
          </w:tcPr>
          <w:p>
            <w:r>
              <w:t>孙元哲</w:t>
            </w:r>
          </w:p>
        </w:tc>
      </w:tr>
      <w:tr>
        <w:tc>
          <w:tcPr>
            <w:tcW w:type="dxa" w:w="4320"/>
          </w:tcPr>
          <w:p>
            <w:r>
              <w:t>20232208806</w:t>
            </w:r>
          </w:p>
        </w:tc>
        <w:tc>
          <w:tcPr>
            <w:tcW w:type="dxa" w:w="4320"/>
          </w:tcPr>
          <w:p>
            <w:r>
              <w:t>张雨曈</w:t>
            </w:r>
          </w:p>
        </w:tc>
      </w:tr>
      <w:tr>
        <w:tc>
          <w:tcPr>
            <w:tcW w:type="dxa" w:w="4320"/>
          </w:tcPr>
          <w:p>
            <w:r>
              <w:t>20232214949</w:t>
            </w:r>
          </w:p>
        </w:tc>
        <w:tc>
          <w:tcPr>
            <w:tcW w:type="dxa" w:w="4320"/>
          </w:tcPr>
          <w:p>
            <w:r>
              <w:t>蔡润贤</w:t>
            </w:r>
          </w:p>
        </w:tc>
      </w:tr>
      <w:tr>
        <w:tc>
          <w:tcPr>
            <w:tcW w:type="dxa" w:w="4320"/>
          </w:tcPr>
          <w:p>
            <w:r>
              <w:t>20232205715</w:t>
            </w:r>
          </w:p>
        </w:tc>
        <w:tc>
          <w:tcPr>
            <w:tcW w:type="dxa" w:w="4320"/>
          </w:tcPr>
          <w:p>
            <w:r>
              <w:t>张子航</w:t>
            </w:r>
          </w:p>
        </w:tc>
      </w:tr>
      <w:tr>
        <w:tc>
          <w:tcPr>
            <w:tcW w:type="dxa" w:w="4320"/>
          </w:tcPr>
          <w:p>
            <w:r>
              <w:t>20232210228</w:t>
            </w:r>
          </w:p>
        </w:tc>
        <w:tc>
          <w:tcPr>
            <w:tcW w:type="dxa" w:w="4320"/>
          </w:tcPr>
          <w:p>
            <w:r>
              <w:t>卞纪一</w:t>
            </w:r>
          </w:p>
        </w:tc>
      </w:tr>
      <w:tr>
        <w:tc>
          <w:tcPr>
            <w:tcW w:type="dxa" w:w="4320"/>
          </w:tcPr>
          <w:p>
            <w:r>
              <w:t>20232210253</w:t>
            </w:r>
          </w:p>
        </w:tc>
        <w:tc>
          <w:tcPr>
            <w:tcW w:type="dxa" w:w="4320"/>
          </w:tcPr>
          <w:p>
            <w:r>
              <w:t>陆纪曦</w:t>
            </w:r>
          </w:p>
        </w:tc>
      </w:tr>
      <w:tr>
        <w:tc>
          <w:tcPr>
            <w:tcW w:type="dxa" w:w="4320"/>
          </w:tcPr>
          <w:p>
            <w:r>
              <w:t>20232203475</w:t>
            </w:r>
          </w:p>
        </w:tc>
        <w:tc>
          <w:tcPr>
            <w:tcW w:type="dxa" w:w="4320"/>
          </w:tcPr>
          <w:p>
            <w:r>
              <w:t>殷筱晗</w:t>
            </w:r>
          </w:p>
        </w:tc>
      </w:tr>
      <w:tr>
        <w:tc>
          <w:tcPr>
            <w:tcW w:type="dxa" w:w="4320"/>
          </w:tcPr>
          <w:p>
            <w:r>
              <w:t>20232208609</w:t>
            </w:r>
          </w:p>
        </w:tc>
        <w:tc>
          <w:tcPr>
            <w:tcW w:type="dxa" w:w="4320"/>
          </w:tcPr>
          <w:p>
            <w:r>
              <w:t>饶思思</w:t>
            </w:r>
          </w:p>
        </w:tc>
      </w:tr>
      <w:tr>
        <w:tc>
          <w:tcPr>
            <w:tcW w:type="dxa" w:w="4320"/>
          </w:tcPr>
          <w:p>
            <w:r>
              <w:t>20232222732</w:t>
            </w:r>
          </w:p>
        </w:tc>
        <w:tc>
          <w:tcPr>
            <w:tcW w:type="dxa" w:w="4320"/>
          </w:tcPr>
          <w:p>
            <w:r>
              <w:t>伍波</w:t>
            </w:r>
          </w:p>
        </w:tc>
      </w:tr>
      <w:tr>
        <w:tc>
          <w:tcPr>
            <w:tcW w:type="dxa" w:w="4320"/>
          </w:tcPr>
          <w:p>
            <w:r>
              <w:t>20232214024</w:t>
            </w:r>
          </w:p>
        </w:tc>
        <w:tc>
          <w:tcPr>
            <w:tcW w:type="dxa" w:w="4320"/>
          </w:tcPr>
          <w:p>
            <w:r>
              <w:t>汪嘉成</w:t>
            </w:r>
          </w:p>
        </w:tc>
      </w:tr>
      <w:tr>
        <w:tc>
          <w:tcPr>
            <w:tcW w:type="dxa" w:w="4320"/>
          </w:tcPr>
          <w:p>
            <w:r>
              <w:t>20232230222</w:t>
            </w:r>
          </w:p>
        </w:tc>
        <w:tc>
          <w:tcPr>
            <w:tcW w:type="dxa" w:w="4320"/>
          </w:tcPr>
          <w:p>
            <w:r>
              <w:t>魏禛</w:t>
            </w:r>
          </w:p>
        </w:tc>
      </w:tr>
      <w:tr>
        <w:tc>
          <w:tcPr>
            <w:tcW w:type="dxa" w:w="4320"/>
          </w:tcPr>
          <w:p>
            <w:r>
              <w:t>20232222423</w:t>
            </w:r>
          </w:p>
        </w:tc>
        <w:tc>
          <w:tcPr>
            <w:tcW w:type="dxa" w:w="4320"/>
          </w:tcPr>
          <w:p>
            <w:r>
              <w:t>陈圳强</w:t>
            </w:r>
          </w:p>
        </w:tc>
      </w:tr>
      <w:tr>
        <w:tc>
          <w:tcPr>
            <w:tcW w:type="dxa" w:w="4320"/>
          </w:tcPr>
          <w:p>
            <w:r>
              <w:t>20232217661</w:t>
            </w:r>
          </w:p>
        </w:tc>
        <w:tc>
          <w:tcPr>
            <w:tcW w:type="dxa" w:w="4320"/>
          </w:tcPr>
          <w:p>
            <w:r>
              <w:t>潘柞舟</w:t>
            </w:r>
          </w:p>
        </w:tc>
      </w:tr>
      <w:tr>
        <w:tc>
          <w:tcPr>
            <w:tcW w:type="dxa" w:w="4320"/>
          </w:tcPr>
          <w:p>
            <w:r>
              <w:t>20232203331</w:t>
            </w:r>
          </w:p>
        </w:tc>
        <w:tc>
          <w:tcPr>
            <w:tcW w:type="dxa" w:w="4320"/>
          </w:tcPr>
          <w:p>
            <w:r>
              <w:t>郑凌凡</w:t>
            </w:r>
          </w:p>
        </w:tc>
      </w:tr>
      <w:tr>
        <w:tc>
          <w:tcPr>
            <w:tcW w:type="dxa" w:w="4320"/>
          </w:tcPr>
          <w:p>
            <w:r>
              <w:t>20232229849</w:t>
            </w:r>
          </w:p>
        </w:tc>
        <w:tc>
          <w:tcPr>
            <w:tcW w:type="dxa" w:w="4320"/>
          </w:tcPr>
          <w:p>
            <w:r>
              <w:t>杨盛隆</w:t>
            </w:r>
          </w:p>
        </w:tc>
      </w:tr>
      <w:tr>
        <w:tc>
          <w:tcPr>
            <w:tcW w:type="dxa" w:w="4320"/>
          </w:tcPr>
          <w:p>
            <w:r>
              <w:t>20232204912</w:t>
            </w:r>
          </w:p>
        </w:tc>
        <w:tc>
          <w:tcPr>
            <w:tcW w:type="dxa" w:w="4320"/>
          </w:tcPr>
          <w:p>
            <w:r>
              <w:t>杨文皓</w:t>
            </w:r>
          </w:p>
        </w:tc>
      </w:tr>
      <w:tr>
        <w:tc>
          <w:tcPr>
            <w:tcW w:type="dxa" w:w="4320"/>
          </w:tcPr>
          <w:p>
            <w:r>
              <w:t>20232211683</w:t>
            </w:r>
          </w:p>
        </w:tc>
        <w:tc>
          <w:tcPr>
            <w:tcW w:type="dxa" w:w="4320"/>
          </w:tcPr>
          <w:p>
            <w:r>
              <w:t>彭俊</w:t>
            </w:r>
          </w:p>
        </w:tc>
      </w:tr>
      <w:tr>
        <w:tc>
          <w:tcPr>
            <w:tcW w:type="dxa" w:w="4320"/>
          </w:tcPr>
          <w:p>
            <w:r>
              <w:t>20232220194</w:t>
            </w:r>
          </w:p>
        </w:tc>
        <w:tc>
          <w:tcPr>
            <w:tcW w:type="dxa" w:w="4320"/>
          </w:tcPr>
          <w:p>
            <w:r>
              <w:t>王礼泽</w:t>
            </w:r>
          </w:p>
        </w:tc>
      </w:tr>
      <w:tr>
        <w:tc>
          <w:tcPr>
            <w:tcW w:type="dxa" w:w="4320"/>
          </w:tcPr>
          <w:p>
            <w:r>
              <w:t>20232206519</w:t>
            </w:r>
          </w:p>
        </w:tc>
        <w:tc>
          <w:tcPr>
            <w:tcW w:type="dxa" w:w="4320"/>
          </w:tcPr>
          <w:p>
            <w:r>
              <w:t>陈少楠</w:t>
            </w:r>
          </w:p>
        </w:tc>
      </w:tr>
      <w:tr>
        <w:tc>
          <w:tcPr>
            <w:tcW w:type="dxa" w:w="4320"/>
          </w:tcPr>
          <w:p>
            <w:r>
              <w:t>20232203689</w:t>
            </w:r>
          </w:p>
        </w:tc>
        <w:tc>
          <w:tcPr>
            <w:tcW w:type="dxa" w:w="4320"/>
          </w:tcPr>
          <w:p>
            <w:r>
              <w:t>秦雷远</w:t>
            </w:r>
          </w:p>
        </w:tc>
      </w:tr>
      <w:tr>
        <w:tc>
          <w:tcPr>
            <w:tcW w:type="dxa" w:w="4320"/>
          </w:tcPr>
          <w:p>
            <w:r>
              <w:t>20232206193</w:t>
            </w:r>
          </w:p>
        </w:tc>
        <w:tc>
          <w:tcPr>
            <w:tcW w:type="dxa" w:w="4320"/>
          </w:tcPr>
          <w:p>
            <w:r>
              <w:t>于华涛</w:t>
            </w:r>
          </w:p>
        </w:tc>
      </w:tr>
      <w:tr>
        <w:tc>
          <w:tcPr>
            <w:tcW w:type="dxa" w:w="4320"/>
          </w:tcPr>
          <w:p>
            <w:r>
              <w:t>20232206053</w:t>
            </w:r>
          </w:p>
        </w:tc>
        <w:tc>
          <w:tcPr>
            <w:tcW w:type="dxa" w:w="4320"/>
          </w:tcPr>
          <w:p>
            <w:r>
              <w:t>徐新异</w:t>
            </w:r>
          </w:p>
        </w:tc>
      </w:tr>
      <w:tr>
        <w:tc>
          <w:tcPr>
            <w:tcW w:type="dxa" w:w="4320"/>
          </w:tcPr>
          <w:p>
            <w:r>
              <w:t>20232230618</w:t>
            </w:r>
          </w:p>
        </w:tc>
        <w:tc>
          <w:tcPr>
            <w:tcW w:type="dxa" w:w="4320"/>
          </w:tcPr>
          <w:p>
            <w:r>
              <w:t>高帅帅</w:t>
            </w:r>
          </w:p>
        </w:tc>
      </w:tr>
      <w:tr>
        <w:tc>
          <w:tcPr>
            <w:tcW w:type="dxa" w:w="4320"/>
          </w:tcPr>
          <w:p>
            <w:r>
              <w:t>20232213515</w:t>
            </w:r>
          </w:p>
        </w:tc>
        <w:tc>
          <w:tcPr>
            <w:tcW w:type="dxa" w:w="4320"/>
          </w:tcPr>
          <w:p>
            <w:r>
              <w:t>高志伟</w:t>
            </w:r>
          </w:p>
        </w:tc>
      </w:tr>
      <w:tr>
        <w:tc>
          <w:tcPr>
            <w:tcW w:type="dxa" w:w="4320"/>
          </w:tcPr>
          <w:p>
            <w:r>
              <w:t>20232203368</w:t>
            </w:r>
          </w:p>
        </w:tc>
        <w:tc>
          <w:tcPr>
            <w:tcW w:type="dxa" w:w="4320"/>
          </w:tcPr>
          <w:p>
            <w:r>
              <w:t>胡星宇</w:t>
            </w:r>
          </w:p>
        </w:tc>
      </w:tr>
      <w:tr>
        <w:tc>
          <w:tcPr>
            <w:tcW w:type="dxa" w:w="4320"/>
          </w:tcPr>
          <w:p>
            <w:r>
              <w:t>20232207008</w:t>
            </w:r>
          </w:p>
        </w:tc>
        <w:tc>
          <w:tcPr>
            <w:tcW w:type="dxa" w:w="4320"/>
          </w:tcPr>
          <w:p>
            <w:r>
              <w:t>张森森</w:t>
            </w:r>
          </w:p>
        </w:tc>
      </w:tr>
      <w:tr>
        <w:tc>
          <w:tcPr>
            <w:tcW w:type="dxa" w:w="4320"/>
          </w:tcPr>
          <w:p>
            <w:r>
              <w:t>20232209853</w:t>
            </w:r>
          </w:p>
        </w:tc>
        <w:tc>
          <w:tcPr>
            <w:tcW w:type="dxa" w:w="4320"/>
          </w:tcPr>
          <w:p>
            <w:r>
              <w:t>朱军伟</w:t>
            </w:r>
          </w:p>
        </w:tc>
      </w:tr>
      <w:tr>
        <w:tc>
          <w:tcPr>
            <w:tcW w:type="dxa" w:w="4320"/>
          </w:tcPr>
          <w:p>
            <w:r>
              <w:t>20232207656</w:t>
            </w:r>
          </w:p>
        </w:tc>
        <w:tc>
          <w:tcPr>
            <w:tcW w:type="dxa" w:w="4320"/>
          </w:tcPr>
          <w:p>
            <w:r>
              <w:t>刘永贤</w:t>
            </w:r>
          </w:p>
        </w:tc>
      </w:tr>
      <w:tr>
        <w:tc>
          <w:tcPr>
            <w:tcW w:type="dxa" w:w="4320"/>
          </w:tcPr>
          <w:p>
            <w:r>
              <w:t>20232207377</w:t>
            </w:r>
          </w:p>
        </w:tc>
        <w:tc>
          <w:tcPr>
            <w:tcW w:type="dxa" w:w="4320"/>
          </w:tcPr>
          <w:p>
            <w:r>
              <w:t>赵思垚</w:t>
            </w:r>
          </w:p>
        </w:tc>
      </w:tr>
      <w:tr>
        <w:tc>
          <w:tcPr>
            <w:tcW w:type="dxa" w:w="4320"/>
          </w:tcPr>
          <w:p>
            <w:r>
              <w:t>20232211247</w:t>
            </w:r>
          </w:p>
        </w:tc>
        <w:tc>
          <w:tcPr>
            <w:tcW w:type="dxa" w:w="4320"/>
          </w:tcPr>
          <w:p>
            <w:r>
              <w:t>尤乐航</w:t>
            </w:r>
          </w:p>
        </w:tc>
      </w:tr>
      <w:tr>
        <w:tc>
          <w:tcPr>
            <w:tcW w:type="dxa" w:w="4320"/>
          </w:tcPr>
          <w:p>
            <w:r>
              <w:t>20232210832</w:t>
            </w:r>
          </w:p>
        </w:tc>
        <w:tc>
          <w:tcPr>
            <w:tcW w:type="dxa" w:w="4320"/>
          </w:tcPr>
          <w:p>
            <w:r>
              <w:t>张桓</w:t>
            </w:r>
          </w:p>
        </w:tc>
      </w:tr>
      <w:tr>
        <w:tc>
          <w:tcPr>
            <w:tcW w:type="dxa" w:w="4320"/>
          </w:tcPr>
          <w:p>
            <w:r>
              <w:t>20232209379</w:t>
            </w:r>
          </w:p>
        </w:tc>
        <w:tc>
          <w:tcPr>
            <w:tcW w:type="dxa" w:w="4320"/>
          </w:tcPr>
          <w:p>
            <w:r>
              <w:t>郭俞斌</w:t>
            </w:r>
          </w:p>
        </w:tc>
      </w:tr>
      <w:tr>
        <w:tc>
          <w:tcPr>
            <w:tcW w:type="dxa" w:w="4320"/>
          </w:tcPr>
          <w:p>
            <w:r>
              <w:t>20232211470</w:t>
            </w:r>
          </w:p>
        </w:tc>
        <w:tc>
          <w:tcPr>
            <w:tcW w:type="dxa" w:w="4320"/>
          </w:tcPr>
          <w:p>
            <w:r>
              <w:t>贺志鹏</w:t>
            </w:r>
          </w:p>
        </w:tc>
      </w:tr>
      <w:tr>
        <w:tc>
          <w:tcPr>
            <w:tcW w:type="dxa" w:w="4320"/>
          </w:tcPr>
          <w:p>
            <w:r>
              <w:t>20232211085</w:t>
            </w:r>
          </w:p>
        </w:tc>
        <w:tc>
          <w:tcPr>
            <w:tcW w:type="dxa" w:w="4320"/>
          </w:tcPr>
          <w:p>
            <w:r>
              <w:t>刘祖翰</w:t>
            </w:r>
          </w:p>
        </w:tc>
      </w:tr>
      <w:tr>
        <w:tc>
          <w:tcPr>
            <w:tcW w:type="dxa" w:w="4320"/>
          </w:tcPr>
          <w:p>
            <w:r>
              <w:t>20232200243</w:t>
            </w:r>
          </w:p>
        </w:tc>
        <w:tc>
          <w:tcPr>
            <w:tcW w:type="dxa" w:w="4320"/>
          </w:tcPr>
          <w:p>
            <w:r>
              <w:t>桑亦成</w:t>
            </w:r>
          </w:p>
        </w:tc>
      </w:tr>
      <w:tr>
        <w:tc>
          <w:tcPr>
            <w:tcW w:type="dxa" w:w="4320"/>
          </w:tcPr>
          <w:p>
            <w:r>
              <w:t>20232204307</w:t>
            </w:r>
          </w:p>
        </w:tc>
        <w:tc>
          <w:tcPr>
            <w:tcW w:type="dxa" w:w="4320"/>
          </w:tcPr>
          <w:p>
            <w:r>
              <w:t>顾黎明</w:t>
            </w:r>
          </w:p>
        </w:tc>
      </w:tr>
      <w:tr>
        <w:tc>
          <w:tcPr>
            <w:tcW w:type="dxa" w:w="4320"/>
          </w:tcPr>
          <w:p>
            <w:r>
              <w:t>20232217760</w:t>
            </w:r>
          </w:p>
        </w:tc>
        <w:tc>
          <w:tcPr>
            <w:tcW w:type="dxa" w:w="4320"/>
          </w:tcPr>
          <w:p>
            <w:r>
              <w:t>曾宪堃</w:t>
            </w:r>
          </w:p>
        </w:tc>
      </w:tr>
      <w:tr>
        <w:tc>
          <w:tcPr>
            <w:tcW w:type="dxa" w:w="4320"/>
          </w:tcPr>
          <w:p>
            <w:r>
              <w:t>20232207394</w:t>
            </w:r>
          </w:p>
        </w:tc>
        <w:tc>
          <w:tcPr>
            <w:tcW w:type="dxa" w:w="4320"/>
          </w:tcPr>
          <w:p>
            <w:r>
              <w:t>程宇翔</w:t>
            </w:r>
          </w:p>
        </w:tc>
      </w:tr>
      <w:tr>
        <w:tc>
          <w:tcPr>
            <w:tcW w:type="dxa" w:w="4320"/>
          </w:tcPr>
          <w:p>
            <w:r>
              <w:t>20232207206</w:t>
            </w:r>
          </w:p>
        </w:tc>
        <w:tc>
          <w:tcPr>
            <w:tcW w:type="dxa" w:w="4320"/>
          </w:tcPr>
          <w:p>
            <w:r>
              <w:t>岳知润</w:t>
            </w:r>
          </w:p>
        </w:tc>
      </w:tr>
      <w:tr>
        <w:tc>
          <w:tcPr>
            <w:tcW w:type="dxa" w:w="4320"/>
          </w:tcPr>
          <w:p>
            <w:r>
              <w:t>20232200783</w:t>
            </w:r>
          </w:p>
        </w:tc>
        <w:tc>
          <w:tcPr>
            <w:tcW w:type="dxa" w:w="4320"/>
          </w:tcPr>
          <w:p>
            <w:r>
              <w:t>史韬</w:t>
            </w:r>
          </w:p>
        </w:tc>
      </w:tr>
      <w:tr>
        <w:tc>
          <w:tcPr>
            <w:tcW w:type="dxa" w:w="4320"/>
          </w:tcPr>
          <w:p>
            <w:r>
              <w:t>20232211808</w:t>
            </w:r>
          </w:p>
        </w:tc>
        <w:tc>
          <w:tcPr>
            <w:tcW w:type="dxa" w:w="4320"/>
          </w:tcPr>
          <w:p>
            <w:r>
              <w:t>李明昆</w:t>
            </w:r>
          </w:p>
        </w:tc>
      </w:tr>
      <w:tr>
        <w:tc>
          <w:tcPr>
            <w:tcW w:type="dxa" w:w="4320"/>
          </w:tcPr>
          <w:p>
            <w:r>
              <w:t>20232203154</w:t>
            </w:r>
          </w:p>
        </w:tc>
        <w:tc>
          <w:tcPr>
            <w:tcW w:type="dxa" w:w="4320"/>
          </w:tcPr>
          <w:p>
            <w:r>
              <w:t>赵研斌</w:t>
            </w:r>
          </w:p>
        </w:tc>
      </w:tr>
      <w:tr>
        <w:tc>
          <w:tcPr>
            <w:tcW w:type="dxa" w:w="4320"/>
          </w:tcPr>
          <w:p>
            <w:r>
              <w:t>20232202466</w:t>
            </w:r>
          </w:p>
        </w:tc>
        <w:tc>
          <w:tcPr>
            <w:tcW w:type="dxa" w:w="4320"/>
          </w:tcPr>
          <w:p>
            <w:r>
              <w:t>庞明杰</w:t>
            </w:r>
          </w:p>
        </w:tc>
      </w:tr>
      <w:tr>
        <w:tc>
          <w:tcPr>
            <w:tcW w:type="dxa" w:w="4320"/>
          </w:tcPr>
          <w:p>
            <w:r>
              <w:t>20232201131</w:t>
            </w:r>
          </w:p>
        </w:tc>
        <w:tc>
          <w:tcPr>
            <w:tcW w:type="dxa" w:w="4320"/>
          </w:tcPr>
          <w:p>
            <w:r>
              <w:t>张润东</w:t>
            </w:r>
          </w:p>
        </w:tc>
      </w:tr>
      <w:tr>
        <w:tc>
          <w:tcPr>
            <w:tcW w:type="dxa" w:w="4320"/>
          </w:tcPr>
          <w:p>
            <w:r>
              <w:t>20232203447</w:t>
            </w:r>
          </w:p>
        </w:tc>
        <w:tc>
          <w:tcPr>
            <w:tcW w:type="dxa" w:w="4320"/>
          </w:tcPr>
          <w:p>
            <w:r>
              <w:t>孙健恺</w:t>
            </w:r>
          </w:p>
        </w:tc>
      </w:tr>
      <w:tr>
        <w:tc>
          <w:tcPr>
            <w:tcW w:type="dxa" w:w="4320"/>
          </w:tcPr>
          <w:p>
            <w:r>
              <w:t>20232205022</w:t>
            </w:r>
          </w:p>
        </w:tc>
        <w:tc>
          <w:tcPr>
            <w:tcW w:type="dxa" w:w="4320"/>
          </w:tcPr>
          <w:p>
            <w:r>
              <w:t>韩玉千</w:t>
            </w:r>
          </w:p>
        </w:tc>
      </w:tr>
      <w:tr>
        <w:tc>
          <w:tcPr>
            <w:tcW w:type="dxa" w:w="4320"/>
          </w:tcPr>
          <w:p>
            <w:r>
              <w:t>20232228092</w:t>
            </w:r>
          </w:p>
        </w:tc>
        <w:tc>
          <w:tcPr>
            <w:tcW w:type="dxa" w:w="4320"/>
          </w:tcPr>
          <w:p>
            <w:r>
              <w:t>刘雨杉</w:t>
            </w:r>
          </w:p>
        </w:tc>
      </w:tr>
      <w:tr>
        <w:tc>
          <w:tcPr>
            <w:tcW w:type="dxa" w:w="4320"/>
          </w:tcPr>
          <w:p>
            <w:r>
              <w:t>20232207239</w:t>
            </w:r>
          </w:p>
        </w:tc>
        <w:tc>
          <w:tcPr>
            <w:tcW w:type="dxa" w:w="4320"/>
          </w:tcPr>
          <w:p>
            <w:r>
              <w:t>张中元</w:t>
            </w:r>
          </w:p>
        </w:tc>
      </w:tr>
      <w:tr>
        <w:tc>
          <w:tcPr>
            <w:tcW w:type="dxa" w:w="4320"/>
          </w:tcPr>
          <w:p>
            <w:r>
              <w:t>20232206817</w:t>
            </w:r>
          </w:p>
        </w:tc>
        <w:tc>
          <w:tcPr>
            <w:tcW w:type="dxa" w:w="4320"/>
          </w:tcPr>
          <w:p>
            <w:r>
              <w:t>高静</w:t>
            </w:r>
          </w:p>
        </w:tc>
      </w:tr>
      <w:tr>
        <w:tc>
          <w:tcPr>
            <w:tcW w:type="dxa" w:w="4320"/>
          </w:tcPr>
          <w:p>
            <w:r>
              <w:t>20232200750</w:t>
            </w:r>
          </w:p>
        </w:tc>
        <w:tc>
          <w:tcPr>
            <w:tcW w:type="dxa" w:w="4320"/>
          </w:tcPr>
          <w:p>
            <w:r>
              <w:t>夏辉鹏</w:t>
            </w:r>
          </w:p>
        </w:tc>
      </w:tr>
      <w:tr>
        <w:tc>
          <w:tcPr>
            <w:tcW w:type="dxa" w:w="4320"/>
          </w:tcPr>
          <w:p>
            <w:r>
              <w:t>20232228270</w:t>
            </w:r>
          </w:p>
        </w:tc>
        <w:tc>
          <w:tcPr>
            <w:tcW w:type="dxa" w:w="4320"/>
          </w:tcPr>
          <w:p>
            <w:r>
              <w:t>刘若婷</w:t>
            </w:r>
          </w:p>
        </w:tc>
      </w:tr>
      <w:tr>
        <w:tc>
          <w:tcPr>
            <w:tcW w:type="dxa" w:w="4320"/>
          </w:tcPr>
          <w:p>
            <w:r>
              <w:t>20232223379</w:t>
            </w:r>
          </w:p>
        </w:tc>
        <w:tc>
          <w:tcPr>
            <w:tcW w:type="dxa" w:w="4320"/>
          </w:tcPr>
          <w:p>
            <w:r>
              <w:t>曹衎</w:t>
            </w:r>
          </w:p>
        </w:tc>
      </w:tr>
      <w:tr>
        <w:tc>
          <w:tcPr>
            <w:tcW w:type="dxa" w:w="4320"/>
          </w:tcPr>
          <w:p>
            <w:r>
              <w:t>20232209472</w:t>
            </w:r>
          </w:p>
        </w:tc>
        <w:tc>
          <w:tcPr>
            <w:tcW w:type="dxa" w:w="4320"/>
          </w:tcPr>
          <w:p>
            <w:r>
              <w:t>张泽腾</w:t>
            </w:r>
          </w:p>
        </w:tc>
      </w:tr>
      <w:tr>
        <w:tc>
          <w:tcPr>
            <w:tcW w:type="dxa" w:w="4320"/>
          </w:tcPr>
          <w:p>
            <w:r>
              <w:t>20232223689</w:t>
            </w:r>
          </w:p>
        </w:tc>
        <w:tc>
          <w:tcPr>
            <w:tcW w:type="dxa" w:w="4320"/>
          </w:tcPr>
          <w:p>
            <w:r>
              <w:t>郭淏韬</w:t>
            </w:r>
          </w:p>
        </w:tc>
      </w:tr>
      <w:tr>
        <w:tc>
          <w:tcPr>
            <w:tcW w:type="dxa" w:w="4320"/>
          </w:tcPr>
          <w:p>
            <w:r>
              <w:t>20232208148</w:t>
            </w:r>
          </w:p>
        </w:tc>
        <w:tc>
          <w:tcPr>
            <w:tcW w:type="dxa" w:w="4320"/>
          </w:tcPr>
          <w:p>
            <w:r>
              <w:t>施逸蕾</w:t>
            </w:r>
          </w:p>
        </w:tc>
      </w:tr>
      <w:tr>
        <w:tc>
          <w:tcPr>
            <w:tcW w:type="dxa" w:w="4320"/>
          </w:tcPr>
          <w:p>
            <w:r>
              <w:t>20232207267</w:t>
            </w:r>
          </w:p>
        </w:tc>
        <w:tc>
          <w:tcPr>
            <w:tcW w:type="dxa" w:w="4320"/>
          </w:tcPr>
          <w:p>
            <w:r>
              <w:t>张相宜</w:t>
            </w:r>
          </w:p>
        </w:tc>
      </w:tr>
      <w:tr>
        <w:tc>
          <w:tcPr>
            <w:tcW w:type="dxa" w:w="4320"/>
          </w:tcPr>
          <w:p>
            <w:r>
              <w:t>20232200755</w:t>
            </w:r>
          </w:p>
        </w:tc>
        <w:tc>
          <w:tcPr>
            <w:tcW w:type="dxa" w:w="4320"/>
          </w:tcPr>
          <w:p>
            <w:r>
              <w:t>杨坤萍</w:t>
            </w:r>
          </w:p>
        </w:tc>
      </w:tr>
      <w:tr>
        <w:tc>
          <w:tcPr>
            <w:tcW w:type="dxa" w:w="4320"/>
          </w:tcPr>
          <w:p>
            <w:r>
              <w:t>20232206875</w:t>
            </w:r>
          </w:p>
        </w:tc>
        <w:tc>
          <w:tcPr>
            <w:tcW w:type="dxa" w:w="4320"/>
          </w:tcPr>
          <w:p>
            <w:r>
              <w:t>单欣卓</w:t>
            </w:r>
          </w:p>
        </w:tc>
      </w:tr>
      <w:tr>
        <w:tc>
          <w:tcPr>
            <w:tcW w:type="dxa" w:w="4320"/>
          </w:tcPr>
          <w:p>
            <w:r>
              <w:t>20232210305</w:t>
            </w:r>
          </w:p>
        </w:tc>
        <w:tc>
          <w:tcPr>
            <w:tcW w:type="dxa" w:w="4320"/>
          </w:tcPr>
          <w:p>
            <w:r>
              <w:t>李振江</w:t>
            </w:r>
          </w:p>
        </w:tc>
      </w:tr>
      <w:tr>
        <w:tc>
          <w:tcPr>
            <w:tcW w:type="dxa" w:w="4320"/>
          </w:tcPr>
          <w:p>
            <w:r>
              <w:t>20232221969</w:t>
            </w:r>
          </w:p>
        </w:tc>
        <w:tc>
          <w:tcPr>
            <w:tcW w:type="dxa" w:w="4320"/>
          </w:tcPr>
          <w:p>
            <w:r>
              <w:t>于欣呈</w:t>
            </w:r>
          </w:p>
        </w:tc>
      </w:tr>
      <w:tr>
        <w:tc>
          <w:tcPr>
            <w:tcW w:type="dxa" w:w="4320"/>
          </w:tcPr>
          <w:p>
            <w:r>
              <w:t>20232205436</w:t>
            </w:r>
          </w:p>
        </w:tc>
        <w:tc>
          <w:tcPr>
            <w:tcW w:type="dxa" w:w="4320"/>
          </w:tcPr>
          <w:p>
            <w:r>
              <w:t>郑文浩</w:t>
            </w:r>
          </w:p>
        </w:tc>
      </w:tr>
      <w:tr>
        <w:tc>
          <w:tcPr>
            <w:tcW w:type="dxa" w:w="4320"/>
          </w:tcPr>
          <w:p>
            <w:r>
              <w:t>20232230105</w:t>
            </w:r>
          </w:p>
        </w:tc>
        <w:tc>
          <w:tcPr>
            <w:tcW w:type="dxa" w:w="4320"/>
          </w:tcPr>
          <w:p>
            <w:r>
              <w:t>田龙龙</w:t>
            </w:r>
          </w:p>
        </w:tc>
      </w:tr>
      <w:tr>
        <w:tc>
          <w:tcPr>
            <w:tcW w:type="dxa" w:w="4320"/>
          </w:tcPr>
          <w:p>
            <w:r>
              <w:t>20232209792</w:t>
            </w:r>
          </w:p>
        </w:tc>
        <w:tc>
          <w:tcPr>
            <w:tcW w:type="dxa" w:w="4320"/>
          </w:tcPr>
          <w:p>
            <w:r>
              <w:t>周潇华</w:t>
            </w:r>
          </w:p>
        </w:tc>
      </w:tr>
      <w:tr>
        <w:tc>
          <w:tcPr>
            <w:tcW w:type="dxa" w:w="4320"/>
          </w:tcPr>
          <w:p>
            <w:r>
              <w:t>20232219962</w:t>
            </w:r>
          </w:p>
        </w:tc>
        <w:tc>
          <w:tcPr>
            <w:tcW w:type="dxa" w:w="4320"/>
          </w:tcPr>
          <w:p>
            <w:r>
              <w:t>韩敏</w:t>
            </w:r>
          </w:p>
        </w:tc>
      </w:tr>
      <w:tr>
        <w:tc>
          <w:tcPr>
            <w:tcW w:type="dxa" w:w="4320"/>
          </w:tcPr>
          <w:p>
            <w:r>
              <w:t>20232219530</w:t>
            </w:r>
          </w:p>
        </w:tc>
        <w:tc>
          <w:tcPr>
            <w:tcW w:type="dxa" w:w="4320"/>
          </w:tcPr>
          <w:p>
            <w:r>
              <w:t>夏雪妮</w:t>
            </w:r>
          </w:p>
        </w:tc>
      </w:tr>
      <w:tr>
        <w:tc>
          <w:tcPr>
            <w:tcW w:type="dxa" w:w="4320"/>
          </w:tcPr>
          <w:p>
            <w:r>
              <w:t>20232227800</w:t>
            </w:r>
          </w:p>
        </w:tc>
        <w:tc>
          <w:tcPr>
            <w:tcW w:type="dxa" w:w="4320"/>
          </w:tcPr>
          <w:p>
            <w:r>
              <w:t>钱秀峰</w:t>
            </w:r>
          </w:p>
        </w:tc>
      </w:tr>
      <w:tr>
        <w:tc>
          <w:tcPr>
            <w:tcW w:type="dxa" w:w="4320"/>
          </w:tcPr>
          <w:p>
            <w:r>
              <w:t>20232208977</w:t>
            </w:r>
          </w:p>
        </w:tc>
        <w:tc>
          <w:tcPr>
            <w:tcW w:type="dxa" w:w="4320"/>
          </w:tcPr>
          <w:p>
            <w:r>
              <w:t>杜泓熠</w:t>
            </w:r>
          </w:p>
        </w:tc>
      </w:tr>
      <w:tr>
        <w:tc>
          <w:tcPr>
            <w:tcW w:type="dxa" w:w="4320"/>
          </w:tcPr>
          <w:p>
            <w:r>
              <w:t>20232226788</w:t>
            </w:r>
          </w:p>
        </w:tc>
        <w:tc>
          <w:tcPr>
            <w:tcW w:type="dxa" w:w="4320"/>
          </w:tcPr>
          <w:p>
            <w:r>
              <w:t>邢子晗</w:t>
            </w:r>
          </w:p>
        </w:tc>
      </w:tr>
      <w:tr>
        <w:tc>
          <w:tcPr>
            <w:tcW w:type="dxa" w:w="4320"/>
          </w:tcPr>
          <w:p>
            <w:r>
              <w:t>20232221965</w:t>
            </w:r>
          </w:p>
        </w:tc>
        <w:tc>
          <w:tcPr>
            <w:tcW w:type="dxa" w:w="4320"/>
          </w:tcPr>
          <w:p>
            <w:r>
              <w:t>陈子瀚</w:t>
            </w:r>
          </w:p>
        </w:tc>
      </w:tr>
      <w:tr>
        <w:tc>
          <w:tcPr>
            <w:tcW w:type="dxa" w:w="4320"/>
          </w:tcPr>
          <w:p>
            <w:r>
              <w:t>20232219868</w:t>
            </w:r>
          </w:p>
        </w:tc>
        <w:tc>
          <w:tcPr>
            <w:tcW w:type="dxa" w:w="4320"/>
          </w:tcPr>
          <w:p>
            <w:r>
              <w:t>甘骥鹏</w:t>
            </w:r>
          </w:p>
        </w:tc>
      </w:tr>
      <w:tr>
        <w:tc>
          <w:tcPr>
            <w:tcW w:type="dxa" w:w="4320"/>
          </w:tcPr>
          <w:p>
            <w:r>
              <w:t>20232222836</w:t>
            </w:r>
          </w:p>
        </w:tc>
        <w:tc>
          <w:tcPr>
            <w:tcW w:type="dxa" w:w="4320"/>
          </w:tcPr>
          <w:p>
            <w:r>
              <w:t>金峥嵘</w:t>
            </w:r>
          </w:p>
        </w:tc>
      </w:tr>
      <w:tr>
        <w:tc>
          <w:tcPr>
            <w:tcW w:type="dxa" w:w="4320"/>
          </w:tcPr>
          <w:p>
            <w:r>
              <w:t>20232217345</w:t>
            </w:r>
          </w:p>
        </w:tc>
        <w:tc>
          <w:tcPr>
            <w:tcW w:type="dxa" w:w="4320"/>
          </w:tcPr>
          <w:p>
            <w:r>
              <w:t>陈超然</w:t>
            </w:r>
          </w:p>
        </w:tc>
      </w:tr>
      <w:tr>
        <w:tc>
          <w:tcPr>
            <w:tcW w:type="dxa" w:w="4320"/>
          </w:tcPr>
          <w:p>
            <w:r>
              <w:t>20232210492</w:t>
            </w:r>
          </w:p>
        </w:tc>
        <w:tc>
          <w:tcPr>
            <w:tcW w:type="dxa" w:w="4320"/>
          </w:tcPr>
          <w:p>
            <w:r>
              <w:t>刘子钧</w:t>
            </w:r>
          </w:p>
        </w:tc>
      </w:tr>
      <w:tr>
        <w:tc>
          <w:tcPr>
            <w:tcW w:type="dxa" w:w="4320"/>
          </w:tcPr>
          <w:p>
            <w:r>
              <w:t>20232204543</w:t>
            </w:r>
          </w:p>
        </w:tc>
        <w:tc>
          <w:tcPr>
            <w:tcW w:type="dxa" w:w="4320"/>
          </w:tcPr>
          <w:p>
            <w:r>
              <w:t>毛昀尉</w:t>
            </w:r>
          </w:p>
        </w:tc>
      </w:tr>
      <w:tr>
        <w:tc>
          <w:tcPr>
            <w:tcW w:type="dxa" w:w="4320"/>
          </w:tcPr>
          <w:p>
            <w:r>
              <w:t>20232200980</w:t>
            </w:r>
          </w:p>
        </w:tc>
        <w:tc>
          <w:tcPr>
            <w:tcW w:type="dxa" w:w="4320"/>
          </w:tcPr>
          <w:p>
            <w:r>
              <w:t>朱可盈</w:t>
            </w:r>
          </w:p>
        </w:tc>
      </w:tr>
      <w:tr>
        <w:tc>
          <w:tcPr>
            <w:tcW w:type="dxa" w:w="4320"/>
          </w:tcPr>
          <w:p>
            <w:r>
              <w:t>20232219134</w:t>
            </w:r>
          </w:p>
        </w:tc>
        <w:tc>
          <w:tcPr>
            <w:tcW w:type="dxa" w:w="4320"/>
          </w:tcPr>
          <w:p>
            <w:r>
              <w:t>蒋天舒</w:t>
            </w:r>
          </w:p>
        </w:tc>
      </w:tr>
      <w:tr>
        <w:tc>
          <w:tcPr>
            <w:tcW w:type="dxa" w:w="4320"/>
          </w:tcPr>
          <w:p>
            <w:r>
              <w:t>20232220881</w:t>
            </w:r>
          </w:p>
        </w:tc>
        <w:tc>
          <w:tcPr>
            <w:tcW w:type="dxa" w:w="4320"/>
          </w:tcPr>
          <w:p>
            <w:r>
              <w:t>叶子琦</w:t>
            </w:r>
          </w:p>
        </w:tc>
      </w:tr>
      <w:tr>
        <w:tc>
          <w:tcPr>
            <w:tcW w:type="dxa" w:w="4320"/>
          </w:tcPr>
          <w:p>
            <w:r>
              <w:t>20232212202</w:t>
            </w:r>
          </w:p>
        </w:tc>
        <w:tc>
          <w:tcPr>
            <w:tcW w:type="dxa" w:w="4320"/>
          </w:tcPr>
          <w:p>
            <w:r>
              <w:t>王俊</w:t>
            </w:r>
          </w:p>
        </w:tc>
      </w:tr>
      <w:tr>
        <w:tc>
          <w:tcPr>
            <w:tcW w:type="dxa" w:w="4320"/>
          </w:tcPr>
          <w:p>
            <w:r>
              <w:t>20232223818</w:t>
            </w:r>
          </w:p>
        </w:tc>
        <w:tc>
          <w:tcPr>
            <w:tcW w:type="dxa" w:w="4320"/>
          </w:tcPr>
          <w:p>
            <w:r>
              <w:t>蒋沛奇</w:t>
            </w:r>
          </w:p>
        </w:tc>
      </w:tr>
      <w:tr>
        <w:tc>
          <w:tcPr>
            <w:tcW w:type="dxa" w:w="4320"/>
          </w:tcPr>
          <w:p>
            <w:r>
              <w:t>20232223307</w:t>
            </w:r>
          </w:p>
        </w:tc>
        <w:tc>
          <w:tcPr>
            <w:tcW w:type="dxa" w:w="4320"/>
          </w:tcPr>
          <w:p>
            <w:r>
              <w:t>徐成健</w:t>
            </w:r>
          </w:p>
        </w:tc>
      </w:tr>
      <w:tr>
        <w:tc>
          <w:tcPr>
            <w:tcW w:type="dxa" w:w="4320"/>
          </w:tcPr>
          <w:p>
            <w:r>
              <w:t>20232223893</w:t>
            </w:r>
          </w:p>
        </w:tc>
        <w:tc>
          <w:tcPr>
            <w:tcW w:type="dxa" w:w="4320"/>
          </w:tcPr>
          <w:p>
            <w:r>
              <w:t>田昕阳</w:t>
            </w:r>
          </w:p>
        </w:tc>
      </w:tr>
      <w:tr>
        <w:tc>
          <w:tcPr>
            <w:tcW w:type="dxa" w:w="4320"/>
          </w:tcPr>
          <w:p>
            <w:r>
              <w:t>20232207826</w:t>
            </w:r>
          </w:p>
        </w:tc>
        <w:tc>
          <w:tcPr>
            <w:tcW w:type="dxa" w:w="4320"/>
          </w:tcPr>
          <w:p>
            <w:r>
              <w:t>陈明皓</w:t>
            </w:r>
          </w:p>
        </w:tc>
      </w:tr>
      <w:tr>
        <w:tc>
          <w:tcPr>
            <w:tcW w:type="dxa" w:w="4320"/>
          </w:tcPr>
          <w:p>
            <w:r>
              <w:t>20232220676</w:t>
            </w:r>
          </w:p>
        </w:tc>
        <w:tc>
          <w:tcPr>
            <w:tcW w:type="dxa" w:w="4320"/>
          </w:tcPr>
          <w:p>
            <w:r>
              <w:t>沈海辰</w:t>
            </w:r>
          </w:p>
        </w:tc>
      </w:tr>
      <w:tr>
        <w:tc>
          <w:tcPr>
            <w:tcW w:type="dxa" w:w="4320"/>
          </w:tcPr>
          <w:p>
            <w:r>
              <w:t>20232224838</w:t>
            </w:r>
          </w:p>
        </w:tc>
        <w:tc>
          <w:tcPr>
            <w:tcW w:type="dxa" w:w="4320"/>
          </w:tcPr>
          <w:p>
            <w:r>
              <w:t>李慧婷</w:t>
            </w:r>
          </w:p>
        </w:tc>
      </w:tr>
      <w:tr>
        <w:tc>
          <w:tcPr>
            <w:tcW w:type="dxa" w:w="4320"/>
          </w:tcPr>
          <w:p>
            <w:r>
              <w:t>20232204970</w:t>
            </w:r>
          </w:p>
        </w:tc>
        <w:tc>
          <w:tcPr>
            <w:tcW w:type="dxa" w:w="4320"/>
          </w:tcPr>
          <w:p>
            <w:r>
              <w:t>万家华</w:t>
            </w:r>
          </w:p>
        </w:tc>
      </w:tr>
      <w:tr>
        <w:tc>
          <w:tcPr>
            <w:tcW w:type="dxa" w:w="4320"/>
          </w:tcPr>
          <w:p>
            <w:r>
              <w:t>20232212236</w:t>
            </w:r>
          </w:p>
        </w:tc>
        <w:tc>
          <w:tcPr>
            <w:tcW w:type="dxa" w:w="4320"/>
          </w:tcPr>
          <w:p>
            <w:r>
              <w:t>陈静怡</w:t>
            </w:r>
          </w:p>
        </w:tc>
      </w:tr>
      <w:tr>
        <w:tc>
          <w:tcPr>
            <w:tcW w:type="dxa" w:w="4320"/>
          </w:tcPr>
          <w:p>
            <w:r>
              <w:t>20232204243</w:t>
            </w:r>
          </w:p>
        </w:tc>
        <w:tc>
          <w:tcPr>
            <w:tcW w:type="dxa" w:w="4320"/>
          </w:tcPr>
          <w:p>
            <w:r>
              <w:t>钟琪</w:t>
            </w:r>
          </w:p>
        </w:tc>
      </w:tr>
      <w:tr>
        <w:tc>
          <w:tcPr>
            <w:tcW w:type="dxa" w:w="4320"/>
          </w:tcPr>
          <w:p>
            <w:r>
              <w:t>20232225655</w:t>
            </w:r>
          </w:p>
        </w:tc>
        <w:tc>
          <w:tcPr>
            <w:tcW w:type="dxa" w:w="4320"/>
          </w:tcPr>
          <w:p>
            <w:r>
              <w:t>蔡志豪</w:t>
            </w:r>
          </w:p>
        </w:tc>
      </w:tr>
      <w:tr>
        <w:tc>
          <w:tcPr>
            <w:tcW w:type="dxa" w:w="4320"/>
          </w:tcPr>
          <w:p>
            <w:r>
              <w:t>20232211671</w:t>
            </w:r>
          </w:p>
        </w:tc>
        <w:tc>
          <w:tcPr>
            <w:tcW w:type="dxa" w:w="4320"/>
          </w:tcPr>
          <w:p>
            <w:r>
              <w:t>艾俊杰</w:t>
            </w:r>
          </w:p>
        </w:tc>
      </w:tr>
      <w:tr>
        <w:tc>
          <w:tcPr>
            <w:tcW w:type="dxa" w:w="4320"/>
          </w:tcPr>
          <w:p>
            <w:r>
              <w:t>20232226885</w:t>
            </w:r>
          </w:p>
        </w:tc>
        <w:tc>
          <w:tcPr>
            <w:tcW w:type="dxa" w:w="4320"/>
          </w:tcPr>
          <w:p>
            <w:r>
              <w:t>刘浩</w:t>
            </w:r>
          </w:p>
        </w:tc>
      </w:tr>
      <w:tr>
        <w:tc>
          <w:tcPr>
            <w:tcW w:type="dxa" w:w="4320"/>
          </w:tcPr>
          <w:p>
            <w:r>
              <w:t>20232201334</w:t>
            </w:r>
          </w:p>
        </w:tc>
        <w:tc>
          <w:tcPr>
            <w:tcW w:type="dxa" w:w="4320"/>
          </w:tcPr>
          <w:p>
            <w:r>
              <w:t>徐卓</w:t>
            </w:r>
          </w:p>
        </w:tc>
      </w:tr>
      <w:tr>
        <w:tc>
          <w:tcPr>
            <w:tcW w:type="dxa" w:w="4320"/>
          </w:tcPr>
          <w:p>
            <w:r>
              <w:t>20232203161</w:t>
            </w:r>
          </w:p>
        </w:tc>
        <w:tc>
          <w:tcPr>
            <w:tcW w:type="dxa" w:w="4320"/>
          </w:tcPr>
          <w:p>
            <w:r>
              <w:t>张志德</w:t>
            </w:r>
          </w:p>
        </w:tc>
      </w:tr>
      <w:tr>
        <w:tc>
          <w:tcPr>
            <w:tcW w:type="dxa" w:w="4320"/>
          </w:tcPr>
          <w:p>
            <w:r>
              <w:t>20232223527</w:t>
            </w:r>
          </w:p>
        </w:tc>
        <w:tc>
          <w:tcPr>
            <w:tcW w:type="dxa" w:w="4320"/>
          </w:tcPr>
          <w:p>
            <w:r>
              <w:t>刘爱通</w:t>
            </w:r>
          </w:p>
        </w:tc>
      </w:tr>
      <w:tr>
        <w:tc>
          <w:tcPr>
            <w:tcW w:type="dxa" w:w="4320"/>
          </w:tcPr>
          <w:p>
            <w:r>
              <w:t>20232223794</w:t>
            </w:r>
          </w:p>
        </w:tc>
        <w:tc>
          <w:tcPr>
            <w:tcW w:type="dxa" w:w="4320"/>
          </w:tcPr>
          <w:p>
            <w:r>
              <w:t>黄婷婷</w:t>
            </w:r>
          </w:p>
        </w:tc>
      </w:tr>
      <w:tr>
        <w:tc>
          <w:tcPr>
            <w:tcW w:type="dxa" w:w="4320"/>
          </w:tcPr>
          <w:p>
            <w:r>
              <w:t>20232219122</w:t>
            </w:r>
          </w:p>
        </w:tc>
        <w:tc>
          <w:tcPr>
            <w:tcW w:type="dxa" w:w="4320"/>
          </w:tcPr>
          <w:p>
            <w:r>
              <w:t>孙铭锐</w:t>
            </w:r>
          </w:p>
        </w:tc>
      </w:tr>
      <w:tr>
        <w:tc>
          <w:tcPr>
            <w:tcW w:type="dxa" w:w="4320"/>
          </w:tcPr>
          <w:p>
            <w:r>
              <w:t>20232203768</w:t>
            </w:r>
          </w:p>
        </w:tc>
        <w:tc>
          <w:tcPr>
            <w:tcW w:type="dxa" w:w="4320"/>
          </w:tcPr>
          <w:p>
            <w:r>
              <w:t>刘贤达</w:t>
            </w:r>
          </w:p>
        </w:tc>
      </w:tr>
      <w:tr>
        <w:tc>
          <w:tcPr>
            <w:tcW w:type="dxa" w:w="4320"/>
          </w:tcPr>
          <w:p>
            <w:r>
              <w:t>20232200198</w:t>
            </w:r>
          </w:p>
        </w:tc>
        <w:tc>
          <w:tcPr>
            <w:tcW w:type="dxa" w:w="4320"/>
          </w:tcPr>
          <w:p>
            <w:r>
              <w:t>郑凯</w:t>
            </w:r>
          </w:p>
        </w:tc>
      </w:tr>
      <w:tr>
        <w:tc>
          <w:tcPr>
            <w:tcW w:type="dxa" w:w="4320"/>
          </w:tcPr>
          <w:p>
            <w:r>
              <w:t>20232209576</w:t>
            </w:r>
          </w:p>
        </w:tc>
        <w:tc>
          <w:tcPr>
            <w:tcW w:type="dxa" w:w="4320"/>
          </w:tcPr>
          <w:p>
            <w:r>
              <w:t>顾宇杰</w:t>
            </w:r>
          </w:p>
        </w:tc>
      </w:tr>
      <w:tr>
        <w:tc>
          <w:tcPr>
            <w:tcW w:type="dxa" w:w="4320"/>
          </w:tcPr>
          <w:p>
            <w:r>
              <w:t>20232204024</w:t>
            </w:r>
          </w:p>
        </w:tc>
        <w:tc>
          <w:tcPr>
            <w:tcW w:type="dxa" w:w="4320"/>
          </w:tcPr>
          <w:p>
            <w:r>
              <w:t>杨飒</w:t>
            </w:r>
          </w:p>
        </w:tc>
      </w:tr>
      <w:tr>
        <w:tc>
          <w:tcPr>
            <w:tcW w:type="dxa" w:w="4320"/>
          </w:tcPr>
          <w:p>
            <w:r>
              <w:t>20232203240</w:t>
            </w:r>
          </w:p>
        </w:tc>
        <w:tc>
          <w:tcPr>
            <w:tcW w:type="dxa" w:w="4320"/>
          </w:tcPr>
          <w:p>
            <w:r>
              <w:t>董禹男</w:t>
            </w:r>
          </w:p>
        </w:tc>
      </w:tr>
      <w:tr>
        <w:tc>
          <w:tcPr>
            <w:tcW w:type="dxa" w:w="4320"/>
          </w:tcPr>
          <w:p>
            <w:r>
              <w:t>20232203341</w:t>
            </w:r>
          </w:p>
        </w:tc>
        <w:tc>
          <w:tcPr>
            <w:tcW w:type="dxa" w:w="4320"/>
          </w:tcPr>
          <w:p>
            <w:r>
              <w:t>王浩仁</w:t>
            </w:r>
          </w:p>
        </w:tc>
      </w:tr>
      <w:tr>
        <w:tc>
          <w:tcPr>
            <w:tcW w:type="dxa" w:w="4320"/>
          </w:tcPr>
          <w:p>
            <w:r>
              <w:t>20232221779</w:t>
            </w:r>
          </w:p>
        </w:tc>
        <w:tc>
          <w:tcPr>
            <w:tcW w:type="dxa" w:w="4320"/>
          </w:tcPr>
          <w:p>
            <w:r>
              <w:t>陈昕冉</w:t>
            </w:r>
          </w:p>
        </w:tc>
      </w:tr>
      <w:tr>
        <w:tc>
          <w:tcPr>
            <w:tcW w:type="dxa" w:w="4320"/>
          </w:tcPr>
          <w:p>
            <w:r>
              <w:t>20232222847</w:t>
            </w:r>
          </w:p>
        </w:tc>
        <w:tc>
          <w:tcPr>
            <w:tcW w:type="dxa" w:w="4320"/>
          </w:tcPr>
          <w:p>
            <w:r>
              <w:t>陈丹彤</w:t>
            </w:r>
          </w:p>
        </w:tc>
      </w:tr>
      <w:tr>
        <w:tc>
          <w:tcPr>
            <w:tcW w:type="dxa" w:w="4320"/>
          </w:tcPr>
          <w:p>
            <w:r>
              <w:t>20232212153</w:t>
            </w:r>
          </w:p>
        </w:tc>
        <w:tc>
          <w:tcPr>
            <w:tcW w:type="dxa" w:w="4320"/>
          </w:tcPr>
          <w:p>
            <w:r>
              <w:t>程梦倩</w:t>
            </w:r>
          </w:p>
        </w:tc>
      </w:tr>
      <w:tr>
        <w:tc>
          <w:tcPr>
            <w:tcW w:type="dxa" w:w="4320"/>
          </w:tcPr>
          <w:p>
            <w:r>
              <w:t>20232204256</w:t>
            </w:r>
          </w:p>
        </w:tc>
        <w:tc>
          <w:tcPr>
            <w:tcW w:type="dxa" w:w="4320"/>
          </w:tcPr>
          <w:p>
            <w:r>
              <w:t>周泽中</w:t>
            </w:r>
          </w:p>
        </w:tc>
      </w:tr>
      <w:tr>
        <w:tc>
          <w:tcPr>
            <w:tcW w:type="dxa" w:w="4320"/>
          </w:tcPr>
          <w:p>
            <w:r>
              <w:t>20232204234</w:t>
            </w:r>
          </w:p>
        </w:tc>
        <w:tc>
          <w:tcPr>
            <w:tcW w:type="dxa" w:w="4320"/>
          </w:tcPr>
          <w:p>
            <w:r>
              <w:t>刘俊杰</w:t>
            </w:r>
          </w:p>
        </w:tc>
      </w:tr>
      <w:tr>
        <w:tc>
          <w:tcPr>
            <w:tcW w:type="dxa" w:w="4320"/>
          </w:tcPr>
          <w:p>
            <w:r>
              <w:t>20232212409</w:t>
            </w:r>
          </w:p>
        </w:tc>
        <w:tc>
          <w:tcPr>
            <w:tcW w:type="dxa" w:w="4320"/>
          </w:tcPr>
          <w:p>
            <w:r>
              <w:t>程思雨</w:t>
            </w:r>
          </w:p>
        </w:tc>
      </w:tr>
      <w:tr>
        <w:tc>
          <w:tcPr>
            <w:tcW w:type="dxa" w:w="4320"/>
          </w:tcPr>
          <w:p>
            <w:r>
              <w:t>20232202638</w:t>
            </w:r>
          </w:p>
        </w:tc>
        <w:tc>
          <w:tcPr>
            <w:tcW w:type="dxa" w:w="4320"/>
          </w:tcPr>
          <w:p>
            <w:r>
              <w:t>耿毅</w:t>
            </w:r>
          </w:p>
        </w:tc>
      </w:tr>
      <w:tr>
        <w:tc>
          <w:tcPr>
            <w:tcW w:type="dxa" w:w="4320"/>
          </w:tcPr>
          <w:p>
            <w:r>
              <w:t>20232202443</w:t>
            </w:r>
          </w:p>
        </w:tc>
        <w:tc>
          <w:tcPr>
            <w:tcW w:type="dxa" w:w="4320"/>
          </w:tcPr>
          <w:p>
            <w:r>
              <w:t>屠国丽</w:t>
            </w:r>
          </w:p>
        </w:tc>
      </w:tr>
      <w:tr>
        <w:tc>
          <w:tcPr>
            <w:tcW w:type="dxa" w:w="4320"/>
          </w:tcPr>
          <w:p>
            <w:r>
              <w:t>20232229800</w:t>
            </w:r>
          </w:p>
        </w:tc>
        <w:tc>
          <w:tcPr>
            <w:tcW w:type="dxa" w:w="4320"/>
          </w:tcPr>
          <w:p>
            <w:r>
              <w:t>陈子涵</w:t>
            </w:r>
          </w:p>
        </w:tc>
      </w:tr>
      <w:tr>
        <w:tc>
          <w:tcPr>
            <w:tcW w:type="dxa" w:w="4320"/>
          </w:tcPr>
          <w:p>
            <w:r>
              <w:t>20232205357</w:t>
            </w:r>
          </w:p>
        </w:tc>
        <w:tc>
          <w:tcPr>
            <w:tcW w:type="dxa" w:w="4320"/>
          </w:tcPr>
          <w:p>
            <w:r>
              <w:t>刘奕池</w:t>
            </w:r>
          </w:p>
        </w:tc>
      </w:tr>
      <w:tr>
        <w:tc>
          <w:tcPr>
            <w:tcW w:type="dxa" w:w="4320"/>
          </w:tcPr>
          <w:p>
            <w:r>
              <w:t>20232203264</w:t>
            </w:r>
          </w:p>
        </w:tc>
        <w:tc>
          <w:tcPr>
            <w:tcW w:type="dxa" w:w="4320"/>
          </w:tcPr>
          <w:p>
            <w:r>
              <w:t>吴宇峰</w:t>
            </w:r>
          </w:p>
        </w:tc>
      </w:tr>
      <w:tr>
        <w:tc>
          <w:tcPr>
            <w:tcW w:type="dxa" w:w="4320"/>
          </w:tcPr>
          <w:p>
            <w:r>
              <w:t>20232226760</w:t>
            </w:r>
          </w:p>
        </w:tc>
        <w:tc>
          <w:tcPr>
            <w:tcW w:type="dxa" w:w="4320"/>
          </w:tcPr>
          <w:p>
            <w:r>
              <w:t>赵宇</w:t>
            </w:r>
          </w:p>
        </w:tc>
      </w:tr>
      <w:tr>
        <w:tc>
          <w:tcPr>
            <w:tcW w:type="dxa" w:w="4320"/>
          </w:tcPr>
          <w:p>
            <w:r>
              <w:t>20232202824</w:t>
            </w:r>
          </w:p>
        </w:tc>
        <w:tc>
          <w:tcPr>
            <w:tcW w:type="dxa" w:w="4320"/>
          </w:tcPr>
          <w:p>
            <w:r>
              <w:t>李若茜</w:t>
            </w:r>
          </w:p>
        </w:tc>
      </w:tr>
      <w:tr>
        <w:tc>
          <w:tcPr>
            <w:tcW w:type="dxa" w:w="4320"/>
          </w:tcPr>
          <w:p>
            <w:r>
              <w:t>20232203575</w:t>
            </w:r>
          </w:p>
        </w:tc>
        <w:tc>
          <w:tcPr>
            <w:tcW w:type="dxa" w:w="4320"/>
          </w:tcPr>
          <w:p>
            <w:r>
              <w:t>曹梦瑶</w:t>
            </w:r>
          </w:p>
        </w:tc>
      </w:tr>
      <w:tr>
        <w:tc>
          <w:tcPr>
            <w:tcW w:type="dxa" w:w="4320"/>
          </w:tcPr>
          <w:p>
            <w:r>
              <w:t>20232211462</w:t>
            </w:r>
          </w:p>
        </w:tc>
        <w:tc>
          <w:tcPr>
            <w:tcW w:type="dxa" w:w="4320"/>
          </w:tcPr>
          <w:p>
            <w:r>
              <w:t>林垚</w:t>
            </w:r>
          </w:p>
        </w:tc>
      </w:tr>
      <w:tr>
        <w:tc>
          <w:tcPr>
            <w:tcW w:type="dxa" w:w="4320"/>
          </w:tcPr>
          <w:p>
            <w:r>
              <w:t>20232210119</w:t>
            </w:r>
          </w:p>
        </w:tc>
        <w:tc>
          <w:tcPr>
            <w:tcW w:type="dxa" w:w="4320"/>
          </w:tcPr>
          <w:p>
            <w:r>
              <w:t>胡颖</w:t>
            </w:r>
          </w:p>
        </w:tc>
      </w:tr>
      <w:tr>
        <w:tc>
          <w:tcPr>
            <w:tcW w:type="dxa" w:w="4320"/>
          </w:tcPr>
          <w:p>
            <w:r>
              <w:t>20232221046</w:t>
            </w:r>
          </w:p>
        </w:tc>
        <w:tc>
          <w:tcPr>
            <w:tcW w:type="dxa" w:w="4320"/>
          </w:tcPr>
          <w:p>
            <w:r>
              <w:t>谭泽琼</w:t>
            </w:r>
          </w:p>
        </w:tc>
      </w:tr>
      <w:tr>
        <w:tc>
          <w:tcPr>
            <w:tcW w:type="dxa" w:w="4320"/>
          </w:tcPr>
          <w:p>
            <w:r>
              <w:t>20232229491</w:t>
            </w:r>
          </w:p>
        </w:tc>
        <w:tc>
          <w:tcPr>
            <w:tcW w:type="dxa" w:w="4320"/>
          </w:tcPr>
          <w:p>
            <w:r>
              <w:t>薛楠</w:t>
            </w:r>
          </w:p>
        </w:tc>
      </w:tr>
      <w:tr>
        <w:tc>
          <w:tcPr>
            <w:tcW w:type="dxa" w:w="4320"/>
          </w:tcPr>
          <w:p>
            <w:r>
              <w:t>20232211950</w:t>
            </w:r>
          </w:p>
        </w:tc>
        <w:tc>
          <w:tcPr>
            <w:tcW w:type="dxa" w:w="4320"/>
          </w:tcPr>
          <w:p>
            <w:r>
              <w:t>刘孝松</w:t>
            </w:r>
          </w:p>
        </w:tc>
      </w:tr>
      <w:tr>
        <w:tc>
          <w:tcPr>
            <w:tcW w:type="dxa" w:w="4320"/>
          </w:tcPr>
          <w:p>
            <w:r>
              <w:t>20232208909</w:t>
            </w:r>
          </w:p>
        </w:tc>
        <w:tc>
          <w:tcPr>
            <w:tcW w:type="dxa" w:w="4320"/>
          </w:tcPr>
          <w:p>
            <w:r>
              <w:t>陈新洋</w:t>
            </w:r>
          </w:p>
        </w:tc>
      </w:tr>
      <w:tr>
        <w:tc>
          <w:tcPr>
            <w:tcW w:type="dxa" w:w="4320"/>
          </w:tcPr>
          <w:p>
            <w:r>
              <w:t>20232210740</w:t>
            </w:r>
          </w:p>
        </w:tc>
        <w:tc>
          <w:tcPr>
            <w:tcW w:type="dxa" w:w="4320"/>
          </w:tcPr>
          <w:p>
            <w:r>
              <w:t>陶征庆</w:t>
            </w:r>
          </w:p>
        </w:tc>
      </w:tr>
      <w:tr>
        <w:tc>
          <w:tcPr>
            <w:tcW w:type="dxa" w:w="4320"/>
          </w:tcPr>
          <w:p>
            <w:r>
              <w:t>20232203348</w:t>
            </w:r>
          </w:p>
        </w:tc>
        <w:tc>
          <w:tcPr>
            <w:tcW w:type="dxa" w:w="4320"/>
          </w:tcPr>
          <w:p>
            <w:r>
              <w:t>刘鸿宁</w:t>
            </w:r>
          </w:p>
        </w:tc>
      </w:tr>
      <w:tr>
        <w:tc>
          <w:tcPr>
            <w:tcW w:type="dxa" w:w="4320"/>
          </w:tcPr>
          <w:p>
            <w:r>
              <w:t>20232212105</w:t>
            </w:r>
          </w:p>
        </w:tc>
        <w:tc>
          <w:tcPr>
            <w:tcW w:type="dxa" w:w="4320"/>
          </w:tcPr>
          <w:p>
            <w:r>
              <w:t>应憬恺</w:t>
            </w:r>
          </w:p>
        </w:tc>
      </w:tr>
      <w:tr>
        <w:tc>
          <w:tcPr>
            <w:tcW w:type="dxa" w:w="4320"/>
          </w:tcPr>
          <w:p>
            <w:r>
              <w:t>20232209161</w:t>
            </w:r>
          </w:p>
        </w:tc>
        <w:tc>
          <w:tcPr>
            <w:tcW w:type="dxa" w:w="4320"/>
          </w:tcPr>
          <w:p>
            <w:r>
              <w:t>安名扬</w:t>
            </w:r>
          </w:p>
        </w:tc>
      </w:tr>
      <w:tr>
        <w:tc>
          <w:tcPr>
            <w:tcW w:type="dxa" w:w="4320"/>
          </w:tcPr>
          <w:p>
            <w:r>
              <w:t>20232220466</w:t>
            </w:r>
          </w:p>
        </w:tc>
        <w:tc>
          <w:tcPr>
            <w:tcW w:type="dxa" w:w="4320"/>
          </w:tcPr>
          <w:p>
            <w:r>
              <w:t>耿琦凯</w:t>
            </w:r>
          </w:p>
        </w:tc>
      </w:tr>
      <w:tr>
        <w:tc>
          <w:tcPr>
            <w:tcW w:type="dxa" w:w="4320"/>
          </w:tcPr>
          <w:p>
            <w:r>
              <w:t>20232203619</w:t>
            </w:r>
          </w:p>
        </w:tc>
        <w:tc>
          <w:tcPr>
            <w:tcW w:type="dxa" w:w="4320"/>
          </w:tcPr>
          <w:p>
            <w:r>
              <w:t>朱柱鸿</w:t>
            </w:r>
          </w:p>
        </w:tc>
      </w:tr>
      <w:tr>
        <w:tc>
          <w:tcPr>
            <w:tcW w:type="dxa" w:w="4320"/>
          </w:tcPr>
          <w:p>
            <w:r>
              <w:t>20232209628</w:t>
            </w:r>
          </w:p>
        </w:tc>
        <w:tc>
          <w:tcPr>
            <w:tcW w:type="dxa" w:w="4320"/>
          </w:tcPr>
          <w:p>
            <w:r>
              <w:t>孙强</w:t>
            </w:r>
          </w:p>
        </w:tc>
      </w:tr>
      <w:tr>
        <w:tc>
          <w:tcPr>
            <w:tcW w:type="dxa" w:w="4320"/>
          </w:tcPr>
          <w:p>
            <w:r>
              <w:t>20232210756</w:t>
            </w:r>
          </w:p>
        </w:tc>
        <w:tc>
          <w:tcPr>
            <w:tcW w:type="dxa" w:w="4320"/>
          </w:tcPr>
          <w:p>
            <w:r>
              <w:t>徐海燕</w:t>
            </w:r>
          </w:p>
        </w:tc>
      </w:tr>
      <w:tr>
        <w:tc>
          <w:tcPr>
            <w:tcW w:type="dxa" w:w="4320"/>
          </w:tcPr>
          <w:p>
            <w:r>
              <w:t>20232200813</w:t>
            </w:r>
          </w:p>
        </w:tc>
        <w:tc>
          <w:tcPr>
            <w:tcW w:type="dxa" w:w="4320"/>
          </w:tcPr>
          <w:p>
            <w:r>
              <w:t>张锴</w:t>
            </w:r>
          </w:p>
        </w:tc>
      </w:tr>
      <w:tr>
        <w:tc>
          <w:tcPr>
            <w:tcW w:type="dxa" w:w="4320"/>
          </w:tcPr>
          <w:p>
            <w:r>
              <w:t>20232224726</w:t>
            </w:r>
          </w:p>
        </w:tc>
        <w:tc>
          <w:tcPr>
            <w:tcW w:type="dxa" w:w="4320"/>
          </w:tcPr>
          <w:p>
            <w:r>
              <w:t>李许彤</w:t>
            </w:r>
          </w:p>
        </w:tc>
      </w:tr>
      <w:tr>
        <w:tc>
          <w:tcPr>
            <w:tcW w:type="dxa" w:w="4320"/>
          </w:tcPr>
          <w:p>
            <w:r>
              <w:t>20232204263</w:t>
            </w:r>
          </w:p>
        </w:tc>
        <w:tc>
          <w:tcPr>
            <w:tcW w:type="dxa" w:w="4320"/>
          </w:tcPr>
          <w:p>
            <w:r>
              <w:t>黎日东</w:t>
            </w:r>
          </w:p>
        </w:tc>
      </w:tr>
      <w:tr>
        <w:tc>
          <w:tcPr>
            <w:tcW w:type="dxa" w:w="4320"/>
          </w:tcPr>
          <w:p>
            <w:r>
              <w:t>20232229299</w:t>
            </w:r>
          </w:p>
        </w:tc>
        <w:tc>
          <w:tcPr>
            <w:tcW w:type="dxa" w:w="4320"/>
          </w:tcPr>
          <w:p>
            <w:r>
              <w:t>田昊</w:t>
            </w:r>
          </w:p>
        </w:tc>
      </w:tr>
      <w:tr>
        <w:tc>
          <w:tcPr>
            <w:tcW w:type="dxa" w:w="4320"/>
          </w:tcPr>
          <w:p>
            <w:r>
              <w:t>20232222701</w:t>
            </w:r>
          </w:p>
        </w:tc>
        <w:tc>
          <w:tcPr>
            <w:tcW w:type="dxa" w:w="4320"/>
          </w:tcPr>
          <w:p>
            <w:r>
              <w:t>丁子擎</w:t>
            </w:r>
          </w:p>
        </w:tc>
      </w:tr>
      <w:tr>
        <w:tc>
          <w:tcPr>
            <w:tcW w:type="dxa" w:w="4320"/>
          </w:tcPr>
          <w:p>
            <w:r>
              <w:t>20232214978</w:t>
            </w:r>
          </w:p>
        </w:tc>
        <w:tc>
          <w:tcPr>
            <w:tcW w:type="dxa" w:w="4320"/>
          </w:tcPr>
          <w:p>
            <w:r>
              <w:t>肖汉</w:t>
            </w:r>
          </w:p>
        </w:tc>
      </w:tr>
      <w:tr>
        <w:tc>
          <w:tcPr>
            <w:tcW w:type="dxa" w:w="4320"/>
          </w:tcPr>
          <w:p>
            <w:r>
              <w:t>20232220494</w:t>
            </w:r>
          </w:p>
        </w:tc>
        <w:tc>
          <w:tcPr>
            <w:tcW w:type="dxa" w:w="4320"/>
          </w:tcPr>
          <w:p>
            <w:r>
              <w:t>亢健慧</w:t>
            </w:r>
          </w:p>
        </w:tc>
      </w:tr>
      <w:tr>
        <w:tc>
          <w:tcPr>
            <w:tcW w:type="dxa" w:w="4320"/>
          </w:tcPr>
          <w:p>
            <w:r>
              <w:t>20232211375</w:t>
            </w:r>
          </w:p>
        </w:tc>
        <w:tc>
          <w:tcPr>
            <w:tcW w:type="dxa" w:w="4320"/>
          </w:tcPr>
          <w:p>
            <w:r>
              <w:t>王逸凡</w:t>
            </w:r>
          </w:p>
        </w:tc>
      </w:tr>
      <w:tr>
        <w:tc>
          <w:tcPr>
            <w:tcW w:type="dxa" w:w="4320"/>
          </w:tcPr>
          <w:p>
            <w:r>
              <w:t>20232207576</w:t>
            </w:r>
          </w:p>
        </w:tc>
        <w:tc>
          <w:tcPr>
            <w:tcW w:type="dxa" w:w="4320"/>
          </w:tcPr>
          <w:p>
            <w:r>
              <w:t>梅子康</w:t>
            </w:r>
          </w:p>
        </w:tc>
      </w:tr>
      <w:tr>
        <w:tc>
          <w:tcPr>
            <w:tcW w:type="dxa" w:w="4320"/>
          </w:tcPr>
          <w:p>
            <w:r>
              <w:t>20232219570</w:t>
            </w:r>
          </w:p>
        </w:tc>
        <w:tc>
          <w:tcPr>
            <w:tcW w:type="dxa" w:w="4320"/>
          </w:tcPr>
          <w:p>
            <w:r>
              <w:t>王子璇</w:t>
            </w:r>
          </w:p>
        </w:tc>
      </w:tr>
      <w:tr>
        <w:tc>
          <w:tcPr>
            <w:tcW w:type="dxa" w:w="4320"/>
          </w:tcPr>
          <w:p>
            <w:r>
              <w:t>20232213701</w:t>
            </w:r>
          </w:p>
        </w:tc>
        <w:tc>
          <w:tcPr>
            <w:tcW w:type="dxa" w:w="4320"/>
          </w:tcPr>
          <w:p>
            <w:r>
              <w:t>林美宏</w:t>
            </w:r>
          </w:p>
        </w:tc>
      </w:tr>
      <w:tr>
        <w:tc>
          <w:tcPr>
            <w:tcW w:type="dxa" w:w="4320"/>
          </w:tcPr>
          <w:p>
            <w:r>
              <w:t>20232204342</w:t>
            </w:r>
          </w:p>
        </w:tc>
        <w:tc>
          <w:tcPr>
            <w:tcW w:type="dxa" w:w="4320"/>
          </w:tcPr>
          <w:p>
            <w:r>
              <w:t>于水</w:t>
            </w:r>
          </w:p>
        </w:tc>
      </w:tr>
      <w:tr>
        <w:tc>
          <w:tcPr>
            <w:tcW w:type="dxa" w:w="4320"/>
          </w:tcPr>
          <w:p>
            <w:r>
              <w:t>20232203967</w:t>
            </w:r>
          </w:p>
        </w:tc>
        <w:tc>
          <w:tcPr>
            <w:tcW w:type="dxa" w:w="4320"/>
          </w:tcPr>
          <w:p>
            <w:r>
              <w:t>孙欣然</w:t>
            </w:r>
          </w:p>
        </w:tc>
      </w:tr>
      <w:tr>
        <w:tc>
          <w:tcPr>
            <w:tcW w:type="dxa" w:w="4320"/>
          </w:tcPr>
          <w:p>
            <w:r>
              <w:t>20232209939</w:t>
            </w:r>
          </w:p>
        </w:tc>
        <w:tc>
          <w:tcPr>
            <w:tcW w:type="dxa" w:w="4320"/>
          </w:tcPr>
          <w:p>
            <w:r>
              <w:t>石峰</w:t>
            </w:r>
          </w:p>
        </w:tc>
      </w:tr>
      <w:tr>
        <w:tc>
          <w:tcPr>
            <w:tcW w:type="dxa" w:w="4320"/>
          </w:tcPr>
          <w:p>
            <w:r>
              <w:t>20232202221</w:t>
            </w:r>
          </w:p>
        </w:tc>
        <w:tc>
          <w:tcPr>
            <w:tcW w:type="dxa" w:w="4320"/>
          </w:tcPr>
          <w:p>
            <w:r>
              <w:t>乔一鸣</w:t>
            </w:r>
          </w:p>
        </w:tc>
      </w:tr>
      <w:tr>
        <w:tc>
          <w:tcPr>
            <w:tcW w:type="dxa" w:w="4320"/>
          </w:tcPr>
          <w:p>
            <w:r>
              <w:t>20232203379</w:t>
            </w:r>
          </w:p>
        </w:tc>
        <w:tc>
          <w:tcPr>
            <w:tcW w:type="dxa" w:w="4320"/>
          </w:tcPr>
          <w:p>
            <w:r>
              <w:t>范政霖</w:t>
            </w:r>
          </w:p>
        </w:tc>
      </w:tr>
      <w:tr>
        <w:tc>
          <w:tcPr>
            <w:tcW w:type="dxa" w:w="4320"/>
          </w:tcPr>
          <w:p>
            <w:r>
              <w:t>20232219120</w:t>
            </w:r>
          </w:p>
        </w:tc>
        <w:tc>
          <w:tcPr>
            <w:tcW w:type="dxa" w:w="4320"/>
          </w:tcPr>
          <w:p>
            <w:r>
              <w:t>董晓燕</w:t>
            </w:r>
          </w:p>
        </w:tc>
      </w:tr>
      <w:tr>
        <w:tc>
          <w:tcPr>
            <w:tcW w:type="dxa" w:w="4320"/>
          </w:tcPr>
          <w:p>
            <w:r>
              <w:t>20232200323</w:t>
            </w:r>
          </w:p>
        </w:tc>
        <w:tc>
          <w:tcPr>
            <w:tcW w:type="dxa" w:w="4320"/>
          </w:tcPr>
          <w:p>
            <w:r>
              <w:t>钟子涵</w:t>
            </w:r>
          </w:p>
        </w:tc>
      </w:tr>
      <w:tr>
        <w:tc>
          <w:tcPr>
            <w:tcW w:type="dxa" w:w="4320"/>
          </w:tcPr>
          <w:p>
            <w:r>
              <w:t>20232209368</w:t>
            </w:r>
          </w:p>
        </w:tc>
        <w:tc>
          <w:tcPr>
            <w:tcW w:type="dxa" w:w="4320"/>
          </w:tcPr>
          <w:p>
            <w:r>
              <w:t>马乾宸</w:t>
            </w:r>
          </w:p>
        </w:tc>
      </w:tr>
      <w:tr>
        <w:tc>
          <w:tcPr>
            <w:tcW w:type="dxa" w:w="4320"/>
          </w:tcPr>
          <w:p>
            <w:r>
              <w:t>20232223217</w:t>
            </w:r>
          </w:p>
        </w:tc>
        <w:tc>
          <w:tcPr>
            <w:tcW w:type="dxa" w:w="4320"/>
          </w:tcPr>
          <w:p>
            <w:r>
              <w:t>王力</w:t>
            </w:r>
          </w:p>
        </w:tc>
      </w:tr>
      <w:tr>
        <w:tc>
          <w:tcPr>
            <w:tcW w:type="dxa" w:w="4320"/>
          </w:tcPr>
          <w:p>
            <w:r>
              <w:t>20232202383</w:t>
            </w:r>
          </w:p>
        </w:tc>
        <w:tc>
          <w:tcPr>
            <w:tcW w:type="dxa" w:w="4320"/>
          </w:tcPr>
          <w:p>
            <w:r>
              <w:t>田锴</w:t>
            </w:r>
          </w:p>
        </w:tc>
      </w:tr>
      <w:tr>
        <w:tc>
          <w:tcPr>
            <w:tcW w:type="dxa" w:w="4320"/>
          </w:tcPr>
          <w:p>
            <w:r>
              <w:t>20232223086</w:t>
            </w:r>
          </w:p>
        </w:tc>
        <w:tc>
          <w:tcPr>
            <w:tcW w:type="dxa" w:w="4320"/>
          </w:tcPr>
          <w:p>
            <w:r>
              <w:t>张楚欣</w:t>
            </w:r>
          </w:p>
        </w:tc>
      </w:tr>
      <w:tr>
        <w:tc>
          <w:tcPr>
            <w:tcW w:type="dxa" w:w="4320"/>
          </w:tcPr>
          <w:p>
            <w:r>
              <w:t>20232218387</w:t>
            </w:r>
          </w:p>
        </w:tc>
        <w:tc>
          <w:tcPr>
            <w:tcW w:type="dxa" w:w="4320"/>
          </w:tcPr>
          <w:p>
            <w:r>
              <w:t>蒋煜恒</w:t>
            </w:r>
          </w:p>
        </w:tc>
      </w:tr>
      <w:tr>
        <w:tc>
          <w:tcPr>
            <w:tcW w:type="dxa" w:w="4320"/>
          </w:tcPr>
          <w:p>
            <w:r>
              <w:t>20232205100</w:t>
            </w:r>
          </w:p>
        </w:tc>
        <w:tc>
          <w:tcPr>
            <w:tcW w:type="dxa" w:w="4320"/>
          </w:tcPr>
          <w:p>
            <w:r>
              <w:t>王宇洋</w:t>
            </w:r>
          </w:p>
        </w:tc>
      </w:tr>
      <w:tr>
        <w:tc>
          <w:tcPr>
            <w:tcW w:type="dxa" w:w="4320"/>
          </w:tcPr>
          <w:p>
            <w:r>
              <w:t>20232205849</w:t>
            </w:r>
          </w:p>
        </w:tc>
        <w:tc>
          <w:tcPr>
            <w:tcW w:type="dxa" w:w="4320"/>
          </w:tcPr>
          <w:p>
            <w:r>
              <w:t>胡李豪</w:t>
            </w:r>
          </w:p>
        </w:tc>
      </w:tr>
      <w:tr>
        <w:tc>
          <w:tcPr>
            <w:tcW w:type="dxa" w:w="4320"/>
          </w:tcPr>
          <w:p>
            <w:r>
              <w:t>20232201360</w:t>
            </w:r>
          </w:p>
        </w:tc>
        <w:tc>
          <w:tcPr>
            <w:tcW w:type="dxa" w:w="4320"/>
          </w:tcPr>
          <w:p>
            <w:r>
              <w:t>沈琦峰</w:t>
            </w:r>
          </w:p>
        </w:tc>
      </w:tr>
      <w:tr>
        <w:tc>
          <w:tcPr>
            <w:tcW w:type="dxa" w:w="4320"/>
          </w:tcPr>
          <w:p>
            <w:r>
              <w:t>20232204329</w:t>
            </w:r>
          </w:p>
        </w:tc>
        <w:tc>
          <w:tcPr>
            <w:tcW w:type="dxa" w:w="4320"/>
          </w:tcPr>
          <w:p>
            <w:r>
              <w:t>康颖</w:t>
            </w:r>
          </w:p>
        </w:tc>
      </w:tr>
      <w:tr>
        <w:tc>
          <w:tcPr>
            <w:tcW w:type="dxa" w:w="4320"/>
          </w:tcPr>
          <w:p>
            <w:r>
              <w:t>20232211439</w:t>
            </w:r>
          </w:p>
        </w:tc>
        <w:tc>
          <w:tcPr>
            <w:tcW w:type="dxa" w:w="4320"/>
          </w:tcPr>
          <w:p>
            <w:r>
              <w:t>李晴航</w:t>
            </w:r>
          </w:p>
        </w:tc>
      </w:tr>
      <w:tr>
        <w:tc>
          <w:tcPr>
            <w:tcW w:type="dxa" w:w="4320"/>
          </w:tcPr>
          <w:p>
            <w:r>
              <w:t>20232208151</w:t>
            </w:r>
          </w:p>
        </w:tc>
        <w:tc>
          <w:tcPr>
            <w:tcW w:type="dxa" w:w="4320"/>
          </w:tcPr>
          <w:p>
            <w:r>
              <w:t>那玮睿</w:t>
            </w:r>
          </w:p>
        </w:tc>
      </w:tr>
      <w:tr>
        <w:tc>
          <w:tcPr>
            <w:tcW w:type="dxa" w:w="4320"/>
          </w:tcPr>
          <w:p>
            <w:r>
              <w:t>20232209614</w:t>
            </w:r>
          </w:p>
        </w:tc>
        <w:tc>
          <w:tcPr>
            <w:tcW w:type="dxa" w:w="4320"/>
          </w:tcPr>
          <w:p>
            <w:r>
              <w:t>黄河</w:t>
            </w:r>
          </w:p>
        </w:tc>
      </w:tr>
      <w:tr>
        <w:tc>
          <w:tcPr>
            <w:tcW w:type="dxa" w:w="4320"/>
          </w:tcPr>
          <w:p>
            <w:r>
              <w:t>20232228849</w:t>
            </w:r>
          </w:p>
        </w:tc>
        <w:tc>
          <w:tcPr>
            <w:tcW w:type="dxa" w:w="4320"/>
          </w:tcPr>
          <w:p>
            <w:r>
              <w:t>邵飞</w:t>
            </w:r>
          </w:p>
        </w:tc>
      </w:tr>
      <w:tr>
        <w:tc>
          <w:tcPr>
            <w:tcW w:type="dxa" w:w="4320"/>
          </w:tcPr>
          <w:p>
            <w:r>
              <w:t>20232205756</w:t>
            </w:r>
          </w:p>
        </w:tc>
        <w:tc>
          <w:tcPr>
            <w:tcW w:type="dxa" w:w="4320"/>
          </w:tcPr>
          <w:p>
            <w:r>
              <w:t>吴子涵</w:t>
            </w:r>
          </w:p>
        </w:tc>
      </w:tr>
      <w:tr>
        <w:tc>
          <w:tcPr>
            <w:tcW w:type="dxa" w:w="4320"/>
          </w:tcPr>
          <w:p>
            <w:r>
              <w:t>20232226713</w:t>
            </w:r>
          </w:p>
        </w:tc>
        <w:tc>
          <w:tcPr>
            <w:tcW w:type="dxa" w:w="4320"/>
          </w:tcPr>
          <w:p>
            <w:r>
              <w:t>徐匆</w:t>
            </w:r>
          </w:p>
        </w:tc>
      </w:tr>
      <w:tr>
        <w:tc>
          <w:tcPr>
            <w:tcW w:type="dxa" w:w="4320"/>
          </w:tcPr>
          <w:p>
            <w:r>
              <w:t>20232203245</w:t>
            </w:r>
          </w:p>
        </w:tc>
        <w:tc>
          <w:tcPr>
            <w:tcW w:type="dxa" w:w="4320"/>
          </w:tcPr>
          <w:p>
            <w:r>
              <w:t>彭依妮</w:t>
            </w:r>
          </w:p>
        </w:tc>
      </w:tr>
      <w:tr>
        <w:tc>
          <w:tcPr>
            <w:tcW w:type="dxa" w:w="4320"/>
          </w:tcPr>
          <w:p>
            <w:r>
              <w:t>20232217642</w:t>
            </w:r>
          </w:p>
        </w:tc>
        <w:tc>
          <w:tcPr>
            <w:tcW w:type="dxa" w:w="4320"/>
          </w:tcPr>
          <w:p>
            <w:r>
              <w:t>张立超</w:t>
            </w:r>
          </w:p>
        </w:tc>
      </w:tr>
      <w:tr>
        <w:tc>
          <w:tcPr>
            <w:tcW w:type="dxa" w:w="4320"/>
          </w:tcPr>
          <w:p>
            <w:r>
              <w:t>20232212805</w:t>
            </w:r>
          </w:p>
        </w:tc>
        <w:tc>
          <w:tcPr>
            <w:tcW w:type="dxa" w:w="4320"/>
          </w:tcPr>
          <w:p>
            <w:r>
              <w:t>张简宁</w:t>
            </w:r>
          </w:p>
        </w:tc>
      </w:tr>
      <w:tr>
        <w:tc>
          <w:tcPr>
            <w:tcW w:type="dxa" w:w="4320"/>
          </w:tcPr>
          <w:p>
            <w:r>
              <w:t>20232205015</w:t>
            </w:r>
          </w:p>
        </w:tc>
        <w:tc>
          <w:tcPr>
            <w:tcW w:type="dxa" w:w="4320"/>
          </w:tcPr>
          <w:p>
            <w:r>
              <w:t>胡勇存</w:t>
            </w:r>
          </w:p>
        </w:tc>
      </w:tr>
      <w:tr>
        <w:tc>
          <w:tcPr>
            <w:tcW w:type="dxa" w:w="4320"/>
          </w:tcPr>
          <w:p>
            <w:r>
              <w:t>20232204877</w:t>
            </w:r>
          </w:p>
        </w:tc>
        <w:tc>
          <w:tcPr>
            <w:tcW w:type="dxa" w:w="4320"/>
          </w:tcPr>
          <w:p>
            <w:r>
              <w:t>王志诚</w:t>
            </w:r>
          </w:p>
        </w:tc>
      </w:tr>
      <w:tr>
        <w:tc>
          <w:tcPr>
            <w:tcW w:type="dxa" w:w="4320"/>
          </w:tcPr>
          <w:p>
            <w:r>
              <w:t>20232200088</w:t>
            </w:r>
          </w:p>
        </w:tc>
        <w:tc>
          <w:tcPr>
            <w:tcW w:type="dxa" w:w="4320"/>
          </w:tcPr>
          <w:p>
            <w:r>
              <w:t>顾庆</w:t>
            </w:r>
          </w:p>
        </w:tc>
      </w:tr>
      <w:tr>
        <w:tc>
          <w:tcPr>
            <w:tcW w:type="dxa" w:w="4320"/>
          </w:tcPr>
          <w:p>
            <w:r>
              <w:t>20232201418</w:t>
            </w:r>
          </w:p>
        </w:tc>
        <w:tc>
          <w:tcPr>
            <w:tcW w:type="dxa" w:w="4320"/>
          </w:tcPr>
          <w:p>
            <w:r>
              <w:t>闫腾飞</w:t>
            </w:r>
          </w:p>
        </w:tc>
      </w:tr>
      <w:tr>
        <w:tc>
          <w:tcPr>
            <w:tcW w:type="dxa" w:w="4320"/>
          </w:tcPr>
          <w:p>
            <w:r>
              <w:t>20232222998</w:t>
            </w:r>
          </w:p>
        </w:tc>
        <w:tc>
          <w:tcPr>
            <w:tcW w:type="dxa" w:w="4320"/>
          </w:tcPr>
          <w:p>
            <w:r>
              <w:t>陈湘怡</w:t>
            </w:r>
          </w:p>
        </w:tc>
      </w:tr>
      <w:tr>
        <w:tc>
          <w:tcPr>
            <w:tcW w:type="dxa" w:w="4320"/>
          </w:tcPr>
          <w:p>
            <w:r>
              <w:t>20232203654</w:t>
            </w:r>
          </w:p>
        </w:tc>
        <w:tc>
          <w:tcPr>
            <w:tcW w:type="dxa" w:w="4320"/>
          </w:tcPr>
          <w:p>
            <w:r>
              <w:t>吕璐欣</w:t>
            </w:r>
          </w:p>
        </w:tc>
      </w:tr>
      <w:tr>
        <w:tc>
          <w:tcPr>
            <w:tcW w:type="dxa" w:w="4320"/>
          </w:tcPr>
          <w:p>
            <w:r>
              <w:t>20232227511</w:t>
            </w:r>
          </w:p>
        </w:tc>
        <w:tc>
          <w:tcPr>
            <w:tcW w:type="dxa" w:w="4320"/>
          </w:tcPr>
          <w:p>
            <w:r>
              <w:t>赵宇凯</w:t>
            </w:r>
          </w:p>
        </w:tc>
      </w:tr>
      <w:tr>
        <w:tc>
          <w:tcPr>
            <w:tcW w:type="dxa" w:w="4320"/>
          </w:tcPr>
          <w:p>
            <w:r>
              <w:t>20232206936</w:t>
            </w:r>
          </w:p>
        </w:tc>
        <w:tc>
          <w:tcPr>
            <w:tcW w:type="dxa" w:w="4320"/>
          </w:tcPr>
          <w:p>
            <w:r>
              <w:t>杨恒</w:t>
            </w:r>
          </w:p>
        </w:tc>
      </w:tr>
      <w:tr>
        <w:tc>
          <w:tcPr>
            <w:tcW w:type="dxa" w:w="4320"/>
          </w:tcPr>
          <w:p>
            <w:r>
              <w:t>20232229312</w:t>
            </w:r>
          </w:p>
        </w:tc>
        <w:tc>
          <w:tcPr>
            <w:tcW w:type="dxa" w:w="4320"/>
          </w:tcPr>
          <w:p>
            <w:r>
              <w:t>郭金铭</w:t>
            </w:r>
          </w:p>
        </w:tc>
      </w:tr>
      <w:tr>
        <w:tc>
          <w:tcPr>
            <w:tcW w:type="dxa" w:w="4320"/>
          </w:tcPr>
          <w:p>
            <w:r>
              <w:t>20232212250</w:t>
            </w:r>
          </w:p>
        </w:tc>
        <w:tc>
          <w:tcPr>
            <w:tcW w:type="dxa" w:w="4320"/>
          </w:tcPr>
          <w:p>
            <w:r>
              <w:t>赵文琪</w:t>
            </w:r>
          </w:p>
        </w:tc>
      </w:tr>
      <w:tr>
        <w:tc>
          <w:tcPr>
            <w:tcW w:type="dxa" w:w="4320"/>
          </w:tcPr>
          <w:p>
            <w:r>
              <w:t>20232229500</w:t>
            </w:r>
          </w:p>
        </w:tc>
        <w:tc>
          <w:tcPr>
            <w:tcW w:type="dxa" w:w="4320"/>
          </w:tcPr>
          <w:p>
            <w:r>
              <w:t>张妍</w:t>
            </w:r>
          </w:p>
        </w:tc>
      </w:tr>
      <w:tr>
        <w:tc>
          <w:tcPr>
            <w:tcW w:type="dxa" w:w="4320"/>
          </w:tcPr>
          <w:p>
            <w:r>
              <w:t>20232203030</w:t>
            </w:r>
          </w:p>
        </w:tc>
        <w:tc>
          <w:tcPr>
            <w:tcW w:type="dxa" w:w="4320"/>
          </w:tcPr>
          <w:p>
            <w:r>
              <w:t>刘志瑄</w:t>
            </w:r>
          </w:p>
        </w:tc>
      </w:tr>
      <w:tr>
        <w:tc>
          <w:tcPr>
            <w:tcW w:type="dxa" w:w="4320"/>
          </w:tcPr>
          <w:p>
            <w:r>
              <w:t>20232227387</w:t>
            </w:r>
          </w:p>
        </w:tc>
        <w:tc>
          <w:tcPr>
            <w:tcW w:type="dxa" w:w="4320"/>
          </w:tcPr>
          <w:p>
            <w:r>
              <w:t>刘洪嘉</w:t>
            </w:r>
          </w:p>
        </w:tc>
      </w:tr>
      <w:tr>
        <w:tc>
          <w:tcPr>
            <w:tcW w:type="dxa" w:w="4320"/>
          </w:tcPr>
          <w:p>
            <w:r>
              <w:t>20232200913</w:t>
            </w:r>
          </w:p>
        </w:tc>
        <w:tc>
          <w:tcPr>
            <w:tcW w:type="dxa" w:w="4320"/>
          </w:tcPr>
          <w:p>
            <w:r>
              <w:t>王筱筱</w:t>
            </w:r>
          </w:p>
        </w:tc>
      </w:tr>
      <w:tr>
        <w:tc>
          <w:tcPr>
            <w:tcW w:type="dxa" w:w="4320"/>
          </w:tcPr>
          <w:p>
            <w:r>
              <w:t>20232201975</w:t>
            </w:r>
          </w:p>
        </w:tc>
        <w:tc>
          <w:tcPr>
            <w:tcW w:type="dxa" w:w="4320"/>
          </w:tcPr>
          <w:p>
            <w:r>
              <w:t>许玥</w:t>
            </w:r>
          </w:p>
        </w:tc>
      </w:tr>
      <w:tr>
        <w:tc>
          <w:tcPr>
            <w:tcW w:type="dxa" w:w="4320"/>
          </w:tcPr>
          <w:p>
            <w:r>
              <w:t>20232203948</w:t>
            </w:r>
          </w:p>
        </w:tc>
        <w:tc>
          <w:tcPr>
            <w:tcW w:type="dxa" w:w="4320"/>
          </w:tcPr>
          <w:p>
            <w:r>
              <w:t>郑弈</w:t>
            </w:r>
          </w:p>
        </w:tc>
      </w:tr>
      <w:tr>
        <w:tc>
          <w:tcPr>
            <w:tcW w:type="dxa" w:w="4320"/>
          </w:tcPr>
          <w:p>
            <w:r>
              <w:t>20232215851</w:t>
            </w:r>
          </w:p>
        </w:tc>
        <w:tc>
          <w:tcPr>
            <w:tcW w:type="dxa" w:w="4320"/>
          </w:tcPr>
          <w:p>
            <w:r>
              <w:t>刘佳明</w:t>
            </w:r>
          </w:p>
        </w:tc>
      </w:tr>
      <w:tr>
        <w:tc>
          <w:tcPr>
            <w:tcW w:type="dxa" w:w="4320"/>
          </w:tcPr>
          <w:p>
            <w:r>
              <w:t>20232215232</w:t>
            </w:r>
          </w:p>
        </w:tc>
        <w:tc>
          <w:tcPr>
            <w:tcW w:type="dxa" w:w="4320"/>
          </w:tcPr>
          <w:p>
            <w:r>
              <w:t>周千倩</w:t>
            </w:r>
          </w:p>
        </w:tc>
      </w:tr>
      <w:tr>
        <w:tc>
          <w:tcPr>
            <w:tcW w:type="dxa" w:w="4320"/>
          </w:tcPr>
          <w:p>
            <w:r>
              <w:t>20232211455</w:t>
            </w:r>
          </w:p>
        </w:tc>
        <w:tc>
          <w:tcPr>
            <w:tcW w:type="dxa" w:w="4320"/>
          </w:tcPr>
          <w:p>
            <w:r>
              <w:t>朱建海</w:t>
            </w:r>
          </w:p>
        </w:tc>
      </w:tr>
      <w:tr>
        <w:tc>
          <w:tcPr>
            <w:tcW w:type="dxa" w:w="4320"/>
          </w:tcPr>
          <w:p>
            <w:r>
              <w:t>20232217807</w:t>
            </w:r>
          </w:p>
        </w:tc>
        <w:tc>
          <w:tcPr>
            <w:tcW w:type="dxa" w:w="4320"/>
          </w:tcPr>
          <w:p>
            <w:r>
              <w:t>高毅</w:t>
            </w:r>
          </w:p>
        </w:tc>
      </w:tr>
      <w:tr>
        <w:tc>
          <w:tcPr>
            <w:tcW w:type="dxa" w:w="4320"/>
          </w:tcPr>
          <w:p>
            <w:r>
              <w:t>20232214210</w:t>
            </w:r>
          </w:p>
        </w:tc>
        <w:tc>
          <w:tcPr>
            <w:tcW w:type="dxa" w:w="4320"/>
          </w:tcPr>
          <w:p>
            <w:r>
              <w:t>刘嘉懿</w:t>
            </w:r>
          </w:p>
        </w:tc>
      </w:tr>
      <w:tr>
        <w:tc>
          <w:tcPr>
            <w:tcW w:type="dxa" w:w="4320"/>
          </w:tcPr>
          <w:p>
            <w:r>
              <w:t>20232228396</w:t>
            </w:r>
          </w:p>
        </w:tc>
        <w:tc>
          <w:tcPr>
            <w:tcW w:type="dxa" w:w="4320"/>
          </w:tcPr>
          <w:p>
            <w:r>
              <w:t>侯佳铭</w:t>
            </w:r>
          </w:p>
        </w:tc>
      </w:tr>
      <w:tr>
        <w:tc>
          <w:tcPr>
            <w:tcW w:type="dxa" w:w="4320"/>
          </w:tcPr>
          <w:p>
            <w:r>
              <w:t>20232217015</w:t>
            </w:r>
          </w:p>
        </w:tc>
        <w:tc>
          <w:tcPr>
            <w:tcW w:type="dxa" w:w="4320"/>
          </w:tcPr>
          <w:p>
            <w:r>
              <w:t>萧豪盛</w:t>
            </w:r>
          </w:p>
        </w:tc>
      </w:tr>
      <w:tr>
        <w:tc>
          <w:tcPr>
            <w:tcW w:type="dxa" w:w="4320"/>
          </w:tcPr>
          <w:p>
            <w:r>
              <w:t>20232221261</w:t>
            </w:r>
          </w:p>
        </w:tc>
        <w:tc>
          <w:tcPr>
            <w:tcW w:type="dxa" w:w="4320"/>
          </w:tcPr>
          <w:p>
            <w:r>
              <w:t>苏恺贤</w:t>
            </w:r>
          </w:p>
        </w:tc>
      </w:tr>
      <w:tr>
        <w:tc>
          <w:tcPr>
            <w:tcW w:type="dxa" w:w="4320"/>
          </w:tcPr>
          <w:p>
            <w:r>
              <w:t>20232229917</w:t>
            </w:r>
          </w:p>
        </w:tc>
        <w:tc>
          <w:tcPr>
            <w:tcW w:type="dxa" w:w="4320"/>
          </w:tcPr>
          <w:p>
            <w:r>
              <w:t>焦点</w:t>
            </w:r>
          </w:p>
        </w:tc>
      </w:tr>
      <w:tr>
        <w:tc>
          <w:tcPr>
            <w:tcW w:type="dxa" w:w="4320"/>
          </w:tcPr>
          <w:p>
            <w:r>
              <w:t>20232227755</w:t>
            </w:r>
          </w:p>
        </w:tc>
        <w:tc>
          <w:tcPr>
            <w:tcW w:type="dxa" w:w="4320"/>
          </w:tcPr>
          <w:p>
            <w:r>
              <w:t>高执文</w:t>
            </w:r>
          </w:p>
        </w:tc>
      </w:tr>
      <w:tr>
        <w:tc>
          <w:tcPr>
            <w:tcW w:type="dxa" w:w="4320"/>
          </w:tcPr>
          <w:p>
            <w:r>
              <w:t>20232224149</w:t>
            </w:r>
          </w:p>
        </w:tc>
        <w:tc>
          <w:tcPr>
            <w:tcW w:type="dxa" w:w="4320"/>
          </w:tcPr>
          <w:p>
            <w:r>
              <w:t>白广磊</w:t>
            </w:r>
          </w:p>
        </w:tc>
      </w:tr>
      <w:tr>
        <w:tc>
          <w:tcPr>
            <w:tcW w:type="dxa" w:w="4320"/>
          </w:tcPr>
          <w:p>
            <w:r>
              <w:t>20232224942</w:t>
            </w:r>
          </w:p>
        </w:tc>
        <w:tc>
          <w:tcPr>
            <w:tcW w:type="dxa" w:w="4320"/>
          </w:tcPr>
          <w:p>
            <w:r>
              <w:t>张佳欣</w:t>
            </w:r>
          </w:p>
        </w:tc>
      </w:tr>
      <w:tr>
        <w:tc>
          <w:tcPr>
            <w:tcW w:type="dxa" w:w="4320"/>
          </w:tcPr>
          <w:p>
            <w:r>
              <w:t>20232210190</w:t>
            </w:r>
          </w:p>
        </w:tc>
        <w:tc>
          <w:tcPr>
            <w:tcW w:type="dxa" w:w="4320"/>
          </w:tcPr>
          <w:p>
            <w:r>
              <w:t>金东起</w:t>
            </w:r>
          </w:p>
        </w:tc>
      </w:tr>
      <w:tr>
        <w:tc>
          <w:tcPr>
            <w:tcW w:type="dxa" w:w="4320"/>
          </w:tcPr>
          <w:p>
            <w:r>
              <w:t>20232204061</w:t>
            </w:r>
          </w:p>
        </w:tc>
        <w:tc>
          <w:tcPr>
            <w:tcW w:type="dxa" w:w="4320"/>
          </w:tcPr>
          <w:p>
            <w:r>
              <w:t>殷振江</w:t>
            </w:r>
          </w:p>
        </w:tc>
      </w:tr>
      <w:tr>
        <w:tc>
          <w:tcPr>
            <w:tcW w:type="dxa" w:w="4320"/>
          </w:tcPr>
          <w:p>
            <w:r>
              <w:t>20232205980</w:t>
            </w:r>
          </w:p>
        </w:tc>
        <w:tc>
          <w:tcPr>
            <w:tcW w:type="dxa" w:w="4320"/>
          </w:tcPr>
          <w:p>
            <w:r>
              <w:t>王森浩</w:t>
            </w:r>
          </w:p>
        </w:tc>
      </w:tr>
      <w:tr>
        <w:tc>
          <w:tcPr>
            <w:tcW w:type="dxa" w:w="4320"/>
          </w:tcPr>
          <w:p>
            <w:r>
              <w:t>20232229824</w:t>
            </w:r>
          </w:p>
        </w:tc>
        <w:tc>
          <w:tcPr>
            <w:tcW w:type="dxa" w:w="4320"/>
          </w:tcPr>
          <w:p>
            <w:r>
              <w:t>李铭</w:t>
            </w:r>
          </w:p>
        </w:tc>
      </w:tr>
      <w:tr>
        <w:tc>
          <w:tcPr>
            <w:tcW w:type="dxa" w:w="4320"/>
          </w:tcPr>
          <w:p>
            <w:r>
              <w:t>20232217944</w:t>
            </w:r>
          </w:p>
        </w:tc>
        <w:tc>
          <w:tcPr>
            <w:tcW w:type="dxa" w:w="4320"/>
          </w:tcPr>
          <w:p>
            <w:r>
              <w:t>陶玥</w:t>
            </w:r>
          </w:p>
        </w:tc>
      </w:tr>
      <w:tr>
        <w:tc>
          <w:tcPr>
            <w:tcW w:type="dxa" w:w="4320"/>
          </w:tcPr>
          <w:p>
            <w:r>
              <w:t>20232203978</w:t>
            </w:r>
          </w:p>
        </w:tc>
        <w:tc>
          <w:tcPr>
            <w:tcW w:type="dxa" w:w="4320"/>
          </w:tcPr>
          <w:p>
            <w:r>
              <w:t>梁炜</w:t>
            </w:r>
          </w:p>
        </w:tc>
      </w:tr>
      <w:tr>
        <w:tc>
          <w:tcPr>
            <w:tcW w:type="dxa" w:w="4320"/>
          </w:tcPr>
          <w:p>
            <w:r>
              <w:t>20232204930</w:t>
            </w:r>
          </w:p>
        </w:tc>
        <w:tc>
          <w:tcPr>
            <w:tcW w:type="dxa" w:w="4320"/>
          </w:tcPr>
          <w:p>
            <w:r>
              <w:t>霍劲羽</w:t>
            </w:r>
          </w:p>
        </w:tc>
      </w:tr>
      <w:tr>
        <w:tc>
          <w:tcPr>
            <w:tcW w:type="dxa" w:w="4320"/>
          </w:tcPr>
          <w:p>
            <w:r>
              <w:t>20232225415</w:t>
            </w:r>
          </w:p>
        </w:tc>
        <w:tc>
          <w:tcPr>
            <w:tcW w:type="dxa" w:w="4320"/>
          </w:tcPr>
          <w:p>
            <w:r>
              <w:t>谢强</w:t>
            </w:r>
          </w:p>
        </w:tc>
      </w:tr>
      <w:tr>
        <w:tc>
          <w:tcPr>
            <w:tcW w:type="dxa" w:w="4320"/>
          </w:tcPr>
          <w:p>
            <w:r>
              <w:t>20232227143</w:t>
            </w:r>
          </w:p>
        </w:tc>
        <w:tc>
          <w:tcPr>
            <w:tcW w:type="dxa" w:w="4320"/>
          </w:tcPr>
          <w:p>
            <w:r>
              <w:t>吴辰昊</w:t>
            </w:r>
          </w:p>
        </w:tc>
      </w:tr>
      <w:tr>
        <w:tc>
          <w:tcPr>
            <w:tcW w:type="dxa" w:w="4320"/>
          </w:tcPr>
          <w:p>
            <w:r>
              <w:t>20232227442</w:t>
            </w:r>
          </w:p>
        </w:tc>
        <w:tc>
          <w:tcPr>
            <w:tcW w:type="dxa" w:w="4320"/>
          </w:tcPr>
          <w:p>
            <w:r>
              <w:t>李玮琰</w:t>
            </w:r>
          </w:p>
        </w:tc>
      </w:tr>
      <w:tr>
        <w:tc>
          <w:tcPr>
            <w:tcW w:type="dxa" w:w="4320"/>
          </w:tcPr>
          <w:p>
            <w:r>
              <w:t>20232220327</w:t>
            </w:r>
          </w:p>
        </w:tc>
        <w:tc>
          <w:tcPr>
            <w:tcW w:type="dxa" w:w="4320"/>
          </w:tcPr>
          <w:p>
            <w:r>
              <w:t>王滨臣</w:t>
            </w:r>
          </w:p>
        </w:tc>
      </w:tr>
      <w:tr>
        <w:tc>
          <w:tcPr>
            <w:tcW w:type="dxa" w:w="4320"/>
          </w:tcPr>
          <w:p>
            <w:r>
              <w:t>20232220471</w:t>
            </w:r>
          </w:p>
        </w:tc>
        <w:tc>
          <w:tcPr>
            <w:tcW w:type="dxa" w:w="4320"/>
          </w:tcPr>
          <w:p>
            <w:r>
              <w:t>王志皓</w:t>
            </w:r>
          </w:p>
        </w:tc>
      </w:tr>
      <w:tr>
        <w:tc>
          <w:tcPr>
            <w:tcW w:type="dxa" w:w="4320"/>
          </w:tcPr>
          <w:p>
            <w:r>
              <w:t>20232229219</w:t>
            </w:r>
          </w:p>
        </w:tc>
        <w:tc>
          <w:tcPr>
            <w:tcW w:type="dxa" w:w="4320"/>
          </w:tcPr>
          <w:p>
            <w:r>
              <w:t>茹星宇</w:t>
            </w:r>
          </w:p>
        </w:tc>
      </w:tr>
      <w:tr>
        <w:tc>
          <w:tcPr>
            <w:tcW w:type="dxa" w:w="4320"/>
          </w:tcPr>
          <w:p>
            <w:r>
              <w:t>20232213848</w:t>
            </w:r>
          </w:p>
        </w:tc>
        <w:tc>
          <w:tcPr>
            <w:tcW w:type="dxa" w:w="4320"/>
          </w:tcPr>
          <w:p>
            <w:r>
              <w:t>方菲</w:t>
            </w:r>
          </w:p>
        </w:tc>
      </w:tr>
      <w:tr>
        <w:tc>
          <w:tcPr>
            <w:tcW w:type="dxa" w:w="4320"/>
          </w:tcPr>
          <w:p>
            <w:r>
              <w:t>20232230293</w:t>
            </w:r>
          </w:p>
        </w:tc>
        <w:tc>
          <w:tcPr>
            <w:tcW w:type="dxa" w:w="4320"/>
          </w:tcPr>
          <w:p>
            <w:r>
              <w:t>史雨菲</w:t>
            </w:r>
          </w:p>
        </w:tc>
      </w:tr>
      <w:tr>
        <w:tc>
          <w:tcPr>
            <w:tcW w:type="dxa" w:w="4320"/>
          </w:tcPr>
          <w:p>
            <w:r>
              <w:t>20232200734</w:t>
            </w:r>
          </w:p>
        </w:tc>
        <w:tc>
          <w:tcPr>
            <w:tcW w:type="dxa" w:w="4320"/>
          </w:tcPr>
          <w:p>
            <w:r>
              <w:t>焦成龙</w:t>
            </w:r>
          </w:p>
        </w:tc>
      </w:tr>
      <w:tr>
        <w:tc>
          <w:tcPr>
            <w:tcW w:type="dxa" w:w="4320"/>
          </w:tcPr>
          <w:p>
            <w:r>
              <w:t>20232203494</w:t>
            </w:r>
          </w:p>
        </w:tc>
        <w:tc>
          <w:tcPr>
            <w:tcW w:type="dxa" w:w="4320"/>
          </w:tcPr>
          <w:p>
            <w:r>
              <w:t>徐邱承</w:t>
            </w:r>
          </w:p>
        </w:tc>
      </w:tr>
      <w:tr>
        <w:tc>
          <w:tcPr>
            <w:tcW w:type="dxa" w:w="4320"/>
          </w:tcPr>
          <w:p>
            <w:r>
              <w:t>20232200434</w:t>
            </w:r>
          </w:p>
        </w:tc>
        <w:tc>
          <w:tcPr>
            <w:tcW w:type="dxa" w:w="4320"/>
          </w:tcPr>
          <w:p>
            <w:r>
              <w:t>崔榛</w:t>
            </w:r>
          </w:p>
        </w:tc>
      </w:tr>
      <w:tr>
        <w:tc>
          <w:tcPr>
            <w:tcW w:type="dxa" w:w="4320"/>
          </w:tcPr>
          <w:p>
            <w:r>
              <w:t>20232217638</w:t>
            </w:r>
          </w:p>
        </w:tc>
        <w:tc>
          <w:tcPr>
            <w:tcW w:type="dxa" w:w="4320"/>
          </w:tcPr>
          <w:p>
            <w:r>
              <w:t>唐惟易</w:t>
            </w:r>
          </w:p>
        </w:tc>
      </w:tr>
      <w:tr>
        <w:tc>
          <w:tcPr>
            <w:tcW w:type="dxa" w:w="4320"/>
          </w:tcPr>
          <w:p>
            <w:r>
              <w:t>20232210075</w:t>
            </w:r>
          </w:p>
        </w:tc>
        <w:tc>
          <w:tcPr>
            <w:tcW w:type="dxa" w:w="4320"/>
          </w:tcPr>
          <w:p>
            <w:r>
              <w:t>宋朝位</w:t>
            </w:r>
          </w:p>
        </w:tc>
      </w:tr>
      <w:tr>
        <w:tc>
          <w:tcPr>
            <w:tcW w:type="dxa" w:w="4320"/>
          </w:tcPr>
          <w:p>
            <w:r>
              <w:t>20232225036</w:t>
            </w:r>
          </w:p>
        </w:tc>
        <w:tc>
          <w:tcPr>
            <w:tcW w:type="dxa" w:w="4320"/>
          </w:tcPr>
          <w:p>
            <w:r>
              <w:t>李佩瑶</w:t>
            </w:r>
          </w:p>
        </w:tc>
      </w:tr>
      <w:tr>
        <w:tc>
          <w:tcPr>
            <w:tcW w:type="dxa" w:w="4320"/>
          </w:tcPr>
          <w:p>
            <w:r>
              <w:t>20232230319</w:t>
            </w:r>
          </w:p>
        </w:tc>
        <w:tc>
          <w:tcPr>
            <w:tcW w:type="dxa" w:w="4320"/>
          </w:tcPr>
          <w:p>
            <w:r>
              <w:t>孟大清</w:t>
            </w:r>
          </w:p>
        </w:tc>
      </w:tr>
      <w:tr>
        <w:tc>
          <w:tcPr>
            <w:tcW w:type="dxa" w:w="4320"/>
          </w:tcPr>
          <w:p>
            <w:r>
              <w:t>20232226837</w:t>
            </w:r>
          </w:p>
        </w:tc>
        <w:tc>
          <w:tcPr>
            <w:tcW w:type="dxa" w:w="4320"/>
          </w:tcPr>
          <w:p>
            <w:r>
              <w:t>胡戚剑</w:t>
            </w:r>
          </w:p>
        </w:tc>
      </w:tr>
      <w:tr>
        <w:tc>
          <w:tcPr>
            <w:tcW w:type="dxa" w:w="4320"/>
          </w:tcPr>
          <w:p>
            <w:r>
              <w:t>20232205334</w:t>
            </w:r>
          </w:p>
        </w:tc>
        <w:tc>
          <w:tcPr>
            <w:tcW w:type="dxa" w:w="4320"/>
          </w:tcPr>
          <w:p>
            <w:r>
              <w:t>吴江汇</w:t>
            </w:r>
          </w:p>
        </w:tc>
      </w:tr>
      <w:tr>
        <w:tc>
          <w:tcPr>
            <w:tcW w:type="dxa" w:w="4320"/>
          </w:tcPr>
          <w:p>
            <w:r>
              <w:t>20232201297</w:t>
            </w:r>
          </w:p>
        </w:tc>
        <w:tc>
          <w:tcPr>
            <w:tcW w:type="dxa" w:w="4320"/>
          </w:tcPr>
          <w:p>
            <w:r>
              <w:t>吴启睿</w:t>
            </w:r>
          </w:p>
        </w:tc>
      </w:tr>
      <w:tr>
        <w:tc>
          <w:tcPr>
            <w:tcW w:type="dxa" w:w="4320"/>
          </w:tcPr>
          <w:p>
            <w:r>
              <w:t>20232213049</w:t>
            </w:r>
          </w:p>
        </w:tc>
        <w:tc>
          <w:tcPr>
            <w:tcW w:type="dxa" w:w="4320"/>
          </w:tcPr>
          <w:p>
            <w:r>
              <w:t>朱文瑞</w:t>
            </w:r>
          </w:p>
        </w:tc>
      </w:tr>
      <w:tr>
        <w:tc>
          <w:tcPr>
            <w:tcW w:type="dxa" w:w="4320"/>
          </w:tcPr>
          <w:p>
            <w:r>
              <w:t>20232210078</w:t>
            </w:r>
          </w:p>
        </w:tc>
        <w:tc>
          <w:tcPr>
            <w:tcW w:type="dxa" w:w="4320"/>
          </w:tcPr>
          <w:p>
            <w:r>
              <w:t>刘湉</w:t>
            </w:r>
          </w:p>
        </w:tc>
      </w:tr>
      <w:tr>
        <w:tc>
          <w:tcPr>
            <w:tcW w:type="dxa" w:w="4320"/>
          </w:tcPr>
          <w:p>
            <w:r>
              <w:t>20232201102</w:t>
            </w:r>
          </w:p>
        </w:tc>
        <w:tc>
          <w:tcPr>
            <w:tcW w:type="dxa" w:w="4320"/>
          </w:tcPr>
          <w:p>
            <w:r>
              <w:t>王卓</w:t>
            </w:r>
          </w:p>
        </w:tc>
      </w:tr>
      <w:tr>
        <w:tc>
          <w:tcPr>
            <w:tcW w:type="dxa" w:w="4320"/>
          </w:tcPr>
          <w:p>
            <w:r>
              <w:t>20232208998</w:t>
            </w:r>
          </w:p>
        </w:tc>
        <w:tc>
          <w:tcPr>
            <w:tcW w:type="dxa" w:w="4320"/>
          </w:tcPr>
          <w:p>
            <w:r>
              <w:t>颜晓东</w:t>
            </w:r>
          </w:p>
        </w:tc>
      </w:tr>
      <w:tr>
        <w:tc>
          <w:tcPr>
            <w:tcW w:type="dxa" w:w="4320"/>
          </w:tcPr>
          <w:p>
            <w:r>
              <w:t>20232222421</w:t>
            </w:r>
          </w:p>
        </w:tc>
        <w:tc>
          <w:tcPr>
            <w:tcW w:type="dxa" w:w="4320"/>
          </w:tcPr>
          <w:p>
            <w:r>
              <w:t>耿怡炜</w:t>
            </w:r>
          </w:p>
        </w:tc>
      </w:tr>
      <w:tr>
        <w:tc>
          <w:tcPr>
            <w:tcW w:type="dxa" w:w="4320"/>
          </w:tcPr>
          <w:p>
            <w:r>
              <w:t>20232221456</w:t>
            </w:r>
          </w:p>
        </w:tc>
        <w:tc>
          <w:tcPr>
            <w:tcW w:type="dxa" w:w="4320"/>
          </w:tcPr>
          <w:p>
            <w:r>
              <w:t>蒙彦孜</w:t>
            </w:r>
          </w:p>
        </w:tc>
      </w:tr>
      <w:tr>
        <w:tc>
          <w:tcPr>
            <w:tcW w:type="dxa" w:w="4320"/>
          </w:tcPr>
          <w:p>
            <w:r>
              <w:t>20232224202</w:t>
            </w:r>
          </w:p>
        </w:tc>
        <w:tc>
          <w:tcPr>
            <w:tcW w:type="dxa" w:w="4320"/>
          </w:tcPr>
          <w:p>
            <w:r>
              <w:t>徐冰洋</w:t>
            </w:r>
          </w:p>
        </w:tc>
      </w:tr>
      <w:tr>
        <w:tc>
          <w:tcPr>
            <w:tcW w:type="dxa" w:w="4320"/>
          </w:tcPr>
          <w:p>
            <w:r>
              <w:t>20232228620</w:t>
            </w:r>
          </w:p>
        </w:tc>
        <w:tc>
          <w:tcPr>
            <w:tcW w:type="dxa" w:w="4320"/>
          </w:tcPr>
          <w:p>
            <w:r>
              <w:t>密启帅</w:t>
            </w:r>
          </w:p>
        </w:tc>
      </w:tr>
      <w:tr>
        <w:tc>
          <w:tcPr>
            <w:tcW w:type="dxa" w:w="4320"/>
          </w:tcPr>
          <w:p>
            <w:r>
              <w:t>20232218683</w:t>
            </w:r>
          </w:p>
        </w:tc>
        <w:tc>
          <w:tcPr>
            <w:tcW w:type="dxa" w:w="4320"/>
          </w:tcPr>
          <w:p>
            <w:r>
              <w:t>顾浚哲</w:t>
            </w:r>
          </w:p>
        </w:tc>
      </w:tr>
      <w:tr>
        <w:tc>
          <w:tcPr>
            <w:tcW w:type="dxa" w:w="4320"/>
          </w:tcPr>
          <w:p>
            <w:r>
              <w:t>20232205254</w:t>
            </w:r>
          </w:p>
        </w:tc>
        <w:tc>
          <w:tcPr>
            <w:tcW w:type="dxa" w:w="4320"/>
          </w:tcPr>
          <w:p>
            <w:r>
              <w:t>曲宏图</w:t>
            </w:r>
          </w:p>
        </w:tc>
      </w:tr>
      <w:tr>
        <w:tc>
          <w:tcPr>
            <w:tcW w:type="dxa" w:w="4320"/>
          </w:tcPr>
          <w:p>
            <w:r>
              <w:t>20232228474</w:t>
            </w:r>
          </w:p>
        </w:tc>
        <w:tc>
          <w:tcPr>
            <w:tcW w:type="dxa" w:w="4320"/>
          </w:tcPr>
          <w:p>
            <w:r>
              <w:t>张晨</w:t>
            </w:r>
          </w:p>
        </w:tc>
      </w:tr>
      <w:tr>
        <w:tc>
          <w:tcPr>
            <w:tcW w:type="dxa" w:w="4320"/>
          </w:tcPr>
          <w:p>
            <w:r>
              <w:t>20232205666</w:t>
            </w:r>
          </w:p>
        </w:tc>
        <w:tc>
          <w:tcPr>
            <w:tcW w:type="dxa" w:w="4320"/>
          </w:tcPr>
          <w:p>
            <w:r>
              <w:t>钱蔡宇</w:t>
            </w:r>
          </w:p>
        </w:tc>
      </w:tr>
      <w:tr>
        <w:tc>
          <w:tcPr>
            <w:tcW w:type="dxa" w:w="4320"/>
          </w:tcPr>
          <w:p>
            <w:r>
              <w:t>20232223666</w:t>
            </w:r>
          </w:p>
        </w:tc>
        <w:tc>
          <w:tcPr>
            <w:tcW w:type="dxa" w:w="4320"/>
          </w:tcPr>
          <w:p>
            <w:r>
              <w:t>吕远</w:t>
            </w:r>
          </w:p>
        </w:tc>
      </w:tr>
      <w:tr>
        <w:tc>
          <w:tcPr>
            <w:tcW w:type="dxa" w:w="4320"/>
          </w:tcPr>
          <w:p>
            <w:r>
              <w:t>20232200856</w:t>
            </w:r>
          </w:p>
        </w:tc>
        <w:tc>
          <w:tcPr>
            <w:tcW w:type="dxa" w:w="4320"/>
          </w:tcPr>
          <w:p>
            <w:r>
              <w:t>杨梦瑶</w:t>
            </w:r>
          </w:p>
        </w:tc>
      </w:tr>
      <w:tr>
        <w:tc>
          <w:tcPr>
            <w:tcW w:type="dxa" w:w="4320"/>
          </w:tcPr>
          <w:p>
            <w:r>
              <w:t>20232204983</w:t>
            </w:r>
          </w:p>
        </w:tc>
        <w:tc>
          <w:tcPr>
            <w:tcW w:type="dxa" w:w="4320"/>
          </w:tcPr>
          <w:p>
            <w:r>
              <w:t>李卓欣</w:t>
            </w:r>
          </w:p>
        </w:tc>
      </w:tr>
      <w:tr>
        <w:tc>
          <w:tcPr>
            <w:tcW w:type="dxa" w:w="4320"/>
          </w:tcPr>
          <w:p>
            <w:r>
              <w:t>20232229983</w:t>
            </w:r>
          </w:p>
        </w:tc>
        <w:tc>
          <w:tcPr>
            <w:tcW w:type="dxa" w:w="4320"/>
          </w:tcPr>
          <w:p>
            <w:r>
              <w:t>柯芳</w:t>
            </w:r>
          </w:p>
        </w:tc>
      </w:tr>
      <w:tr>
        <w:tc>
          <w:tcPr>
            <w:tcW w:type="dxa" w:w="4320"/>
          </w:tcPr>
          <w:p>
            <w:r>
              <w:t>20232204975</w:t>
            </w:r>
          </w:p>
        </w:tc>
        <w:tc>
          <w:tcPr>
            <w:tcW w:type="dxa" w:w="4320"/>
          </w:tcPr>
          <w:p>
            <w:r>
              <w:t>何沛通</w:t>
            </w:r>
          </w:p>
        </w:tc>
      </w:tr>
      <w:tr>
        <w:tc>
          <w:tcPr>
            <w:tcW w:type="dxa" w:w="4320"/>
          </w:tcPr>
          <w:p>
            <w:r>
              <w:t>20232206271</w:t>
            </w:r>
          </w:p>
        </w:tc>
        <w:tc>
          <w:tcPr>
            <w:tcW w:type="dxa" w:w="4320"/>
          </w:tcPr>
          <w:p>
            <w:r>
              <w:t>吴成业</w:t>
            </w:r>
          </w:p>
        </w:tc>
      </w:tr>
      <w:tr>
        <w:tc>
          <w:tcPr>
            <w:tcW w:type="dxa" w:w="4320"/>
          </w:tcPr>
          <w:p>
            <w:r>
              <w:t>20232221080</w:t>
            </w:r>
          </w:p>
        </w:tc>
        <w:tc>
          <w:tcPr>
            <w:tcW w:type="dxa" w:w="4320"/>
          </w:tcPr>
          <w:p>
            <w:r>
              <w:t>林佳璇</w:t>
            </w:r>
          </w:p>
        </w:tc>
      </w:tr>
      <w:tr>
        <w:tc>
          <w:tcPr>
            <w:tcW w:type="dxa" w:w="4320"/>
          </w:tcPr>
          <w:p>
            <w:r>
              <w:t>20232208279</w:t>
            </w:r>
          </w:p>
        </w:tc>
        <w:tc>
          <w:tcPr>
            <w:tcW w:type="dxa" w:w="4320"/>
          </w:tcPr>
          <w:p>
            <w:r>
              <w:t>田欣然</w:t>
            </w:r>
          </w:p>
        </w:tc>
      </w:tr>
      <w:tr>
        <w:tc>
          <w:tcPr>
            <w:tcW w:type="dxa" w:w="4320"/>
          </w:tcPr>
          <w:p>
            <w:r>
              <w:t>20232224912</w:t>
            </w:r>
          </w:p>
        </w:tc>
        <w:tc>
          <w:tcPr>
            <w:tcW w:type="dxa" w:w="4320"/>
          </w:tcPr>
          <w:p>
            <w:r>
              <w:t>彭文翰</w:t>
            </w:r>
          </w:p>
        </w:tc>
      </w:tr>
      <w:tr>
        <w:tc>
          <w:tcPr>
            <w:tcW w:type="dxa" w:w="4320"/>
          </w:tcPr>
          <w:p>
            <w:r>
              <w:t>20232204612</w:t>
            </w:r>
          </w:p>
        </w:tc>
        <w:tc>
          <w:tcPr>
            <w:tcW w:type="dxa" w:w="4320"/>
          </w:tcPr>
          <w:p>
            <w:r>
              <w:t>李蓝馨</w:t>
            </w:r>
          </w:p>
        </w:tc>
      </w:tr>
      <w:tr>
        <w:tc>
          <w:tcPr>
            <w:tcW w:type="dxa" w:w="4320"/>
          </w:tcPr>
          <w:p>
            <w:r>
              <w:t>20232220346</w:t>
            </w:r>
          </w:p>
        </w:tc>
        <w:tc>
          <w:tcPr>
            <w:tcW w:type="dxa" w:w="4320"/>
          </w:tcPr>
          <w:p>
            <w:r>
              <w:t>刘孟宇</w:t>
            </w:r>
          </w:p>
        </w:tc>
      </w:tr>
      <w:tr>
        <w:tc>
          <w:tcPr>
            <w:tcW w:type="dxa" w:w="4320"/>
          </w:tcPr>
          <w:p>
            <w:r>
              <w:t>20232214970</w:t>
            </w:r>
          </w:p>
        </w:tc>
        <w:tc>
          <w:tcPr>
            <w:tcW w:type="dxa" w:w="4320"/>
          </w:tcPr>
          <w:p>
            <w:r>
              <w:t>杨溟豪</w:t>
            </w:r>
          </w:p>
        </w:tc>
      </w:tr>
      <w:tr>
        <w:tc>
          <w:tcPr>
            <w:tcW w:type="dxa" w:w="4320"/>
          </w:tcPr>
          <w:p>
            <w:r>
              <w:t>20232221676</w:t>
            </w:r>
          </w:p>
        </w:tc>
        <w:tc>
          <w:tcPr>
            <w:tcW w:type="dxa" w:w="4320"/>
          </w:tcPr>
          <w:p>
            <w:r>
              <w:t>王从羽</w:t>
            </w:r>
          </w:p>
        </w:tc>
      </w:tr>
      <w:tr>
        <w:tc>
          <w:tcPr>
            <w:tcW w:type="dxa" w:w="4320"/>
          </w:tcPr>
          <w:p>
            <w:r>
              <w:t>20232225435</w:t>
            </w:r>
          </w:p>
        </w:tc>
        <w:tc>
          <w:tcPr>
            <w:tcW w:type="dxa" w:w="4320"/>
          </w:tcPr>
          <w:p>
            <w:r>
              <w:t>苏小宁</w:t>
            </w:r>
          </w:p>
        </w:tc>
      </w:tr>
      <w:tr>
        <w:tc>
          <w:tcPr>
            <w:tcW w:type="dxa" w:w="4320"/>
          </w:tcPr>
          <w:p>
            <w:r>
              <w:t>20232214905</w:t>
            </w:r>
          </w:p>
        </w:tc>
        <w:tc>
          <w:tcPr>
            <w:tcW w:type="dxa" w:w="4320"/>
          </w:tcPr>
          <w:p>
            <w:r>
              <w:t>李政泽</w:t>
            </w:r>
          </w:p>
        </w:tc>
      </w:tr>
      <w:tr>
        <w:tc>
          <w:tcPr>
            <w:tcW w:type="dxa" w:w="4320"/>
          </w:tcPr>
          <w:p>
            <w:r>
              <w:t>20232211345</w:t>
            </w:r>
          </w:p>
        </w:tc>
        <w:tc>
          <w:tcPr>
            <w:tcW w:type="dxa" w:w="4320"/>
          </w:tcPr>
          <w:p>
            <w:r>
              <w:t>王一冉</w:t>
            </w:r>
          </w:p>
        </w:tc>
      </w:tr>
      <w:tr>
        <w:tc>
          <w:tcPr>
            <w:tcW w:type="dxa" w:w="4320"/>
          </w:tcPr>
          <w:p>
            <w:r>
              <w:t>20232217127</w:t>
            </w:r>
          </w:p>
        </w:tc>
        <w:tc>
          <w:tcPr>
            <w:tcW w:type="dxa" w:w="4320"/>
          </w:tcPr>
          <w:p>
            <w:r>
              <w:t>彭欣玥</w:t>
            </w:r>
          </w:p>
        </w:tc>
      </w:tr>
      <w:tr>
        <w:tc>
          <w:tcPr>
            <w:tcW w:type="dxa" w:w="4320"/>
          </w:tcPr>
          <w:p>
            <w:r>
              <w:t>20232210887</w:t>
            </w:r>
          </w:p>
        </w:tc>
        <w:tc>
          <w:tcPr>
            <w:tcW w:type="dxa" w:w="4320"/>
          </w:tcPr>
          <w:p>
            <w:r>
              <w:t>刘湘楠</w:t>
            </w:r>
          </w:p>
        </w:tc>
      </w:tr>
      <w:tr>
        <w:tc>
          <w:tcPr>
            <w:tcW w:type="dxa" w:w="4320"/>
          </w:tcPr>
          <w:p>
            <w:r>
              <w:t>20232227452</w:t>
            </w:r>
          </w:p>
        </w:tc>
        <w:tc>
          <w:tcPr>
            <w:tcW w:type="dxa" w:w="4320"/>
          </w:tcPr>
          <w:p>
            <w:r>
              <w:t>侯月红</w:t>
            </w:r>
          </w:p>
        </w:tc>
      </w:tr>
      <w:tr>
        <w:tc>
          <w:tcPr>
            <w:tcW w:type="dxa" w:w="4320"/>
          </w:tcPr>
          <w:p>
            <w:r>
              <w:t>20232202559</w:t>
            </w:r>
          </w:p>
        </w:tc>
        <w:tc>
          <w:tcPr>
            <w:tcW w:type="dxa" w:w="4320"/>
          </w:tcPr>
          <w:p>
            <w:r>
              <w:t>王佳宇</w:t>
            </w:r>
          </w:p>
        </w:tc>
      </w:tr>
      <w:tr>
        <w:tc>
          <w:tcPr>
            <w:tcW w:type="dxa" w:w="4320"/>
          </w:tcPr>
          <w:p>
            <w:r>
              <w:t>20232203370</w:t>
            </w:r>
          </w:p>
        </w:tc>
        <w:tc>
          <w:tcPr>
            <w:tcW w:type="dxa" w:w="4320"/>
          </w:tcPr>
          <w:p>
            <w:r>
              <w:t>徐慧颖</w:t>
            </w:r>
          </w:p>
        </w:tc>
      </w:tr>
      <w:tr>
        <w:tc>
          <w:tcPr>
            <w:tcW w:type="dxa" w:w="4320"/>
          </w:tcPr>
          <w:p>
            <w:r>
              <w:t>20232226628</w:t>
            </w:r>
          </w:p>
        </w:tc>
        <w:tc>
          <w:tcPr>
            <w:tcW w:type="dxa" w:w="4320"/>
          </w:tcPr>
          <w:p>
            <w:r>
              <w:t>王彦文</w:t>
            </w:r>
          </w:p>
        </w:tc>
      </w:tr>
      <w:tr>
        <w:tc>
          <w:tcPr>
            <w:tcW w:type="dxa" w:w="4320"/>
          </w:tcPr>
          <w:p>
            <w:r>
              <w:t>20232226632</w:t>
            </w:r>
          </w:p>
        </w:tc>
        <w:tc>
          <w:tcPr>
            <w:tcW w:type="dxa" w:w="4320"/>
          </w:tcPr>
          <w:p>
            <w:r>
              <w:t>王金哲</w:t>
            </w:r>
          </w:p>
        </w:tc>
      </w:tr>
      <w:tr>
        <w:tc>
          <w:tcPr>
            <w:tcW w:type="dxa" w:w="4320"/>
          </w:tcPr>
          <w:p>
            <w:r>
              <w:t>20232202762</w:t>
            </w:r>
          </w:p>
        </w:tc>
        <w:tc>
          <w:tcPr>
            <w:tcW w:type="dxa" w:w="4320"/>
          </w:tcPr>
          <w:p>
            <w:r>
              <w:t>张闻烁</w:t>
            </w:r>
          </w:p>
        </w:tc>
      </w:tr>
      <w:tr>
        <w:tc>
          <w:tcPr>
            <w:tcW w:type="dxa" w:w="4320"/>
          </w:tcPr>
          <w:p>
            <w:r>
              <w:t>20232203928</w:t>
            </w:r>
          </w:p>
        </w:tc>
        <w:tc>
          <w:tcPr>
            <w:tcW w:type="dxa" w:w="4320"/>
          </w:tcPr>
          <w:p>
            <w:r>
              <w:t>苏位康</w:t>
            </w:r>
          </w:p>
        </w:tc>
      </w:tr>
      <w:tr>
        <w:tc>
          <w:tcPr>
            <w:tcW w:type="dxa" w:w="4320"/>
          </w:tcPr>
          <w:p>
            <w:r>
              <w:t>20232201095</w:t>
            </w:r>
          </w:p>
        </w:tc>
        <w:tc>
          <w:tcPr>
            <w:tcW w:type="dxa" w:w="4320"/>
          </w:tcPr>
          <w:p>
            <w:r>
              <w:t>张新望</w:t>
            </w:r>
          </w:p>
        </w:tc>
      </w:tr>
      <w:tr>
        <w:tc>
          <w:tcPr>
            <w:tcW w:type="dxa" w:w="4320"/>
          </w:tcPr>
          <w:p>
            <w:r>
              <w:t>20232212790</w:t>
            </w:r>
          </w:p>
        </w:tc>
        <w:tc>
          <w:tcPr>
            <w:tcW w:type="dxa" w:w="4320"/>
          </w:tcPr>
          <w:p>
            <w:r>
              <w:t>张恒玮</w:t>
            </w:r>
          </w:p>
        </w:tc>
      </w:tr>
      <w:tr>
        <w:tc>
          <w:tcPr>
            <w:tcW w:type="dxa" w:w="4320"/>
          </w:tcPr>
          <w:p>
            <w:r>
              <w:t>20232225686</w:t>
            </w:r>
          </w:p>
        </w:tc>
        <w:tc>
          <w:tcPr>
            <w:tcW w:type="dxa" w:w="4320"/>
          </w:tcPr>
          <w:p>
            <w:r>
              <w:t>刘恒</w:t>
            </w:r>
          </w:p>
        </w:tc>
      </w:tr>
      <w:tr>
        <w:tc>
          <w:tcPr>
            <w:tcW w:type="dxa" w:w="4320"/>
          </w:tcPr>
          <w:p>
            <w:r>
              <w:t>20232222135</w:t>
            </w:r>
          </w:p>
        </w:tc>
        <w:tc>
          <w:tcPr>
            <w:tcW w:type="dxa" w:w="4320"/>
          </w:tcPr>
          <w:p>
            <w:r>
              <w:t>徐浩</w:t>
            </w:r>
          </w:p>
        </w:tc>
      </w:tr>
      <w:tr>
        <w:tc>
          <w:tcPr>
            <w:tcW w:type="dxa" w:w="4320"/>
          </w:tcPr>
          <w:p>
            <w:r>
              <w:t>20232206245</w:t>
            </w:r>
          </w:p>
        </w:tc>
        <w:tc>
          <w:tcPr>
            <w:tcW w:type="dxa" w:w="4320"/>
          </w:tcPr>
          <w:p>
            <w:r>
              <w:t>王宇博</w:t>
            </w:r>
          </w:p>
        </w:tc>
      </w:tr>
      <w:tr>
        <w:tc>
          <w:tcPr>
            <w:tcW w:type="dxa" w:w="4320"/>
          </w:tcPr>
          <w:p>
            <w:r>
              <w:t>20232209359</w:t>
            </w:r>
          </w:p>
        </w:tc>
        <w:tc>
          <w:tcPr>
            <w:tcW w:type="dxa" w:w="4320"/>
          </w:tcPr>
          <w:p>
            <w:r>
              <w:t>高明棋</w:t>
            </w:r>
          </w:p>
        </w:tc>
      </w:tr>
      <w:tr>
        <w:tc>
          <w:tcPr>
            <w:tcW w:type="dxa" w:w="4320"/>
          </w:tcPr>
          <w:p>
            <w:r>
              <w:t>20232230069</w:t>
            </w:r>
          </w:p>
        </w:tc>
        <w:tc>
          <w:tcPr>
            <w:tcW w:type="dxa" w:w="4320"/>
          </w:tcPr>
          <w:p>
            <w:r>
              <w:t>张扬</w:t>
            </w:r>
          </w:p>
        </w:tc>
      </w:tr>
      <w:tr>
        <w:tc>
          <w:tcPr>
            <w:tcW w:type="dxa" w:w="4320"/>
          </w:tcPr>
          <w:p>
            <w:r>
              <w:t>20232200241</w:t>
            </w:r>
          </w:p>
        </w:tc>
        <w:tc>
          <w:tcPr>
            <w:tcW w:type="dxa" w:w="4320"/>
          </w:tcPr>
          <w:p>
            <w:r>
              <w:t>吴雨桐</w:t>
            </w:r>
          </w:p>
        </w:tc>
      </w:tr>
      <w:tr>
        <w:tc>
          <w:tcPr>
            <w:tcW w:type="dxa" w:w="4320"/>
          </w:tcPr>
          <w:p>
            <w:r>
              <w:t>20232203473</w:t>
            </w:r>
          </w:p>
        </w:tc>
        <w:tc>
          <w:tcPr>
            <w:tcW w:type="dxa" w:w="4320"/>
          </w:tcPr>
          <w:p>
            <w:r>
              <w:t>江龙韬</w:t>
            </w:r>
          </w:p>
        </w:tc>
      </w:tr>
      <w:tr>
        <w:tc>
          <w:tcPr>
            <w:tcW w:type="dxa" w:w="4320"/>
          </w:tcPr>
          <w:p>
            <w:r>
              <w:t>20232212519</w:t>
            </w:r>
          </w:p>
        </w:tc>
        <w:tc>
          <w:tcPr>
            <w:tcW w:type="dxa" w:w="4320"/>
          </w:tcPr>
          <w:p>
            <w:r>
              <w:t>林奕森</w:t>
            </w:r>
          </w:p>
        </w:tc>
      </w:tr>
      <w:tr>
        <w:tc>
          <w:tcPr>
            <w:tcW w:type="dxa" w:w="4320"/>
          </w:tcPr>
          <w:p>
            <w:r>
              <w:t>20232201561</w:t>
            </w:r>
          </w:p>
        </w:tc>
        <w:tc>
          <w:tcPr>
            <w:tcW w:type="dxa" w:w="4320"/>
          </w:tcPr>
          <w:p>
            <w:r>
              <w:t>朱茗暄</w:t>
            </w:r>
          </w:p>
        </w:tc>
      </w:tr>
      <w:tr>
        <w:tc>
          <w:tcPr>
            <w:tcW w:type="dxa" w:w="4320"/>
          </w:tcPr>
          <w:p>
            <w:r>
              <w:t>20232224335</w:t>
            </w:r>
          </w:p>
        </w:tc>
        <w:tc>
          <w:tcPr>
            <w:tcW w:type="dxa" w:w="4320"/>
          </w:tcPr>
          <w:p>
            <w:r>
              <w:t>陈镒</w:t>
            </w:r>
          </w:p>
        </w:tc>
      </w:tr>
      <w:tr>
        <w:tc>
          <w:tcPr>
            <w:tcW w:type="dxa" w:w="4320"/>
          </w:tcPr>
          <w:p>
            <w:r>
              <w:t>20232230067</w:t>
            </w:r>
          </w:p>
        </w:tc>
        <w:tc>
          <w:tcPr>
            <w:tcW w:type="dxa" w:w="4320"/>
          </w:tcPr>
          <w:p>
            <w:r>
              <w:t>朱芷仪</w:t>
            </w:r>
          </w:p>
        </w:tc>
      </w:tr>
      <w:tr>
        <w:tc>
          <w:tcPr>
            <w:tcW w:type="dxa" w:w="4320"/>
          </w:tcPr>
          <w:p>
            <w:r>
              <w:t>20232223242</w:t>
            </w:r>
          </w:p>
        </w:tc>
        <w:tc>
          <w:tcPr>
            <w:tcW w:type="dxa" w:w="4320"/>
          </w:tcPr>
          <w:p>
            <w:r>
              <w:t>陈静达</w:t>
            </w:r>
          </w:p>
        </w:tc>
      </w:tr>
      <w:tr>
        <w:tc>
          <w:tcPr>
            <w:tcW w:type="dxa" w:w="4320"/>
          </w:tcPr>
          <w:p>
            <w:r>
              <w:t>20232212008</w:t>
            </w:r>
          </w:p>
        </w:tc>
        <w:tc>
          <w:tcPr>
            <w:tcW w:type="dxa" w:w="4320"/>
          </w:tcPr>
          <w:p>
            <w:r>
              <w:t>左旭辉</w:t>
            </w:r>
          </w:p>
        </w:tc>
      </w:tr>
      <w:tr>
        <w:tc>
          <w:tcPr>
            <w:tcW w:type="dxa" w:w="4320"/>
          </w:tcPr>
          <w:p>
            <w:r>
              <w:t>20232200590</w:t>
            </w:r>
          </w:p>
        </w:tc>
        <w:tc>
          <w:tcPr>
            <w:tcW w:type="dxa" w:w="4320"/>
          </w:tcPr>
          <w:p>
            <w:r>
              <w:t>李润楠</w:t>
            </w:r>
          </w:p>
        </w:tc>
      </w:tr>
      <w:tr>
        <w:tc>
          <w:tcPr>
            <w:tcW w:type="dxa" w:w="4320"/>
          </w:tcPr>
          <w:p>
            <w:r>
              <w:t>20232229691</w:t>
            </w:r>
          </w:p>
        </w:tc>
        <w:tc>
          <w:tcPr>
            <w:tcW w:type="dxa" w:w="4320"/>
          </w:tcPr>
          <w:p>
            <w:r>
              <w:t>尹涵</w:t>
            </w:r>
          </w:p>
        </w:tc>
      </w:tr>
      <w:tr>
        <w:tc>
          <w:tcPr>
            <w:tcW w:type="dxa" w:w="4320"/>
          </w:tcPr>
          <w:p>
            <w:r>
              <w:t>20232200332</w:t>
            </w:r>
          </w:p>
        </w:tc>
        <w:tc>
          <w:tcPr>
            <w:tcW w:type="dxa" w:w="4320"/>
          </w:tcPr>
          <w:p>
            <w:r>
              <w:t>陈权</w:t>
            </w:r>
          </w:p>
        </w:tc>
      </w:tr>
      <w:tr>
        <w:tc>
          <w:tcPr>
            <w:tcW w:type="dxa" w:w="4320"/>
          </w:tcPr>
          <w:p>
            <w:r>
              <w:t>20232230534</w:t>
            </w:r>
          </w:p>
        </w:tc>
        <w:tc>
          <w:tcPr>
            <w:tcW w:type="dxa" w:w="4320"/>
          </w:tcPr>
          <w:p>
            <w:r>
              <w:t>邹栋桦</w:t>
            </w:r>
          </w:p>
        </w:tc>
      </w:tr>
      <w:tr>
        <w:tc>
          <w:tcPr>
            <w:tcW w:type="dxa" w:w="4320"/>
          </w:tcPr>
          <w:p>
            <w:r>
              <w:t>20232211962</w:t>
            </w:r>
          </w:p>
        </w:tc>
        <w:tc>
          <w:tcPr>
            <w:tcW w:type="dxa" w:w="4320"/>
          </w:tcPr>
          <w:p>
            <w:r>
              <w:t>邵新宇</w:t>
            </w:r>
          </w:p>
        </w:tc>
      </w:tr>
      <w:tr>
        <w:tc>
          <w:tcPr>
            <w:tcW w:type="dxa" w:w="4320"/>
          </w:tcPr>
          <w:p>
            <w:r>
              <w:t>20232222460</w:t>
            </w:r>
          </w:p>
        </w:tc>
        <w:tc>
          <w:tcPr>
            <w:tcW w:type="dxa" w:w="4320"/>
          </w:tcPr>
          <w:p>
            <w:r>
              <w:t>栗雅清</w:t>
            </w:r>
          </w:p>
        </w:tc>
      </w:tr>
      <w:tr>
        <w:tc>
          <w:tcPr>
            <w:tcW w:type="dxa" w:w="4320"/>
          </w:tcPr>
          <w:p>
            <w:r>
              <w:t>20232218741</w:t>
            </w:r>
          </w:p>
        </w:tc>
        <w:tc>
          <w:tcPr>
            <w:tcW w:type="dxa" w:w="4320"/>
          </w:tcPr>
          <w:p>
            <w:r>
              <w:t>刘晓敏</w:t>
            </w:r>
          </w:p>
        </w:tc>
      </w:tr>
      <w:tr>
        <w:tc>
          <w:tcPr>
            <w:tcW w:type="dxa" w:w="4320"/>
          </w:tcPr>
          <w:p>
            <w:r>
              <w:t>20232203866</w:t>
            </w:r>
          </w:p>
        </w:tc>
        <w:tc>
          <w:tcPr>
            <w:tcW w:type="dxa" w:w="4320"/>
          </w:tcPr>
          <w:p>
            <w:r>
              <w:t>刘兆卿</w:t>
            </w:r>
          </w:p>
        </w:tc>
      </w:tr>
      <w:tr>
        <w:tc>
          <w:tcPr>
            <w:tcW w:type="dxa" w:w="4320"/>
          </w:tcPr>
          <w:p>
            <w:r>
              <w:t>20232203310</w:t>
            </w:r>
          </w:p>
        </w:tc>
        <w:tc>
          <w:tcPr>
            <w:tcW w:type="dxa" w:w="4320"/>
          </w:tcPr>
          <w:p>
            <w:r>
              <w:t>丁杰</w:t>
            </w:r>
          </w:p>
        </w:tc>
      </w:tr>
      <w:tr>
        <w:tc>
          <w:tcPr>
            <w:tcW w:type="dxa" w:w="4320"/>
          </w:tcPr>
          <w:p>
            <w:r>
              <w:t>20232228357</w:t>
            </w:r>
          </w:p>
        </w:tc>
        <w:tc>
          <w:tcPr>
            <w:tcW w:type="dxa" w:w="4320"/>
          </w:tcPr>
          <w:p>
            <w:r>
              <w:t>刘淇</w:t>
            </w:r>
          </w:p>
        </w:tc>
      </w:tr>
      <w:tr>
        <w:tc>
          <w:tcPr>
            <w:tcW w:type="dxa" w:w="4320"/>
          </w:tcPr>
          <w:p>
            <w:r>
              <w:t>20232212581</w:t>
            </w:r>
          </w:p>
        </w:tc>
        <w:tc>
          <w:tcPr>
            <w:tcW w:type="dxa" w:w="4320"/>
          </w:tcPr>
          <w:p>
            <w:r>
              <w:t>王博业</w:t>
            </w:r>
          </w:p>
        </w:tc>
      </w:tr>
      <w:tr>
        <w:tc>
          <w:tcPr>
            <w:tcW w:type="dxa" w:w="4320"/>
          </w:tcPr>
          <w:p>
            <w:r>
              <w:t>20232208063</w:t>
            </w:r>
          </w:p>
        </w:tc>
        <w:tc>
          <w:tcPr>
            <w:tcW w:type="dxa" w:w="4320"/>
          </w:tcPr>
          <w:p>
            <w:r>
              <w:t>蒿呈垚</w:t>
            </w:r>
          </w:p>
        </w:tc>
      </w:tr>
      <w:tr>
        <w:tc>
          <w:tcPr>
            <w:tcW w:type="dxa" w:w="4320"/>
          </w:tcPr>
          <w:p>
            <w:r>
              <w:t>20232200333</w:t>
            </w:r>
          </w:p>
        </w:tc>
        <w:tc>
          <w:tcPr>
            <w:tcW w:type="dxa" w:w="4320"/>
          </w:tcPr>
          <w:p>
            <w:r>
              <w:t>蒙博苑</w:t>
            </w:r>
          </w:p>
        </w:tc>
      </w:tr>
      <w:tr>
        <w:tc>
          <w:tcPr>
            <w:tcW w:type="dxa" w:w="4320"/>
          </w:tcPr>
          <w:p>
            <w:r>
              <w:t>20232201468</w:t>
            </w:r>
          </w:p>
        </w:tc>
        <w:tc>
          <w:tcPr>
            <w:tcW w:type="dxa" w:w="4320"/>
          </w:tcPr>
          <w:p>
            <w:r>
              <w:t>黄清越</w:t>
            </w:r>
          </w:p>
        </w:tc>
      </w:tr>
      <w:tr>
        <w:tc>
          <w:tcPr>
            <w:tcW w:type="dxa" w:w="4320"/>
          </w:tcPr>
          <w:p>
            <w:r>
              <w:t>20232204362</w:t>
            </w:r>
          </w:p>
        </w:tc>
        <w:tc>
          <w:tcPr>
            <w:tcW w:type="dxa" w:w="4320"/>
          </w:tcPr>
          <w:p>
            <w:r>
              <w:t>欧雨微</w:t>
            </w:r>
          </w:p>
        </w:tc>
      </w:tr>
      <w:tr>
        <w:tc>
          <w:tcPr>
            <w:tcW w:type="dxa" w:w="4320"/>
          </w:tcPr>
          <w:p>
            <w:r>
              <w:t>20232205474</w:t>
            </w:r>
          </w:p>
        </w:tc>
        <w:tc>
          <w:tcPr>
            <w:tcW w:type="dxa" w:w="4320"/>
          </w:tcPr>
          <w:p>
            <w:r>
              <w:t>张婕妮</w:t>
            </w:r>
          </w:p>
        </w:tc>
      </w:tr>
      <w:tr>
        <w:tc>
          <w:tcPr>
            <w:tcW w:type="dxa" w:w="4320"/>
          </w:tcPr>
          <w:p>
            <w:r>
              <w:t>20232208059</w:t>
            </w:r>
          </w:p>
        </w:tc>
        <w:tc>
          <w:tcPr>
            <w:tcW w:type="dxa" w:w="4320"/>
          </w:tcPr>
          <w:p>
            <w:r>
              <w:t>钱一诺</w:t>
            </w:r>
          </w:p>
        </w:tc>
      </w:tr>
      <w:tr>
        <w:tc>
          <w:tcPr>
            <w:tcW w:type="dxa" w:w="4320"/>
          </w:tcPr>
          <w:p>
            <w:r>
              <w:t>20232205502</w:t>
            </w:r>
          </w:p>
        </w:tc>
        <w:tc>
          <w:tcPr>
            <w:tcW w:type="dxa" w:w="4320"/>
          </w:tcPr>
          <w:p>
            <w:r>
              <w:t>童新元</w:t>
            </w:r>
          </w:p>
        </w:tc>
      </w:tr>
      <w:tr>
        <w:tc>
          <w:tcPr>
            <w:tcW w:type="dxa" w:w="4320"/>
          </w:tcPr>
          <w:p>
            <w:r>
              <w:t>20232203860</w:t>
            </w:r>
          </w:p>
        </w:tc>
        <w:tc>
          <w:tcPr>
            <w:tcW w:type="dxa" w:w="4320"/>
          </w:tcPr>
          <w:p>
            <w:r>
              <w:t>宋元盟</w:t>
            </w:r>
          </w:p>
        </w:tc>
      </w:tr>
      <w:tr>
        <w:tc>
          <w:tcPr>
            <w:tcW w:type="dxa" w:w="4320"/>
          </w:tcPr>
          <w:p>
            <w:r>
              <w:t>20232215518</w:t>
            </w:r>
          </w:p>
        </w:tc>
        <w:tc>
          <w:tcPr>
            <w:tcW w:type="dxa" w:w="4320"/>
          </w:tcPr>
          <w:p>
            <w:r>
              <w:t>张睿</w:t>
            </w:r>
          </w:p>
        </w:tc>
      </w:tr>
      <w:tr>
        <w:tc>
          <w:tcPr>
            <w:tcW w:type="dxa" w:w="4320"/>
          </w:tcPr>
          <w:p>
            <w:r>
              <w:t>20232204264</w:t>
            </w:r>
          </w:p>
        </w:tc>
        <w:tc>
          <w:tcPr>
            <w:tcW w:type="dxa" w:w="4320"/>
          </w:tcPr>
          <w:p>
            <w:r>
              <w:t>魏来</w:t>
            </w:r>
          </w:p>
        </w:tc>
      </w:tr>
      <w:tr>
        <w:tc>
          <w:tcPr>
            <w:tcW w:type="dxa" w:w="4320"/>
          </w:tcPr>
          <w:p>
            <w:r>
              <w:t>20232203702</w:t>
            </w:r>
          </w:p>
        </w:tc>
        <w:tc>
          <w:tcPr>
            <w:tcW w:type="dxa" w:w="4320"/>
          </w:tcPr>
          <w:p>
            <w:r>
              <w:t>丁江轶</w:t>
            </w:r>
          </w:p>
        </w:tc>
      </w:tr>
      <w:tr>
        <w:tc>
          <w:tcPr>
            <w:tcW w:type="dxa" w:w="4320"/>
          </w:tcPr>
          <w:p>
            <w:r>
              <w:t>20232204287</w:t>
            </w:r>
          </w:p>
        </w:tc>
        <w:tc>
          <w:tcPr>
            <w:tcW w:type="dxa" w:w="4320"/>
          </w:tcPr>
          <w:p>
            <w:r>
              <w:t>杨牧</w:t>
            </w:r>
          </w:p>
        </w:tc>
      </w:tr>
      <w:tr>
        <w:tc>
          <w:tcPr>
            <w:tcW w:type="dxa" w:w="4320"/>
          </w:tcPr>
          <w:p>
            <w:r>
              <w:t>20232202975</w:t>
            </w:r>
          </w:p>
        </w:tc>
        <w:tc>
          <w:tcPr>
            <w:tcW w:type="dxa" w:w="4320"/>
          </w:tcPr>
          <w:p>
            <w:r>
              <w:t>王震</w:t>
            </w:r>
          </w:p>
        </w:tc>
      </w:tr>
      <w:tr>
        <w:tc>
          <w:tcPr>
            <w:tcW w:type="dxa" w:w="4320"/>
          </w:tcPr>
          <w:p>
            <w:r>
              <w:t>20232205723</w:t>
            </w:r>
          </w:p>
        </w:tc>
        <w:tc>
          <w:tcPr>
            <w:tcW w:type="dxa" w:w="4320"/>
          </w:tcPr>
          <w:p>
            <w:r>
              <w:t>靳亚盛</w:t>
            </w:r>
          </w:p>
        </w:tc>
      </w:tr>
      <w:tr>
        <w:tc>
          <w:tcPr>
            <w:tcW w:type="dxa" w:w="4320"/>
          </w:tcPr>
          <w:p>
            <w:r>
              <w:t>20232224798</w:t>
            </w:r>
          </w:p>
        </w:tc>
        <w:tc>
          <w:tcPr>
            <w:tcW w:type="dxa" w:w="4320"/>
          </w:tcPr>
          <w:p>
            <w:r>
              <w:t>刘星</w:t>
            </w:r>
          </w:p>
        </w:tc>
      </w:tr>
      <w:tr>
        <w:tc>
          <w:tcPr>
            <w:tcW w:type="dxa" w:w="4320"/>
          </w:tcPr>
          <w:p>
            <w:r>
              <w:t>20232206081</w:t>
            </w:r>
          </w:p>
        </w:tc>
        <w:tc>
          <w:tcPr>
            <w:tcW w:type="dxa" w:w="4320"/>
          </w:tcPr>
          <w:p>
            <w:r>
              <w:t>史相泽</w:t>
            </w:r>
          </w:p>
        </w:tc>
      </w:tr>
      <w:tr>
        <w:tc>
          <w:tcPr>
            <w:tcW w:type="dxa" w:w="4320"/>
          </w:tcPr>
          <w:p>
            <w:r>
              <w:t>20232229811</w:t>
            </w:r>
          </w:p>
        </w:tc>
        <w:tc>
          <w:tcPr>
            <w:tcW w:type="dxa" w:w="4320"/>
          </w:tcPr>
          <w:p>
            <w:r>
              <w:t>戴强龙</w:t>
            </w:r>
          </w:p>
        </w:tc>
      </w:tr>
      <w:tr>
        <w:tc>
          <w:tcPr>
            <w:tcW w:type="dxa" w:w="4320"/>
          </w:tcPr>
          <w:p>
            <w:r>
              <w:t>20232205894</w:t>
            </w:r>
          </w:p>
        </w:tc>
        <w:tc>
          <w:tcPr>
            <w:tcW w:type="dxa" w:w="4320"/>
          </w:tcPr>
          <w:p>
            <w:r>
              <w:t>丁家润</w:t>
            </w:r>
          </w:p>
        </w:tc>
      </w:tr>
      <w:tr>
        <w:tc>
          <w:tcPr>
            <w:tcW w:type="dxa" w:w="4320"/>
          </w:tcPr>
          <w:p>
            <w:r>
              <w:t>20232202667</w:t>
            </w:r>
          </w:p>
        </w:tc>
        <w:tc>
          <w:tcPr>
            <w:tcW w:type="dxa" w:w="4320"/>
          </w:tcPr>
          <w:p>
            <w:r>
              <w:t>费钰涵</w:t>
            </w:r>
          </w:p>
        </w:tc>
      </w:tr>
      <w:tr>
        <w:tc>
          <w:tcPr>
            <w:tcW w:type="dxa" w:w="4320"/>
          </w:tcPr>
          <w:p>
            <w:r>
              <w:t>20232200060</w:t>
            </w:r>
          </w:p>
        </w:tc>
        <w:tc>
          <w:tcPr>
            <w:tcW w:type="dxa" w:w="4320"/>
          </w:tcPr>
          <w:p>
            <w:r>
              <w:t>李至瑞</w:t>
            </w:r>
          </w:p>
        </w:tc>
      </w:tr>
      <w:tr>
        <w:tc>
          <w:tcPr>
            <w:tcW w:type="dxa" w:w="4320"/>
          </w:tcPr>
          <w:p>
            <w:r>
              <w:t>20232229449</w:t>
            </w:r>
          </w:p>
        </w:tc>
        <w:tc>
          <w:tcPr>
            <w:tcW w:type="dxa" w:w="4320"/>
          </w:tcPr>
          <w:p>
            <w:r>
              <w:t>韩岳彤</w:t>
            </w:r>
          </w:p>
        </w:tc>
      </w:tr>
      <w:tr>
        <w:tc>
          <w:tcPr>
            <w:tcW w:type="dxa" w:w="4320"/>
          </w:tcPr>
          <w:p>
            <w:r>
              <w:t>20232220899</w:t>
            </w:r>
          </w:p>
        </w:tc>
        <w:tc>
          <w:tcPr>
            <w:tcW w:type="dxa" w:w="4320"/>
          </w:tcPr>
          <w:p>
            <w:r>
              <w:t>胡竞翔</w:t>
            </w:r>
          </w:p>
        </w:tc>
      </w:tr>
      <w:tr>
        <w:tc>
          <w:tcPr>
            <w:tcW w:type="dxa" w:w="4320"/>
          </w:tcPr>
          <w:p>
            <w:r>
              <w:t>20232224101</w:t>
            </w:r>
          </w:p>
        </w:tc>
        <w:tc>
          <w:tcPr>
            <w:tcW w:type="dxa" w:w="4320"/>
          </w:tcPr>
          <w:p>
            <w:r>
              <w:t>谢紫昂</w:t>
            </w:r>
          </w:p>
        </w:tc>
      </w:tr>
      <w:tr>
        <w:tc>
          <w:tcPr>
            <w:tcW w:type="dxa" w:w="4320"/>
          </w:tcPr>
          <w:p>
            <w:r>
              <w:t>20232227876</w:t>
            </w:r>
          </w:p>
        </w:tc>
        <w:tc>
          <w:tcPr>
            <w:tcW w:type="dxa" w:w="4320"/>
          </w:tcPr>
          <w:p>
            <w:r>
              <w:t>苏大宁</w:t>
            </w:r>
          </w:p>
        </w:tc>
      </w:tr>
      <w:tr>
        <w:tc>
          <w:tcPr>
            <w:tcW w:type="dxa" w:w="4320"/>
          </w:tcPr>
          <w:p>
            <w:r>
              <w:t>20232201783</w:t>
            </w:r>
          </w:p>
        </w:tc>
        <w:tc>
          <w:tcPr>
            <w:tcW w:type="dxa" w:w="4320"/>
          </w:tcPr>
          <w:p>
            <w:r>
              <w:t>曹书华</w:t>
            </w:r>
          </w:p>
        </w:tc>
      </w:tr>
      <w:tr>
        <w:tc>
          <w:tcPr>
            <w:tcW w:type="dxa" w:w="4320"/>
          </w:tcPr>
          <w:p>
            <w:r>
              <w:t>20232230312</w:t>
            </w:r>
          </w:p>
        </w:tc>
        <w:tc>
          <w:tcPr>
            <w:tcW w:type="dxa" w:w="4320"/>
          </w:tcPr>
          <w:p>
            <w:r>
              <w:t>林啓文</w:t>
            </w:r>
          </w:p>
        </w:tc>
      </w:tr>
      <w:tr>
        <w:tc>
          <w:tcPr>
            <w:tcW w:type="dxa" w:w="4320"/>
          </w:tcPr>
          <w:p>
            <w:r>
              <w:t>20232227575</w:t>
            </w:r>
          </w:p>
        </w:tc>
        <w:tc>
          <w:tcPr>
            <w:tcW w:type="dxa" w:w="4320"/>
          </w:tcPr>
          <w:p>
            <w:r>
              <w:t>徐康</w:t>
            </w:r>
          </w:p>
        </w:tc>
      </w:tr>
      <w:tr>
        <w:tc>
          <w:tcPr>
            <w:tcW w:type="dxa" w:w="4320"/>
          </w:tcPr>
          <w:p>
            <w:r>
              <w:t>20232200609</w:t>
            </w:r>
          </w:p>
        </w:tc>
        <w:tc>
          <w:tcPr>
            <w:tcW w:type="dxa" w:w="4320"/>
          </w:tcPr>
          <w:p>
            <w:r>
              <w:t>郝旭</w:t>
            </w:r>
          </w:p>
        </w:tc>
      </w:tr>
      <w:tr>
        <w:tc>
          <w:tcPr>
            <w:tcW w:type="dxa" w:w="4320"/>
          </w:tcPr>
          <w:p>
            <w:r>
              <w:t>20232200220</w:t>
            </w:r>
          </w:p>
        </w:tc>
        <w:tc>
          <w:tcPr>
            <w:tcW w:type="dxa" w:w="4320"/>
          </w:tcPr>
          <w:p>
            <w:r>
              <w:t>童琪凯</w:t>
            </w:r>
          </w:p>
        </w:tc>
      </w:tr>
      <w:tr>
        <w:tc>
          <w:tcPr>
            <w:tcW w:type="dxa" w:w="4320"/>
          </w:tcPr>
          <w:p>
            <w:r>
              <w:t>20232223110</w:t>
            </w:r>
          </w:p>
        </w:tc>
        <w:tc>
          <w:tcPr>
            <w:tcW w:type="dxa" w:w="4320"/>
          </w:tcPr>
          <w:p>
            <w:r>
              <w:t>刁思齐</w:t>
            </w:r>
          </w:p>
        </w:tc>
      </w:tr>
      <w:tr>
        <w:tc>
          <w:tcPr>
            <w:tcW w:type="dxa" w:w="4320"/>
          </w:tcPr>
          <w:p>
            <w:r>
              <w:t>20232226833</w:t>
            </w:r>
          </w:p>
        </w:tc>
        <w:tc>
          <w:tcPr>
            <w:tcW w:type="dxa" w:w="4320"/>
          </w:tcPr>
          <w:p>
            <w:r>
              <w:t>张彤</w:t>
            </w:r>
          </w:p>
        </w:tc>
      </w:tr>
      <w:tr>
        <w:tc>
          <w:tcPr>
            <w:tcW w:type="dxa" w:w="4320"/>
          </w:tcPr>
          <w:p>
            <w:r>
              <w:t>20232211054</w:t>
            </w:r>
          </w:p>
        </w:tc>
        <w:tc>
          <w:tcPr>
            <w:tcW w:type="dxa" w:w="4320"/>
          </w:tcPr>
          <w:p>
            <w:r>
              <w:t>李卓姝</w:t>
            </w:r>
          </w:p>
        </w:tc>
      </w:tr>
      <w:tr>
        <w:tc>
          <w:tcPr>
            <w:tcW w:type="dxa" w:w="4320"/>
          </w:tcPr>
          <w:p>
            <w:r>
              <w:t>20232218376</w:t>
            </w:r>
          </w:p>
        </w:tc>
        <w:tc>
          <w:tcPr>
            <w:tcW w:type="dxa" w:w="4320"/>
          </w:tcPr>
          <w:p>
            <w:r>
              <w:t>王俞伽</w:t>
            </w:r>
          </w:p>
        </w:tc>
      </w:tr>
      <w:tr>
        <w:tc>
          <w:tcPr>
            <w:tcW w:type="dxa" w:w="4320"/>
          </w:tcPr>
          <w:p>
            <w:r>
              <w:t>20232203408</w:t>
            </w:r>
          </w:p>
        </w:tc>
        <w:tc>
          <w:tcPr>
            <w:tcW w:type="dxa" w:w="4320"/>
          </w:tcPr>
          <w:p>
            <w:r>
              <w:t>喻鼎渊</w:t>
            </w:r>
          </w:p>
        </w:tc>
      </w:tr>
      <w:tr>
        <w:tc>
          <w:tcPr>
            <w:tcW w:type="dxa" w:w="4320"/>
          </w:tcPr>
          <w:p>
            <w:r>
              <w:t>20232203355</w:t>
            </w:r>
          </w:p>
        </w:tc>
        <w:tc>
          <w:tcPr>
            <w:tcW w:type="dxa" w:w="4320"/>
          </w:tcPr>
          <w:p>
            <w:r>
              <w:t>倪柯杰</w:t>
            </w:r>
          </w:p>
        </w:tc>
      </w:tr>
      <w:tr>
        <w:tc>
          <w:tcPr>
            <w:tcW w:type="dxa" w:w="4320"/>
          </w:tcPr>
          <w:p>
            <w:r>
              <w:t>20232209165</w:t>
            </w:r>
          </w:p>
        </w:tc>
        <w:tc>
          <w:tcPr>
            <w:tcW w:type="dxa" w:w="4320"/>
          </w:tcPr>
          <w:p>
            <w:r>
              <w:t>杨光瑛</w:t>
            </w:r>
          </w:p>
        </w:tc>
      </w:tr>
      <w:tr>
        <w:tc>
          <w:tcPr>
            <w:tcW w:type="dxa" w:w="4320"/>
          </w:tcPr>
          <w:p>
            <w:r>
              <w:t>20232208550</w:t>
            </w:r>
          </w:p>
        </w:tc>
        <w:tc>
          <w:tcPr>
            <w:tcW w:type="dxa" w:w="4320"/>
          </w:tcPr>
          <w:p>
            <w:r>
              <w:t>陈哲</w:t>
            </w:r>
          </w:p>
        </w:tc>
      </w:tr>
      <w:tr>
        <w:tc>
          <w:tcPr>
            <w:tcW w:type="dxa" w:w="4320"/>
          </w:tcPr>
          <w:p>
            <w:r>
              <w:t>20232217135</w:t>
            </w:r>
          </w:p>
        </w:tc>
        <w:tc>
          <w:tcPr>
            <w:tcW w:type="dxa" w:w="4320"/>
          </w:tcPr>
          <w:p>
            <w:r>
              <w:t>唐爽</w:t>
            </w:r>
          </w:p>
        </w:tc>
      </w:tr>
      <w:tr>
        <w:tc>
          <w:tcPr>
            <w:tcW w:type="dxa" w:w="4320"/>
          </w:tcPr>
          <w:p>
            <w:r>
              <w:t>20232227265</w:t>
            </w:r>
          </w:p>
        </w:tc>
        <w:tc>
          <w:tcPr>
            <w:tcW w:type="dxa" w:w="4320"/>
          </w:tcPr>
          <w:p>
            <w:r>
              <w:t>赵旭喆</w:t>
            </w:r>
          </w:p>
        </w:tc>
      </w:tr>
      <w:tr>
        <w:tc>
          <w:tcPr>
            <w:tcW w:type="dxa" w:w="4320"/>
          </w:tcPr>
          <w:p>
            <w:r>
              <w:t>20232208812</w:t>
            </w:r>
          </w:p>
        </w:tc>
        <w:tc>
          <w:tcPr>
            <w:tcW w:type="dxa" w:w="4320"/>
          </w:tcPr>
          <w:p>
            <w:r>
              <w:t>余振威</w:t>
            </w:r>
          </w:p>
        </w:tc>
      </w:tr>
      <w:tr>
        <w:tc>
          <w:tcPr>
            <w:tcW w:type="dxa" w:w="4320"/>
          </w:tcPr>
          <w:p>
            <w:r>
              <w:t>20232209547</w:t>
            </w:r>
          </w:p>
        </w:tc>
        <w:tc>
          <w:tcPr>
            <w:tcW w:type="dxa" w:w="4320"/>
          </w:tcPr>
          <w:p>
            <w:r>
              <w:t>马钰</w:t>
            </w:r>
          </w:p>
        </w:tc>
      </w:tr>
      <w:tr>
        <w:tc>
          <w:tcPr>
            <w:tcW w:type="dxa" w:w="4320"/>
          </w:tcPr>
          <w:p>
            <w:r>
              <w:t>20232230668</w:t>
            </w:r>
          </w:p>
        </w:tc>
        <w:tc>
          <w:tcPr>
            <w:tcW w:type="dxa" w:w="4320"/>
          </w:tcPr>
          <w:p>
            <w:r>
              <w:t>殷怡豪</w:t>
            </w:r>
          </w:p>
        </w:tc>
      </w:tr>
      <w:tr>
        <w:tc>
          <w:tcPr>
            <w:tcW w:type="dxa" w:w="4320"/>
          </w:tcPr>
          <w:p>
            <w:r>
              <w:t>20232208938</w:t>
            </w:r>
          </w:p>
        </w:tc>
        <w:tc>
          <w:tcPr>
            <w:tcW w:type="dxa" w:w="4320"/>
          </w:tcPr>
          <w:p>
            <w:r>
              <w:t>郭家豪</w:t>
            </w:r>
          </w:p>
        </w:tc>
      </w:tr>
      <w:tr>
        <w:tc>
          <w:tcPr>
            <w:tcW w:type="dxa" w:w="4320"/>
          </w:tcPr>
          <w:p>
            <w:r>
              <w:t>20232207344</w:t>
            </w:r>
          </w:p>
        </w:tc>
        <w:tc>
          <w:tcPr>
            <w:tcW w:type="dxa" w:w="4320"/>
          </w:tcPr>
          <w:p>
            <w:r>
              <w:t>张晓宇</w:t>
            </w:r>
          </w:p>
        </w:tc>
      </w:tr>
      <w:tr>
        <w:tc>
          <w:tcPr>
            <w:tcW w:type="dxa" w:w="4320"/>
          </w:tcPr>
          <w:p>
            <w:r>
              <w:t>20232203519</w:t>
            </w:r>
          </w:p>
        </w:tc>
        <w:tc>
          <w:tcPr>
            <w:tcW w:type="dxa" w:w="4320"/>
          </w:tcPr>
          <w:p>
            <w:r>
              <w:t>徐秋实</w:t>
            </w:r>
          </w:p>
        </w:tc>
      </w:tr>
      <w:tr>
        <w:tc>
          <w:tcPr>
            <w:tcW w:type="dxa" w:w="4320"/>
          </w:tcPr>
          <w:p>
            <w:r>
              <w:t>20232225302</w:t>
            </w:r>
          </w:p>
        </w:tc>
        <w:tc>
          <w:tcPr>
            <w:tcW w:type="dxa" w:w="4320"/>
          </w:tcPr>
          <w:p>
            <w:r>
              <w:t>邵丰宇</w:t>
            </w:r>
          </w:p>
        </w:tc>
      </w:tr>
      <w:tr>
        <w:tc>
          <w:tcPr>
            <w:tcW w:type="dxa" w:w="4320"/>
          </w:tcPr>
          <w:p>
            <w:r>
              <w:t>20232217153</w:t>
            </w:r>
          </w:p>
        </w:tc>
        <w:tc>
          <w:tcPr>
            <w:tcW w:type="dxa" w:w="4320"/>
          </w:tcPr>
          <w:p>
            <w:r>
              <w:t>刘邦</w:t>
            </w:r>
          </w:p>
        </w:tc>
      </w:tr>
      <w:tr>
        <w:tc>
          <w:tcPr>
            <w:tcW w:type="dxa" w:w="4320"/>
          </w:tcPr>
          <w:p>
            <w:r>
              <w:t>20232229443</w:t>
            </w:r>
          </w:p>
        </w:tc>
        <w:tc>
          <w:tcPr>
            <w:tcW w:type="dxa" w:w="4320"/>
          </w:tcPr>
          <w:p>
            <w:r>
              <w:t>朱志伟</w:t>
            </w:r>
          </w:p>
        </w:tc>
      </w:tr>
      <w:tr>
        <w:tc>
          <w:tcPr>
            <w:tcW w:type="dxa" w:w="4320"/>
          </w:tcPr>
          <w:p>
            <w:r>
              <w:t>20232210558</w:t>
            </w:r>
          </w:p>
        </w:tc>
        <w:tc>
          <w:tcPr>
            <w:tcW w:type="dxa" w:w="4320"/>
          </w:tcPr>
          <w:p>
            <w:r>
              <w:t>王雯静</w:t>
            </w:r>
          </w:p>
        </w:tc>
      </w:tr>
      <w:tr>
        <w:tc>
          <w:tcPr>
            <w:tcW w:type="dxa" w:w="4320"/>
          </w:tcPr>
          <w:p>
            <w:r>
              <w:t>20232214864</w:t>
            </w:r>
          </w:p>
        </w:tc>
        <w:tc>
          <w:tcPr>
            <w:tcW w:type="dxa" w:w="4320"/>
          </w:tcPr>
          <w:p>
            <w:r>
              <w:t>陈思慧</w:t>
            </w:r>
          </w:p>
        </w:tc>
      </w:tr>
      <w:tr>
        <w:tc>
          <w:tcPr>
            <w:tcW w:type="dxa" w:w="4320"/>
          </w:tcPr>
          <w:p>
            <w:r>
              <w:t>20232203302</w:t>
            </w:r>
          </w:p>
        </w:tc>
        <w:tc>
          <w:tcPr>
            <w:tcW w:type="dxa" w:w="4320"/>
          </w:tcPr>
          <w:p>
            <w:r>
              <w:t>方心</w:t>
            </w:r>
          </w:p>
        </w:tc>
      </w:tr>
      <w:tr>
        <w:tc>
          <w:tcPr>
            <w:tcW w:type="dxa" w:w="4320"/>
          </w:tcPr>
          <w:p>
            <w:r>
              <w:t>20232203446</w:t>
            </w:r>
          </w:p>
        </w:tc>
        <w:tc>
          <w:tcPr>
            <w:tcW w:type="dxa" w:w="4320"/>
          </w:tcPr>
          <w:p>
            <w:r>
              <w:t>王珂</w:t>
            </w:r>
          </w:p>
        </w:tc>
      </w:tr>
      <w:tr>
        <w:tc>
          <w:tcPr>
            <w:tcW w:type="dxa" w:w="4320"/>
          </w:tcPr>
          <w:p>
            <w:r>
              <w:t>20232230100</w:t>
            </w:r>
          </w:p>
        </w:tc>
        <w:tc>
          <w:tcPr>
            <w:tcW w:type="dxa" w:w="4320"/>
          </w:tcPr>
          <w:p>
            <w:r>
              <w:t>张致平</w:t>
            </w:r>
          </w:p>
        </w:tc>
      </w:tr>
      <w:tr>
        <w:tc>
          <w:tcPr>
            <w:tcW w:type="dxa" w:w="4320"/>
          </w:tcPr>
          <w:p>
            <w:r>
              <w:t>20232225816</w:t>
            </w:r>
          </w:p>
        </w:tc>
        <w:tc>
          <w:tcPr>
            <w:tcW w:type="dxa" w:w="4320"/>
          </w:tcPr>
          <w:p>
            <w:r>
              <w:t>贺银辉</w:t>
            </w:r>
          </w:p>
        </w:tc>
      </w:tr>
      <w:tr>
        <w:tc>
          <w:tcPr>
            <w:tcW w:type="dxa" w:w="4320"/>
          </w:tcPr>
          <w:p>
            <w:r>
              <w:t>20232208352</w:t>
            </w:r>
          </w:p>
        </w:tc>
        <w:tc>
          <w:tcPr>
            <w:tcW w:type="dxa" w:w="4320"/>
          </w:tcPr>
          <w:p>
            <w:r>
              <w:t>陆婉莜</w:t>
            </w:r>
          </w:p>
        </w:tc>
      </w:tr>
      <w:tr>
        <w:tc>
          <w:tcPr>
            <w:tcW w:type="dxa" w:w="4320"/>
          </w:tcPr>
          <w:p>
            <w:r>
              <w:t>20232215057</w:t>
            </w:r>
          </w:p>
        </w:tc>
        <w:tc>
          <w:tcPr>
            <w:tcW w:type="dxa" w:w="4320"/>
          </w:tcPr>
          <w:p>
            <w:r>
              <w:t>徐秀坤</w:t>
            </w:r>
          </w:p>
        </w:tc>
      </w:tr>
      <w:tr>
        <w:tc>
          <w:tcPr>
            <w:tcW w:type="dxa" w:w="4320"/>
          </w:tcPr>
          <w:p>
            <w:r>
              <w:t>20232201973</w:t>
            </w:r>
          </w:p>
        </w:tc>
        <w:tc>
          <w:tcPr>
            <w:tcW w:type="dxa" w:w="4320"/>
          </w:tcPr>
          <w:p>
            <w:r>
              <w:t>徐小九</w:t>
            </w:r>
          </w:p>
        </w:tc>
      </w:tr>
      <w:tr>
        <w:tc>
          <w:tcPr>
            <w:tcW w:type="dxa" w:w="4320"/>
          </w:tcPr>
          <w:p>
            <w:r>
              <w:t>20232220479</w:t>
            </w:r>
          </w:p>
        </w:tc>
        <w:tc>
          <w:tcPr>
            <w:tcW w:type="dxa" w:w="4320"/>
          </w:tcPr>
          <w:p>
            <w:r>
              <w:t>方勇</w:t>
            </w:r>
          </w:p>
        </w:tc>
      </w:tr>
      <w:tr>
        <w:tc>
          <w:tcPr>
            <w:tcW w:type="dxa" w:w="4320"/>
          </w:tcPr>
          <w:p>
            <w:r>
              <w:t>20232219836</w:t>
            </w:r>
          </w:p>
        </w:tc>
        <w:tc>
          <w:tcPr>
            <w:tcW w:type="dxa" w:w="4320"/>
          </w:tcPr>
          <w:p>
            <w:r>
              <w:t>凌梓涵</w:t>
            </w:r>
          </w:p>
        </w:tc>
      </w:tr>
      <w:tr>
        <w:tc>
          <w:tcPr>
            <w:tcW w:type="dxa" w:w="4320"/>
          </w:tcPr>
          <w:p>
            <w:r>
              <w:t>20232217250</w:t>
            </w:r>
          </w:p>
        </w:tc>
        <w:tc>
          <w:tcPr>
            <w:tcW w:type="dxa" w:w="4320"/>
          </w:tcPr>
          <w:p>
            <w:r>
              <w:t>薛婉雨</w:t>
            </w:r>
          </w:p>
        </w:tc>
      </w:tr>
      <w:tr>
        <w:tc>
          <w:tcPr>
            <w:tcW w:type="dxa" w:w="4320"/>
          </w:tcPr>
          <w:p>
            <w:r>
              <w:t>20232210018</w:t>
            </w:r>
          </w:p>
        </w:tc>
        <w:tc>
          <w:tcPr>
            <w:tcW w:type="dxa" w:w="4320"/>
          </w:tcPr>
          <w:p>
            <w:r>
              <w:t>王辰烨</w:t>
            </w:r>
          </w:p>
        </w:tc>
      </w:tr>
      <w:tr>
        <w:tc>
          <w:tcPr>
            <w:tcW w:type="dxa" w:w="4320"/>
          </w:tcPr>
          <w:p>
            <w:r>
              <w:t>20232221404</w:t>
            </w:r>
          </w:p>
        </w:tc>
        <w:tc>
          <w:tcPr>
            <w:tcW w:type="dxa" w:w="4320"/>
          </w:tcPr>
          <w:p>
            <w:r>
              <w:t>何轩宇</w:t>
            </w:r>
          </w:p>
        </w:tc>
      </w:tr>
      <w:tr>
        <w:tc>
          <w:tcPr>
            <w:tcW w:type="dxa" w:w="4320"/>
          </w:tcPr>
          <w:p>
            <w:r>
              <w:t>20232205856</w:t>
            </w:r>
          </w:p>
        </w:tc>
        <w:tc>
          <w:tcPr>
            <w:tcW w:type="dxa" w:w="4320"/>
          </w:tcPr>
          <w:p>
            <w:r>
              <w:t>王云锋</w:t>
            </w:r>
          </w:p>
        </w:tc>
      </w:tr>
      <w:tr>
        <w:tc>
          <w:tcPr>
            <w:tcW w:type="dxa" w:w="4320"/>
          </w:tcPr>
          <w:p>
            <w:r>
              <w:t>20232201233</w:t>
            </w:r>
          </w:p>
        </w:tc>
        <w:tc>
          <w:tcPr>
            <w:tcW w:type="dxa" w:w="4320"/>
          </w:tcPr>
          <w:p>
            <w:r>
              <w:t>董昊</w:t>
            </w:r>
          </w:p>
        </w:tc>
      </w:tr>
      <w:tr>
        <w:tc>
          <w:tcPr>
            <w:tcW w:type="dxa" w:w="4320"/>
          </w:tcPr>
          <w:p>
            <w:r>
              <w:t>20232204247</w:t>
            </w:r>
          </w:p>
        </w:tc>
        <w:tc>
          <w:tcPr>
            <w:tcW w:type="dxa" w:w="4320"/>
          </w:tcPr>
          <w:p>
            <w:r>
              <w:t>余正洪</w:t>
            </w:r>
          </w:p>
        </w:tc>
      </w:tr>
      <w:tr>
        <w:tc>
          <w:tcPr>
            <w:tcW w:type="dxa" w:w="4320"/>
          </w:tcPr>
          <w:p>
            <w:r>
              <w:t>20232200870</w:t>
            </w:r>
          </w:p>
        </w:tc>
        <w:tc>
          <w:tcPr>
            <w:tcW w:type="dxa" w:w="4320"/>
          </w:tcPr>
          <w:p>
            <w:r>
              <w:t>王仕博</w:t>
            </w:r>
          </w:p>
        </w:tc>
      </w:tr>
      <w:tr>
        <w:tc>
          <w:tcPr>
            <w:tcW w:type="dxa" w:w="4320"/>
          </w:tcPr>
          <w:p>
            <w:r>
              <w:t>20232200561</w:t>
            </w:r>
          </w:p>
        </w:tc>
        <w:tc>
          <w:tcPr>
            <w:tcW w:type="dxa" w:w="4320"/>
          </w:tcPr>
          <w:p>
            <w:r>
              <w:t>周晓予</w:t>
            </w:r>
          </w:p>
        </w:tc>
      </w:tr>
      <w:tr>
        <w:tc>
          <w:tcPr>
            <w:tcW w:type="dxa" w:w="4320"/>
          </w:tcPr>
          <w:p>
            <w:r>
              <w:t>20232228225</w:t>
            </w:r>
          </w:p>
        </w:tc>
        <w:tc>
          <w:tcPr>
            <w:tcW w:type="dxa" w:w="4320"/>
          </w:tcPr>
          <w:p>
            <w:r>
              <w:t>孙晓凡</w:t>
            </w:r>
          </w:p>
        </w:tc>
      </w:tr>
      <w:tr>
        <w:tc>
          <w:tcPr>
            <w:tcW w:type="dxa" w:w="4320"/>
          </w:tcPr>
          <w:p>
            <w:r>
              <w:t>20232205827</w:t>
            </w:r>
          </w:p>
        </w:tc>
        <w:tc>
          <w:tcPr>
            <w:tcW w:type="dxa" w:w="4320"/>
          </w:tcPr>
          <w:p>
            <w:r>
              <w:t>韦硕</w:t>
            </w:r>
          </w:p>
        </w:tc>
      </w:tr>
      <w:tr>
        <w:tc>
          <w:tcPr>
            <w:tcW w:type="dxa" w:w="4320"/>
          </w:tcPr>
          <w:p>
            <w:r>
              <w:t>20232223412</w:t>
            </w:r>
          </w:p>
        </w:tc>
        <w:tc>
          <w:tcPr>
            <w:tcW w:type="dxa" w:w="4320"/>
          </w:tcPr>
          <w:p>
            <w:r>
              <w:t>黄西子</w:t>
            </w:r>
          </w:p>
        </w:tc>
      </w:tr>
      <w:tr>
        <w:tc>
          <w:tcPr>
            <w:tcW w:type="dxa" w:w="4320"/>
          </w:tcPr>
          <w:p>
            <w:r>
              <w:t>20232228177</w:t>
            </w:r>
          </w:p>
        </w:tc>
        <w:tc>
          <w:tcPr>
            <w:tcW w:type="dxa" w:w="4320"/>
          </w:tcPr>
          <w:p>
            <w:r>
              <w:t>贾子恒</w:t>
            </w:r>
          </w:p>
        </w:tc>
      </w:tr>
      <w:tr>
        <w:tc>
          <w:tcPr>
            <w:tcW w:type="dxa" w:w="4320"/>
          </w:tcPr>
          <w:p>
            <w:r>
              <w:t>20232226243</w:t>
            </w:r>
          </w:p>
        </w:tc>
        <w:tc>
          <w:tcPr>
            <w:tcW w:type="dxa" w:w="4320"/>
          </w:tcPr>
          <w:p>
            <w:r>
              <w:t>王劲松</w:t>
            </w:r>
          </w:p>
        </w:tc>
      </w:tr>
      <w:tr>
        <w:tc>
          <w:tcPr>
            <w:tcW w:type="dxa" w:w="4320"/>
          </w:tcPr>
          <w:p>
            <w:r>
              <w:t>20232226549</w:t>
            </w:r>
          </w:p>
        </w:tc>
        <w:tc>
          <w:tcPr>
            <w:tcW w:type="dxa" w:w="4320"/>
          </w:tcPr>
          <w:p>
            <w:r>
              <w:t>介嘉齐</w:t>
            </w:r>
          </w:p>
        </w:tc>
      </w:tr>
      <w:tr>
        <w:tc>
          <w:tcPr>
            <w:tcW w:type="dxa" w:w="4320"/>
          </w:tcPr>
          <w:p>
            <w:r>
              <w:t>20232225329</w:t>
            </w:r>
          </w:p>
        </w:tc>
        <w:tc>
          <w:tcPr>
            <w:tcW w:type="dxa" w:w="4320"/>
          </w:tcPr>
          <w:p>
            <w:r>
              <w:t>毕科瑞</w:t>
            </w:r>
          </w:p>
        </w:tc>
      </w:tr>
      <w:tr>
        <w:tc>
          <w:tcPr>
            <w:tcW w:type="dxa" w:w="4320"/>
          </w:tcPr>
          <w:p>
            <w:r>
              <w:t>20232209727</w:t>
            </w:r>
          </w:p>
        </w:tc>
        <w:tc>
          <w:tcPr>
            <w:tcW w:type="dxa" w:w="4320"/>
          </w:tcPr>
          <w:p>
            <w:r>
              <w:t>何奕辰</w:t>
            </w:r>
          </w:p>
        </w:tc>
      </w:tr>
      <w:tr>
        <w:tc>
          <w:tcPr>
            <w:tcW w:type="dxa" w:w="4320"/>
          </w:tcPr>
          <w:p>
            <w:r>
              <w:t>20232202150</w:t>
            </w:r>
          </w:p>
        </w:tc>
        <w:tc>
          <w:tcPr>
            <w:tcW w:type="dxa" w:w="4320"/>
          </w:tcPr>
          <w:p>
            <w:r>
              <w:t>王坤</w:t>
            </w:r>
          </w:p>
        </w:tc>
      </w:tr>
      <w:tr>
        <w:tc>
          <w:tcPr>
            <w:tcW w:type="dxa" w:w="4320"/>
          </w:tcPr>
          <w:p>
            <w:r>
              <w:t>20232222659</w:t>
            </w:r>
          </w:p>
        </w:tc>
        <w:tc>
          <w:tcPr>
            <w:tcW w:type="dxa" w:w="4320"/>
          </w:tcPr>
          <w:p>
            <w:r>
              <w:t>杨洋</w:t>
            </w:r>
          </w:p>
        </w:tc>
      </w:tr>
      <w:tr>
        <w:tc>
          <w:tcPr>
            <w:tcW w:type="dxa" w:w="4320"/>
          </w:tcPr>
          <w:p>
            <w:r>
              <w:t>20232207201</w:t>
            </w:r>
          </w:p>
        </w:tc>
        <w:tc>
          <w:tcPr>
            <w:tcW w:type="dxa" w:w="4320"/>
          </w:tcPr>
          <w:p>
            <w:r>
              <w:t>陈东辉</w:t>
            </w:r>
          </w:p>
        </w:tc>
      </w:tr>
      <w:tr>
        <w:tc>
          <w:tcPr>
            <w:tcW w:type="dxa" w:w="4320"/>
          </w:tcPr>
          <w:p>
            <w:r>
              <w:t>20232215031</w:t>
            </w:r>
          </w:p>
        </w:tc>
        <w:tc>
          <w:tcPr>
            <w:tcW w:type="dxa" w:w="4320"/>
          </w:tcPr>
          <w:p>
            <w:r>
              <w:t>马英洲</w:t>
            </w:r>
          </w:p>
        </w:tc>
      </w:tr>
      <w:tr>
        <w:tc>
          <w:tcPr>
            <w:tcW w:type="dxa" w:w="4320"/>
          </w:tcPr>
          <w:p>
            <w:r>
              <w:t>20232203889</w:t>
            </w:r>
          </w:p>
        </w:tc>
        <w:tc>
          <w:tcPr>
            <w:tcW w:type="dxa" w:w="4320"/>
          </w:tcPr>
          <w:p>
            <w:r>
              <w:t>相峥辉</w:t>
            </w:r>
          </w:p>
        </w:tc>
      </w:tr>
      <w:tr>
        <w:tc>
          <w:tcPr>
            <w:tcW w:type="dxa" w:w="4320"/>
          </w:tcPr>
          <w:p>
            <w:r>
              <w:t>20232204120</w:t>
            </w:r>
          </w:p>
        </w:tc>
        <w:tc>
          <w:tcPr>
            <w:tcW w:type="dxa" w:w="4320"/>
          </w:tcPr>
          <w:p>
            <w:r>
              <w:t>冯昊梁</w:t>
            </w:r>
          </w:p>
        </w:tc>
      </w:tr>
      <w:tr>
        <w:tc>
          <w:tcPr>
            <w:tcW w:type="dxa" w:w="4320"/>
          </w:tcPr>
          <w:p>
            <w:r>
              <w:t>20232201115</w:t>
            </w:r>
          </w:p>
        </w:tc>
        <w:tc>
          <w:tcPr>
            <w:tcW w:type="dxa" w:w="4320"/>
          </w:tcPr>
          <w:p>
            <w:r>
              <w:t>梁子仪</w:t>
            </w:r>
          </w:p>
        </w:tc>
      </w:tr>
      <w:tr>
        <w:tc>
          <w:tcPr>
            <w:tcW w:type="dxa" w:w="4320"/>
          </w:tcPr>
          <w:p>
            <w:r>
              <w:t>20232207615</w:t>
            </w:r>
          </w:p>
        </w:tc>
        <w:tc>
          <w:tcPr>
            <w:tcW w:type="dxa" w:w="4320"/>
          </w:tcPr>
          <w:p>
            <w:r>
              <w:t>单雯</w:t>
            </w:r>
          </w:p>
        </w:tc>
      </w:tr>
      <w:tr>
        <w:tc>
          <w:tcPr>
            <w:tcW w:type="dxa" w:w="4320"/>
          </w:tcPr>
          <w:p>
            <w:r>
              <w:t>20232212120</w:t>
            </w:r>
          </w:p>
        </w:tc>
        <w:tc>
          <w:tcPr>
            <w:tcW w:type="dxa" w:w="4320"/>
          </w:tcPr>
          <w:p>
            <w:r>
              <w:t>黄嘉丽</w:t>
            </w:r>
          </w:p>
        </w:tc>
      </w:tr>
      <w:tr>
        <w:tc>
          <w:tcPr>
            <w:tcW w:type="dxa" w:w="4320"/>
          </w:tcPr>
          <w:p>
            <w:r>
              <w:t>20232200585</w:t>
            </w:r>
          </w:p>
        </w:tc>
        <w:tc>
          <w:tcPr>
            <w:tcW w:type="dxa" w:w="4320"/>
          </w:tcPr>
          <w:p>
            <w:r>
              <w:t>燕君帆</w:t>
            </w:r>
          </w:p>
        </w:tc>
      </w:tr>
      <w:tr>
        <w:tc>
          <w:tcPr>
            <w:tcW w:type="dxa" w:w="4320"/>
          </w:tcPr>
          <w:p>
            <w:r>
              <w:t>20232207606</w:t>
            </w:r>
          </w:p>
        </w:tc>
        <w:tc>
          <w:tcPr>
            <w:tcW w:type="dxa" w:w="4320"/>
          </w:tcPr>
          <w:p>
            <w:r>
              <w:t>王嘉敏</w:t>
            </w:r>
          </w:p>
        </w:tc>
      </w:tr>
      <w:tr>
        <w:tc>
          <w:tcPr>
            <w:tcW w:type="dxa" w:w="4320"/>
          </w:tcPr>
          <w:p>
            <w:r>
              <w:t>20232212599</w:t>
            </w:r>
          </w:p>
        </w:tc>
        <w:tc>
          <w:tcPr>
            <w:tcW w:type="dxa" w:w="4320"/>
          </w:tcPr>
          <w:p>
            <w:r>
              <w:t>张朝阳</w:t>
            </w:r>
          </w:p>
        </w:tc>
      </w:tr>
      <w:tr>
        <w:tc>
          <w:tcPr>
            <w:tcW w:type="dxa" w:w="4320"/>
          </w:tcPr>
          <w:p>
            <w:r>
              <w:t>20232208288</w:t>
            </w:r>
          </w:p>
        </w:tc>
        <w:tc>
          <w:tcPr>
            <w:tcW w:type="dxa" w:w="4320"/>
          </w:tcPr>
          <w:p>
            <w:r>
              <w:t>徐昀韬</w:t>
            </w:r>
          </w:p>
        </w:tc>
      </w:tr>
      <w:tr>
        <w:tc>
          <w:tcPr>
            <w:tcW w:type="dxa" w:w="4320"/>
          </w:tcPr>
          <w:p>
            <w:r>
              <w:t>20232212928</w:t>
            </w:r>
          </w:p>
        </w:tc>
        <w:tc>
          <w:tcPr>
            <w:tcW w:type="dxa" w:w="4320"/>
          </w:tcPr>
          <w:p>
            <w:r>
              <w:t>颜贺</w:t>
            </w:r>
          </w:p>
        </w:tc>
      </w:tr>
      <w:tr>
        <w:tc>
          <w:tcPr>
            <w:tcW w:type="dxa" w:w="4320"/>
          </w:tcPr>
          <w:p>
            <w:r>
              <w:t>20232206317</w:t>
            </w:r>
          </w:p>
        </w:tc>
        <w:tc>
          <w:tcPr>
            <w:tcW w:type="dxa" w:w="4320"/>
          </w:tcPr>
          <w:p>
            <w:r>
              <w:t>徐晴</w:t>
            </w:r>
          </w:p>
        </w:tc>
      </w:tr>
      <w:tr>
        <w:tc>
          <w:tcPr>
            <w:tcW w:type="dxa" w:w="4320"/>
          </w:tcPr>
          <w:p>
            <w:r>
              <w:t>20232206604</w:t>
            </w:r>
          </w:p>
        </w:tc>
        <w:tc>
          <w:tcPr>
            <w:tcW w:type="dxa" w:w="4320"/>
          </w:tcPr>
          <w:p>
            <w:r>
              <w:t>蒋安颖</w:t>
            </w:r>
          </w:p>
        </w:tc>
      </w:tr>
      <w:tr>
        <w:tc>
          <w:tcPr>
            <w:tcW w:type="dxa" w:w="4320"/>
          </w:tcPr>
          <w:p>
            <w:r>
              <w:t>20232223093</w:t>
            </w:r>
          </w:p>
        </w:tc>
        <w:tc>
          <w:tcPr>
            <w:tcW w:type="dxa" w:w="4320"/>
          </w:tcPr>
          <w:p>
            <w:r>
              <w:t>卞葛霖</w:t>
            </w:r>
          </w:p>
        </w:tc>
      </w:tr>
      <w:tr>
        <w:tc>
          <w:tcPr>
            <w:tcW w:type="dxa" w:w="4320"/>
          </w:tcPr>
          <w:p>
            <w:r>
              <w:t>20232224224</w:t>
            </w:r>
          </w:p>
        </w:tc>
        <w:tc>
          <w:tcPr>
            <w:tcW w:type="dxa" w:w="4320"/>
          </w:tcPr>
          <w:p>
            <w:r>
              <w:t>刘沛林</w:t>
            </w:r>
          </w:p>
        </w:tc>
      </w:tr>
      <w:tr>
        <w:tc>
          <w:tcPr>
            <w:tcW w:type="dxa" w:w="4320"/>
          </w:tcPr>
          <w:p>
            <w:r>
              <w:t>20232204953</w:t>
            </w:r>
          </w:p>
        </w:tc>
        <w:tc>
          <w:tcPr>
            <w:tcW w:type="dxa" w:w="4320"/>
          </w:tcPr>
          <w:p>
            <w:r>
              <w:t>欧兆廷</w:t>
            </w:r>
          </w:p>
        </w:tc>
      </w:tr>
      <w:tr>
        <w:tc>
          <w:tcPr>
            <w:tcW w:type="dxa" w:w="4320"/>
          </w:tcPr>
          <w:p>
            <w:r>
              <w:t>20232225008</w:t>
            </w:r>
          </w:p>
        </w:tc>
        <w:tc>
          <w:tcPr>
            <w:tcW w:type="dxa" w:w="4320"/>
          </w:tcPr>
          <w:p>
            <w:r>
              <w:t>吴迪</w:t>
            </w:r>
          </w:p>
        </w:tc>
      </w:tr>
      <w:tr>
        <w:tc>
          <w:tcPr>
            <w:tcW w:type="dxa" w:w="4320"/>
          </w:tcPr>
          <w:p>
            <w:r>
              <w:t>20232213536</w:t>
            </w:r>
          </w:p>
        </w:tc>
        <w:tc>
          <w:tcPr>
            <w:tcW w:type="dxa" w:w="4320"/>
          </w:tcPr>
          <w:p>
            <w:r>
              <w:t>苏昶瑞</w:t>
            </w:r>
          </w:p>
        </w:tc>
      </w:tr>
      <w:tr>
        <w:tc>
          <w:tcPr>
            <w:tcW w:type="dxa" w:w="4320"/>
          </w:tcPr>
          <w:p>
            <w:r>
              <w:t>20232229583</w:t>
            </w:r>
          </w:p>
        </w:tc>
        <w:tc>
          <w:tcPr>
            <w:tcW w:type="dxa" w:w="4320"/>
          </w:tcPr>
          <w:p>
            <w:r>
              <w:t>仵庆熹</w:t>
            </w:r>
          </w:p>
        </w:tc>
      </w:tr>
      <w:tr>
        <w:tc>
          <w:tcPr>
            <w:tcW w:type="dxa" w:w="4320"/>
          </w:tcPr>
          <w:p>
            <w:r>
              <w:t>20232222956</w:t>
            </w:r>
          </w:p>
        </w:tc>
        <w:tc>
          <w:tcPr>
            <w:tcW w:type="dxa" w:w="4320"/>
          </w:tcPr>
          <w:p>
            <w:r>
              <w:t>杜阳</w:t>
            </w:r>
          </w:p>
        </w:tc>
      </w:tr>
      <w:tr>
        <w:tc>
          <w:tcPr>
            <w:tcW w:type="dxa" w:w="4320"/>
          </w:tcPr>
          <w:p>
            <w:r>
              <w:t>20232212142</w:t>
            </w:r>
          </w:p>
        </w:tc>
        <w:tc>
          <w:tcPr>
            <w:tcW w:type="dxa" w:w="4320"/>
          </w:tcPr>
          <w:p>
            <w:r>
              <w:t>张涵</w:t>
            </w:r>
          </w:p>
        </w:tc>
      </w:tr>
      <w:tr>
        <w:tc>
          <w:tcPr>
            <w:tcW w:type="dxa" w:w="4320"/>
          </w:tcPr>
          <w:p>
            <w:r>
              <w:t>20232201618</w:t>
            </w:r>
          </w:p>
        </w:tc>
        <w:tc>
          <w:tcPr>
            <w:tcW w:type="dxa" w:w="4320"/>
          </w:tcPr>
          <w:p>
            <w:r>
              <w:t>王晶洋</w:t>
            </w:r>
          </w:p>
        </w:tc>
      </w:tr>
      <w:tr>
        <w:tc>
          <w:tcPr>
            <w:tcW w:type="dxa" w:w="4320"/>
          </w:tcPr>
          <w:p>
            <w:r>
              <w:t>20232200589</w:t>
            </w:r>
          </w:p>
        </w:tc>
        <w:tc>
          <w:tcPr>
            <w:tcW w:type="dxa" w:w="4320"/>
          </w:tcPr>
          <w:p>
            <w:r>
              <w:t>朱赫</w:t>
            </w:r>
          </w:p>
        </w:tc>
      </w:tr>
      <w:tr>
        <w:tc>
          <w:tcPr>
            <w:tcW w:type="dxa" w:w="4320"/>
          </w:tcPr>
          <w:p>
            <w:r>
              <w:t>20232217111</w:t>
            </w:r>
          </w:p>
        </w:tc>
        <w:tc>
          <w:tcPr>
            <w:tcW w:type="dxa" w:w="4320"/>
          </w:tcPr>
          <w:p>
            <w:r>
              <w:t>戴铭成</w:t>
            </w:r>
          </w:p>
        </w:tc>
      </w:tr>
      <w:tr>
        <w:tc>
          <w:tcPr>
            <w:tcW w:type="dxa" w:w="4320"/>
          </w:tcPr>
          <w:p>
            <w:r>
              <w:t>20232228454</w:t>
            </w:r>
          </w:p>
        </w:tc>
        <w:tc>
          <w:tcPr>
            <w:tcW w:type="dxa" w:w="4320"/>
          </w:tcPr>
          <w:p>
            <w:r>
              <w:t>胡骏辉</w:t>
            </w:r>
          </w:p>
        </w:tc>
      </w:tr>
      <w:tr>
        <w:tc>
          <w:tcPr>
            <w:tcW w:type="dxa" w:w="4320"/>
          </w:tcPr>
          <w:p>
            <w:r>
              <w:t>20232212366</w:t>
            </w:r>
          </w:p>
        </w:tc>
        <w:tc>
          <w:tcPr>
            <w:tcW w:type="dxa" w:w="4320"/>
          </w:tcPr>
          <w:p>
            <w:r>
              <w:t>唐源兴</w:t>
            </w:r>
          </w:p>
        </w:tc>
      </w:tr>
      <w:tr>
        <w:tc>
          <w:tcPr>
            <w:tcW w:type="dxa" w:w="4320"/>
          </w:tcPr>
          <w:p>
            <w:r>
              <w:t>20232204479</w:t>
            </w:r>
          </w:p>
        </w:tc>
        <w:tc>
          <w:tcPr>
            <w:tcW w:type="dxa" w:w="4320"/>
          </w:tcPr>
          <w:p>
            <w:r>
              <w:t>周毓琇</w:t>
            </w:r>
          </w:p>
        </w:tc>
      </w:tr>
      <w:tr>
        <w:tc>
          <w:tcPr>
            <w:tcW w:type="dxa" w:w="4320"/>
          </w:tcPr>
          <w:p>
            <w:r>
              <w:t>20232229129</w:t>
            </w:r>
          </w:p>
        </w:tc>
        <w:tc>
          <w:tcPr>
            <w:tcW w:type="dxa" w:w="4320"/>
          </w:tcPr>
          <w:p>
            <w:r>
              <w:t>王晓琪</w:t>
            </w:r>
          </w:p>
        </w:tc>
      </w:tr>
      <w:tr>
        <w:tc>
          <w:tcPr>
            <w:tcW w:type="dxa" w:w="4320"/>
          </w:tcPr>
          <w:p>
            <w:r>
              <w:t>20232200017</w:t>
            </w:r>
          </w:p>
        </w:tc>
        <w:tc>
          <w:tcPr>
            <w:tcW w:type="dxa" w:w="4320"/>
          </w:tcPr>
          <w:p>
            <w:r>
              <w:t>马源黎</w:t>
            </w:r>
          </w:p>
        </w:tc>
      </w:tr>
      <w:tr>
        <w:tc>
          <w:tcPr>
            <w:tcW w:type="dxa" w:w="4320"/>
          </w:tcPr>
          <w:p>
            <w:r>
              <w:t>20232200600</w:t>
            </w:r>
          </w:p>
        </w:tc>
        <w:tc>
          <w:tcPr>
            <w:tcW w:type="dxa" w:w="4320"/>
          </w:tcPr>
          <w:p>
            <w:r>
              <w:t>余翔</w:t>
            </w:r>
          </w:p>
        </w:tc>
      </w:tr>
      <w:tr>
        <w:tc>
          <w:tcPr>
            <w:tcW w:type="dxa" w:w="4320"/>
          </w:tcPr>
          <w:p>
            <w:r>
              <w:t>20232204999</w:t>
            </w:r>
          </w:p>
        </w:tc>
        <w:tc>
          <w:tcPr>
            <w:tcW w:type="dxa" w:w="4320"/>
          </w:tcPr>
          <w:p>
            <w:r>
              <w:t>唐旭阳</w:t>
            </w:r>
          </w:p>
        </w:tc>
      </w:tr>
      <w:tr>
        <w:tc>
          <w:tcPr>
            <w:tcW w:type="dxa" w:w="4320"/>
          </w:tcPr>
          <w:p>
            <w:r>
              <w:t>20232200876</w:t>
            </w:r>
          </w:p>
        </w:tc>
        <w:tc>
          <w:tcPr>
            <w:tcW w:type="dxa" w:w="4320"/>
          </w:tcPr>
          <w:p>
            <w:r>
              <w:t>代雪鹏</w:t>
            </w:r>
          </w:p>
        </w:tc>
      </w:tr>
      <w:tr>
        <w:tc>
          <w:tcPr>
            <w:tcW w:type="dxa" w:w="4320"/>
          </w:tcPr>
          <w:p>
            <w:r>
              <w:t>20232203550</w:t>
            </w:r>
          </w:p>
        </w:tc>
        <w:tc>
          <w:tcPr>
            <w:tcW w:type="dxa" w:w="4320"/>
          </w:tcPr>
          <w:p>
            <w:r>
              <w:t>胡允浩</w:t>
            </w:r>
          </w:p>
        </w:tc>
      </w:tr>
      <w:tr>
        <w:tc>
          <w:tcPr>
            <w:tcW w:type="dxa" w:w="4320"/>
          </w:tcPr>
          <w:p>
            <w:r>
              <w:t>20232210456</w:t>
            </w:r>
          </w:p>
        </w:tc>
        <w:tc>
          <w:tcPr>
            <w:tcW w:type="dxa" w:w="4320"/>
          </w:tcPr>
          <w:p>
            <w:r>
              <w:t>张传浩</w:t>
            </w:r>
          </w:p>
        </w:tc>
      </w:tr>
      <w:tr>
        <w:tc>
          <w:tcPr>
            <w:tcW w:type="dxa" w:w="4320"/>
          </w:tcPr>
          <w:p>
            <w:r>
              <w:t>20232224203</w:t>
            </w:r>
          </w:p>
        </w:tc>
        <w:tc>
          <w:tcPr>
            <w:tcW w:type="dxa" w:w="4320"/>
          </w:tcPr>
          <w:p>
            <w:r>
              <w:t>王瑞民</w:t>
            </w:r>
          </w:p>
        </w:tc>
      </w:tr>
      <w:tr>
        <w:tc>
          <w:tcPr>
            <w:tcW w:type="dxa" w:w="4320"/>
          </w:tcPr>
          <w:p>
            <w:r>
              <w:t>20232223801</w:t>
            </w:r>
          </w:p>
        </w:tc>
        <w:tc>
          <w:tcPr>
            <w:tcW w:type="dxa" w:w="4320"/>
          </w:tcPr>
          <w:p>
            <w:r>
              <w:t>乔姿梦</w:t>
            </w:r>
          </w:p>
        </w:tc>
      </w:tr>
      <w:tr>
        <w:tc>
          <w:tcPr>
            <w:tcW w:type="dxa" w:w="4320"/>
          </w:tcPr>
          <w:p>
            <w:r>
              <w:t>20232203205</w:t>
            </w:r>
          </w:p>
        </w:tc>
        <w:tc>
          <w:tcPr>
            <w:tcW w:type="dxa" w:w="4320"/>
          </w:tcPr>
          <w:p>
            <w:r>
              <w:t>姚佳淇</w:t>
            </w:r>
          </w:p>
        </w:tc>
      </w:tr>
      <w:tr>
        <w:tc>
          <w:tcPr>
            <w:tcW w:type="dxa" w:w="4320"/>
          </w:tcPr>
          <w:p>
            <w:r>
              <w:t>20232200506</w:t>
            </w:r>
          </w:p>
        </w:tc>
        <w:tc>
          <w:tcPr>
            <w:tcW w:type="dxa" w:w="4320"/>
          </w:tcPr>
          <w:p>
            <w:r>
              <w:t>焦龙翔</w:t>
            </w:r>
          </w:p>
        </w:tc>
      </w:tr>
      <w:tr>
        <w:tc>
          <w:tcPr>
            <w:tcW w:type="dxa" w:w="4320"/>
          </w:tcPr>
          <w:p>
            <w:r>
              <w:t>20232209055</w:t>
            </w:r>
          </w:p>
        </w:tc>
        <w:tc>
          <w:tcPr>
            <w:tcW w:type="dxa" w:w="4320"/>
          </w:tcPr>
          <w:p>
            <w:r>
              <w:t>张旭</w:t>
            </w:r>
          </w:p>
        </w:tc>
      </w:tr>
      <w:tr>
        <w:tc>
          <w:tcPr>
            <w:tcW w:type="dxa" w:w="4320"/>
          </w:tcPr>
          <w:p>
            <w:r>
              <w:t>20232201314</w:t>
            </w:r>
          </w:p>
        </w:tc>
        <w:tc>
          <w:tcPr>
            <w:tcW w:type="dxa" w:w="4320"/>
          </w:tcPr>
          <w:p>
            <w:r>
              <w:t>黄俊杰</w:t>
            </w:r>
          </w:p>
        </w:tc>
      </w:tr>
      <w:tr>
        <w:tc>
          <w:tcPr>
            <w:tcW w:type="dxa" w:w="4320"/>
          </w:tcPr>
          <w:p>
            <w:r>
              <w:t>20232228346</w:t>
            </w:r>
          </w:p>
        </w:tc>
        <w:tc>
          <w:tcPr>
            <w:tcW w:type="dxa" w:w="4320"/>
          </w:tcPr>
          <w:p>
            <w:r>
              <w:t>杨文俊</w:t>
            </w:r>
          </w:p>
        </w:tc>
      </w:tr>
      <w:tr>
        <w:tc>
          <w:tcPr>
            <w:tcW w:type="dxa" w:w="4320"/>
          </w:tcPr>
          <w:p>
            <w:r>
              <w:t>20232228197</w:t>
            </w:r>
          </w:p>
        </w:tc>
        <w:tc>
          <w:tcPr>
            <w:tcW w:type="dxa" w:w="4320"/>
          </w:tcPr>
          <w:p>
            <w:r>
              <w:t>张安然</w:t>
            </w:r>
          </w:p>
        </w:tc>
      </w:tr>
      <w:tr>
        <w:tc>
          <w:tcPr>
            <w:tcW w:type="dxa" w:w="4320"/>
          </w:tcPr>
          <w:p>
            <w:r>
              <w:t>20232228487</w:t>
            </w:r>
          </w:p>
        </w:tc>
        <w:tc>
          <w:tcPr>
            <w:tcW w:type="dxa" w:w="4320"/>
          </w:tcPr>
          <w:p>
            <w:r>
              <w:t>韦彤睿</w:t>
            </w:r>
          </w:p>
        </w:tc>
      </w:tr>
      <w:tr>
        <w:tc>
          <w:tcPr>
            <w:tcW w:type="dxa" w:w="4320"/>
          </w:tcPr>
          <w:p>
            <w:r>
              <w:t>20232200363</w:t>
            </w:r>
          </w:p>
        </w:tc>
        <w:tc>
          <w:tcPr>
            <w:tcW w:type="dxa" w:w="4320"/>
          </w:tcPr>
          <w:p>
            <w:r>
              <w:t>陈旭</w:t>
            </w:r>
          </w:p>
        </w:tc>
      </w:tr>
      <w:tr>
        <w:tc>
          <w:tcPr>
            <w:tcW w:type="dxa" w:w="4320"/>
          </w:tcPr>
          <w:p>
            <w:r>
              <w:t>20232202933</w:t>
            </w:r>
          </w:p>
        </w:tc>
        <w:tc>
          <w:tcPr>
            <w:tcW w:type="dxa" w:w="4320"/>
          </w:tcPr>
          <w:p>
            <w:r>
              <w:t>王胥钢</w:t>
            </w:r>
          </w:p>
        </w:tc>
      </w:tr>
      <w:tr>
        <w:tc>
          <w:tcPr>
            <w:tcW w:type="dxa" w:w="4320"/>
          </w:tcPr>
          <w:p>
            <w:r>
              <w:t>20232217557</w:t>
            </w:r>
          </w:p>
        </w:tc>
        <w:tc>
          <w:tcPr>
            <w:tcW w:type="dxa" w:w="4320"/>
          </w:tcPr>
          <w:p>
            <w:r>
              <w:t>柳权</w:t>
            </w:r>
          </w:p>
        </w:tc>
      </w:tr>
      <w:tr>
        <w:tc>
          <w:tcPr>
            <w:tcW w:type="dxa" w:w="4320"/>
          </w:tcPr>
          <w:p>
            <w:r>
              <w:t>20232221941</w:t>
            </w:r>
          </w:p>
        </w:tc>
        <w:tc>
          <w:tcPr>
            <w:tcW w:type="dxa" w:w="4320"/>
          </w:tcPr>
          <w:p>
            <w:r>
              <w:t>黄子浩</w:t>
            </w:r>
          </w:p>
        </w:tc>
      </w:tr>
      <w:tr>
        <w:tc>
          <w:tcPr>
            <w:tcW w:type="dxa" w:w="4320"/>
          </w:tcPr>
          <w:p>
            <w:r>
              <w:t>20232228530</w:t>
            </w:r>
          </w:p>
        </w:tc>
        <w:tc>
          <w:tcPr>
            <w:tcW w:type="dxa" w:w="4320"/>
          </w:tcPr>
          <w:p>
            <w:r>
              <w:t>陶紫琪</w:t>
            </w:r>
          </w:p>
        </w:tc>
      </w:tr>
      <w:tr>
        <w:tc>
          <w:tcPr>
            <w:tcW w:type="dxa" w:w="4320"/>
          </w:tcPr>
          <w:p>
            <w:r>
              <w:t>20232219408</w:t>
            </w:r>
          </w:p>
        </w:tc>
        <w:tc>
          <w:tcPr>
            <w:tcW w:type="dxa" w:w="4320"/>
          </w:tcPr>
          <w:p>
            <w:r>
              <w:t>费予昂</w:t>
            </w:r>
          </w:p>
        </w:tc>
      </w:tr>
      <w:tr>
        <w:tc>
          <w:tcPr>
            <w:tcW w:type="dxa" w:w="4320"/>
          </w:tcPr>
          <w:p>
            <w:r>
              <w:t>20232221192</w:t>
            </w:r>
          </w:p>
        </w:tc>
        <w:tc>
          <w:tcPr>
            <w:tcW w:type="dxa" w:w="4320"/>
          </w:tcPr>
          <w:p>
            <w:r>
              <w:t>吴文昊</w:t>
            </w:r>
          </w:p>
        </w:tc>
      </w:tr>
      <w:tr>
        <w:tc>
          <w:tcPr>
            <w:tcW w:type="dxa" w:w="4320"/>
          </w:tcPr>
          <w:p>
            <w:r>
              <w:t>20232200189</w:t>
            </w:r>
          </w:p>
        </w:tc>
        <w:tc>
          <w:tcPr>
            <w:tcW w:type="dxa" w:w="4320"/>
          </w:tcPr>
          <w:p>
            <w:r>
              <w:t>王冠翔</w:t>
            </w:r>
          </w:p>
        </w:tc>
      </w:tr>
      <w:tr>
        <w:tc>
          <w:tcPr>
            <w:tcW w:type="dxa" w:w="4320"/>
          </w:tcPr>
          <w:p>
            <w:r>
              <w:t>20232230678</w:t>
            </w:r>
          </w:p>
        </w:tc>
        <w:tc>
          <w:tcPr>
            <w:tcW w:type="dxa" w:w="4320"/>
          </w:tcPr>
          <w:p>
            <w:r>
              <w:t>方芳琦</w:t>
            </w:r>
          </w:p>
        </w:tc>
      </w:tr>
      <w:tr>
        <w:tc>
          <w:tcPr>
            <w:tcW w:type="dxa" w:w="4320"/>
          </w:tcPr>
          <w:p>
            <w:r>
              <w:t>20232207899</w:t>
            </w:r>
          </w:p>
        </w:tc>
        <w:tc>
          <w:tcPr>
            <w:tcW w:type="dxa" w:w="4320"/>
          </w:tcPr>
          <w:p>
            <w:r>
              <w:t>张文杰</w:t>
            </w:r>
          </w:p>
        </w:tc>
      </w:tr>
      <w:tr>
        <w:tc>
          <w:tcPr>
            <w:tcW w:type="dxa" w:w="4320"/>
          </w:tcPr>
          <w:p>
            <w:r>
              <w:t>20232213255</w:t>
            </w:r>
          </w:p>
        </w:tc>
        <w:tc>
          <w:tcPr>
            <w:tcW w:type="dxa" w:w="4320"/>
          </w:tcPr>
          <w:p>
            <w:r>
              <w:t>曾志恒</w:t>
            </w:r>
          </w:p>
        </w:tc>
      </w:tr>
      <w:tr>
        <w:tc>
          <w:tcPr>
            <w:tcW w:type="dxa" w:w="4320"/>
          </w:tcPr>
          <w:p>
            <w:r>
              <w:t>20232200613</w:t>
            </w:r>
          </w:p>
        </w:tc>
        <w:tc>
          <w:tcPr>
            <w:tcW w:type="dxa" w:w="4320"/>
          </w:tcPr>
          <w:p>
            <w:r>
              <w:t>吴傲楠</w:t>
            </w:r>
          </w:p>
        </w:tc>
      </w:tr>
      <w:tr>
        <w:tc>
          <w:tcPr>
            <w:tcW w:type="dxa" w:w="4320"/>
          </w:tcPr>
          <w:p>
            <w:r>
              <w:t>20232230617</w:t>
            </w:r>
          </w:p>
        </w:tc>
        <w:tc>
          <w:tcPr>
            <w:tcW w:type="dxa" w:w="4320"/>
          </w:tcPr>
          <w:p>
            <w:r>
              <w:t>王梓琪</w:t>
            </w:r>
          </w:p>
        </w:tc>
      </w:tr>
      <w:tr>
        <w:tc>
          <w:tcPr>
            <w:tcW w:type="dxa" w:w="4320"/>
          </w:tcPr>
          <w:p>
            <w:r>
              <w:t>20232203101</w:t>
            </w:r>
          </w:p>
        </w:tc>
        <w:tc>
          <w:tcPr>
            <w:tcW w:type="dxa" w:w="4320"/>
          </w:tcPr>
          <w:p>
            <w:r>
              <w:t>贾博文</w:t>
            </w:r>
          </w:p>
        </w:tc>
      </w:tr>
      <w:tr>
        <w:tc>
          <w:tcPr>
            <w:tcW w:type="dxa" w:w="4320"/>
          </w:tcPr>
          <w:p>
            <w:r>
              <w:t>20232229668</w:t>
            </w:r>
          </w:p>
        </w:tc>
        <w:tc>
          <w:tcPr>
            <w:tcW w:type="dxa" w:w="4320"/>
          </w:tcPr>
          <w:p>
            <w:r>
              <w:t>姚贤荣</w:t>
            </w:r>
          </w:p>
        </w:tc>
      </w:tr>
      <w:tr>
        <w:tc>
          <w:tcPr>
            <w:tcW w:type="dxa" w:w="4320"/>
          </w:tcPr>
          <w:p>
            <w:r>
              <w:t>20232212588</w:t>
            </w:r>
          </w:p>
        </w:tc>
        <w:tc>
          <w:tcPr>
            <w:tcW w:type="dxa" w:w="4320"/>
          </w:tcPr>
          <w:p>
            <w:r>
              <w:t>卞文曼</w:t>
            </w:r>
          </w:p>
        </w:tc>
      </w:tr>
      <w:tr>
        <w:tc>
          <w:tcPr>
            <w:tcW w:type="dxa" w:w="4320"/>
          </w:tcPr>
          <w:p>
            <w:r>
              <w:t>20232202404</w:t>
            </w:r>
          </w:p>
        </w:tc>
        <w:tc>
          <w:tcPr>
            <w:tcW w:type="dxa" w:w="4320"/>
          </w:tcPr>
          <w:p>
            <w:r>
              <w:t>陈雨江</w:t>
            </w:r>
          </w:p>
        </w:tc>
      </w:tr>
      <w:tr>
        <w:tc>
          <w:tcPr>
            <w:tcW w:type="dxa" w:w="4320"/>
          </w:tcPr>
          <w:p>
            <w:r>
              <w:t>20232202985</w:t>
            </w:r>
          </w:p>
        </w:tc>
        <w:tc>
          <w:tcPr>
            <w:tcW w:type="dxa" w:w="4320"/>
          </w:tcPr>
          <w:p>
            <w:r>
              <w:t>刘恺</w:t>
            </w:r>
          </w:p>
        </w:tc>
      </w:tr>
      <w:tr>
        <w:tc>
          <w:tcPr>
            <w:tcW w:type="dxa" w:w="4320"/>
          </w:tcPr>
          <w:p>
            <w:r>
              <w:t>20232210880</w:t>
            </w:r>
          </w:p>
        </w:tc>
        <w:tc>
          <w:tcPr>
            <w:tcW w:type="dxa" w:w="4320"/>
          </w:tcPr>
          <w:p>
            <w:r>
              <w:t>林欣</w:t>
            </w:r>
          </w:p>
        </w:tc>
      </w:tr>
      <w:tr>
        <w:tc>
          <w:tcPr>
            <w:tcW w:type="dxa" w:w="4320"/>
          </w:tcPr>
          <w:p>
            <w:r>
              <w:t>20232209115</w:t>
            </w:r>
          </w:p>
        </w:tc>
        <w:tc>
          <w:tcPr>
            <w:tcW w:type="dxa" w:w="4320"/>
          </w:tcPr>
          <w:p>
            <w:r>
              <w:t>徐邵邵</w:t>
            </w:r>
          </w:p>
        </w:tc>
      </w:tr>
      <w:tr>
        <w:tc>
          <w:tcPr>
            <w:tcW w:type="dxa" w:w="4320"/>
          </w:tcPr>
          <w:p>
            <w:r>
              <w:t>20232230350</w:t>
            </w:r>
          </w:p>
        </w:tc>
        <w:tc>
          <w:tcPr>
            <w:tcW w:type="dxa" w:w="4320"/>
          </w:tcPr>
          <w:p>
            <w:r>
              <w:t>廖子琪</w:t>
            </w:r>
          </w:p>
        </w:tc>
      </w:tr>
      <w:tr>
        <w:tc>
          <w:tcPr>
            <w:tcW w:type="dxa" w:w="4320"/>
          </w:tcPr>
          <w:p>
            <w:r>
              <w:t>20232222950</w:t>
            </w:r>
          </w:p>
        </w:tc>
        <w:tc>
          <w:tcPr>
            <w:tcW w:type="dxa" w:w="4320"/>
          </w:tcPr>
          <w:p>
            <w:r>
              <w:t>张志发</w:t>
            </w:r>
          </w:p>
        </w:tc>
      </w:tr>
      <w:tr>
        <w:tc>
          <w:tcPr>
            <w:tcW w:type="dxa" w:w="4320"/>
          </w:tcPr>
          <w:p>
            <w:r>
              <w:t>20232228492</w:t>
            </w:r>
          </w:p>
        </w:tc>
        <w:tc>
          <w:tcPr>
            <w:tcW w:type="dxa" w:w="4320"/>
          </w:tcPr>
          <w:p>
            <w:r>
              <w:t>孙晨</w:t>
            </w:r>
          </w:p>
        </w:tc>
      </w:tr>
      <w:tr>
        <w:tc>
          <w:tcPr>
            <w:tcW w:type="dxa" w:w="4320"/>
          </w:tcPr>
          <w:p>
            <w:r>
              <w:t>20232225025</w:t>
            </w:r>
          </w:p>
        </w:tc>
        <w:tc>
          <w:tcPr>
            <w:tcW w:type="dxa" w:w="4320"/>
          </w:tcPr>
          <w:p>
            <w:r>
              <w:t>何峥浩</w:t>
            </w:r>
          </w:p>
        </w:tc>
      </w:tr>
      <w:tr>
        <w:tc>
          <w:tcPr>
            <w:tcW w:type="dxa" w:w="4320"/>
          </w:tcPr>
          <w:p>
            <w:r>
              <w:t>20232204039</w:t>
            </w:r>
          </w:p>
        </w:tc>
        <w:tc>
          <w:tcPr>
            <w:tcW w:type="dxa" w:w="4320"/>
          </w:tcPr>
          <w:p>
            <w:r>
              <w:t>何梦婕</w:t>
            </w:r>
          </w:p>
        </w:tc>
      </w:tr>
      <w:tr>
        <w:tc>
          <w:tcPr>
            <w:tcW w:type="dxa" w:w="4320"/>
          </w:tcPr>
          <w:p>
            <w:r>
              <w:t>20232204172</w:t>
            </w:r>
          </w:p>
        </w:tc>
        <w:tc>
          <w:tcPr>
            <w:tcW w:type="dxa" w:w="4320"/>
          </w:tcPr>
          <w:p>
            <w:r>
              <w:t>宋楚婷</w:t>
            </w:r>
          </w:p>
        </w:tc>
      </w:tr>
      <w:tr>
        <w:tc>
          <w:tcPr>
            <w:tcW w:type="dxa" w:w="4320"/>
          </w:tcPr>
          <w:p>
            <w:r>
              <w:t>20232210432</w:t>
            </w:r>
          </w:p>
        </w:tc>
        <w:tc>
          <w:tcPr>
            <w:tcW w:type="dxa" w:w="4320"/>
          </w:tcPr>
          <w:p>
            <w:r>
              <w:t>张开元</w:t>
            </w:r>
          </w:p>
        </w:tc>
      </w:tr>
      <w:tr>
        <w:tc>
          <w:tcPr>
            <w:tcW w:type="dxa" w:w="4320"/>
          </w:tcPr>
          <w:p>
            <w:r>
              <w:t>20232230306</w:t>
            </w:r>
          </w:p>
        </w:tc>
        <w:tc>
          <w:tcPr>
            <w:tcW w:type="dxa" w:w="4320"/>
          </w:tcPr>
          <w:p>
            <w:r>
              <w:t>王泽龙</w:t>
            </w:r>
          </w:p>
        </w:tc>
      </w:tr>
      <w:tr>
        <w:tc>
          <w:tcPr>
            <w:tcW w:type="dxa" w:w="4320"/>
          </w:tcPr>
          <w:p>
            <w:r>
              <w:t>20232228685</w:t>
            </w:r>
          </w:p>
        </w:tc>
        <w:tc>
          <w:tcPr>
            <w:tcW w:type="dxa" w:w="4320"/>
          </w:tcPr>
          <w:p>
            <w:r>
              <w:t>吕沛豫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