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关于公示东南大学2016年免试攻读研究生推荐名单的通知（第一批）</w:t>
      </w:r>
    </w:p>
    <w:p>
      <w:r>
        <w:t>发布者：系统管理员发布时间：2015-09-21浏览次数：1960</w:t>
      </w:r>
    </w:p>
    <w:p>
      <w:r>
        <w:t>http://jwc.seu.edu.cn/ff/17/c10020a130839/page.htm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