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关于公布2016届本科毕业生免试攻读研究生推荐名单的通知</w:t>
      </w:r>
    </w:p>
    <w:p>
      <w:r>
        <w:t>根据教育部教学厅〔2014〕5号和校发〔2015〕161号文件精神，我校在2016届本科毕业生中推荐免试攻读研究生的工作已结束。在推荐过程中，各院（系）均制定了详细的推荐工作细则,认真组织了考核和审核，院（系）和学校分别进行了公示。经校推荐工作领导小组复审，共批准760位2016届学生免试攻读研究生（名单见附件）。</w:t>
      </w:r>
    </w:p>
    <w:p>
      <w:r>
        <w:t>附件：2016届本科毕业生免试攻读研究生的推荐名单</w:t>
      </w:r>
    </w:p>
    <w:p>
      <w:r>
        <w:t>东南大学</w:t>
      </w:r>
    </w:p>
    <w:p>
      <w:r>
        <w:t>2015年10月14日</w:t>
      </w:r>
    </w:p>
    <w:p>
      <w:r>
        <w:t>（主动公开）</w:t>
      </w:r>
    </w:p>
    <w:p>
      <w:r>
        <w:t>http://radio.seu.edu.cn/upfiles/files/201510/15120549.doc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