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关于公布2015届本科毕业生免试攻读研究生推荐名单的通知</w:t>
      </w:r>
    </w:p>
    <w:p>
      <w:r>
        <w:t>根据教育部教学厅〔2014〕5号和东南大学校发〔2014〕189号文件精神，我校在2015届本科毕业生中推荐免试攻读研究生的工作已结束。在推荐过程中，各院（系）均制定了详细的推荐工作细则,认真组织了考核和审核，院（系）和学校分别进行了公示。经学校推免生工作领导小组复审，共推荐750位2015届本科毕业生免试攻读研究生（名单见附件）。</w:t>
      </w:r>
    </w:p>
    <w:p>
      <w:r>
        <w:t>附件：2015届本科毕业生免试攻读研究生的推荐名单</w:t>
      </w:r>
    </w:p>
    <w:p>
      <w:r>
        <w:t>东南大学</w:t>
      </w:r>
    </w:p>
    <w:p>
      <w:r>
        <w:t>2014年10月8日</w:t>
      </w:r>
    </w:p>
    <w:p>
      <w:r>
        <w:t>（</w:t>
      </w:r>
    </w:p>
    <w:p>
      <w:r>
        <w:t>主动公开</w:t>
      </w:r>
    </w:p>
    <w:p>
      <w:r>
        <w:t>）</w:t>
      </w:r>
    </w:p>
    <w:p>
      <w:r>
        <w:t>信息科学与工程学院（55人）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04011209</w:t>
            </w:r>
          </w:p>
        </w:tc>
        <w:tc>
          <w:tcPr>
            <w:tcW w:type="dxa" w:w="1440"/>
          </w:tcPr>
          <w:p>
            <w:r>
              <w:t>郭明皓</w:t>
            </w:r>
          </w:p>
        </w:tc>
        <w:tc>
          <w:tcPr>
            <w:tcW w:type="dxa" w:w="1440"/>
          </w:tcPr>
          <w:p>
            <w:r>
              <w:t>04011532</w:t>
            </w:r>
          </w:p>
        </w:tc>
        <w:tc>
          <w:tcPr>
            <w:tcW w:type="dxa" w:w="1440"/>
          </w:tcPr>
          <w:p>
            <w:r>
              <w:t>杨普</w:t>
            </w:r>
          </w:p>
        </w:tc>
        <w:tc>
          <w:tcPr>
            <w:tcW w:type="dxa" w:w="1440"/>
          </w:tcPr>
          <w:p>
            <w:r>
              <w:t>04011340</w:t>
            </w:r>
          </w:p>
        </w:tc>
        <w:tc>
          <w:tcPr>
            <w:tcW w:type="dxa" w:w="1440"/>
          </w:tcPr>
          <w:p>
            <w:r>
              <w:t>高强</w:t>
            </w:r>
          </w:p>
        </w:tc>
      </w:tr>
      <w:tr>
        <w:tc>
          <w:tcPr>
            <w:tcW w:type="dxa" w:w="1440"/>
          </w:tcPr>
          <w:p>
            <w:r>
              <w:t>04011344</w:t>
            </w:r>
          </w:p>
        </w:tc>
        <w:tc>
          <w:tcPr>
            <w:tcW w:type="dxa" w:w="1440"/>
          </w:tcPr>
          <w:p>
            <w:r>
              <w:t>王晨</w:t>
            </w:r>
          </w:p>
        </w:tc>
        <w:tc>
          <w:tcPr>
            <w:tcW w:type="dxa" w:w="1440"/>
          </w:tcPr>
          <w:p>
            <w:r>
              <w:t>04011412</w:t>
            </w:r>
          </w:p>
        </w:tc>
        <w:tc>
          <w:tcPr>
            <w:tcW w:type="dxa" w:w="1440"/>
          </w:tcPr>
          <w:p>
            <w:r>
              <w:t>褚炜雯</w:t>
            </w:r>
          </w:p>
        </w:tc>
        <w:tc>
          <w:tcPr>
            <w:tcW w:type="dxa" w:w="1440"/>
          </w:tcPr>
          <w:p>
            <w:r>
              <w:t>04011213</w:t>
            </w:r>
          </w:p>
        </w:tc>
        <w:tc>
          <w:tcPr>
            <w:tcW w:type="dxa" w:w="1440"/>
          </w:tcPr>
          <w:p>
            <w:r>
              <w:t>徐婧</w:t>
            </w:r>
          </w:p>
        </w:tc>
      </w:tr>
      <w:tr>
        <w:tc>
          <w:tcPr>
            <w:tcW w:type="dxa" w:w="1440"/>
          </w:tcPr>
          <w:p>
            <w:r>
              <w:t>04011413</w:t>
            </w:r>
          </w:p>
        </w:tc>
        <w:tc>
          <w:tcPr>
            <w:tcW w:type="dxa" w:w="1440"/>
          </w:tcPr>
          <w:p>
            <w:r>
              <w:t>卢欣桐</w:t>
            </w:r>
          </w:p>
        </w:tc>
        <w:tc>
          <w:tcPr>
            <w:tcW w:type="dxa" w:w="1440"/>
          </w:tcPr>
          <w:p>
            <w:r>
              <w:t>04011507</w:t>
            </w:r>
          </w:p>
        </w:tc>
        <w:tc>
          <w:tcPr>
            <w:tcW w:type="dxa" w:w="1440"/>
          </w:tcPr>
          <w:p>
            <w:r>
              <w:t>冯奕佳</w:t>
            </w:r>
          </w:p>
        </w:tc>
        <w:tc>
          <w:tcPr>
            <w:tcW w:type="dxa" w:w="1440"/>
          </w:tcPr>
          <w:p>
            <w:r>
              <w:t>04011102</w:t>
            </w:r>
          </w:p>
        </w:tc>
        <w:tc>
          <w:tcPr>
            <w:tcW w:type="dxa" w:w="1440"/>
          </w:tcPr>
          <w:p>
            <w:r>
              <w:t>王畑</w:t>
            </w:r>
          </w:p>
        </w:tc>
      </w:tr>
      <w:tr>
        <w:tc>
          <w:tcPr>
            <w:tcW w:type="dxa" w:w="1440"/>
          </w:tcPr>
          <w:p>
            <w:r>
              <w:t>04011247</w:t>
            </w:r>
          </w:p>
        </w:tc>
        <w:tc>
          <w:tcPr>
            <w:tcW w:type="dxa" w:w="1440"/>
          </w:tcPr>
          <w:p>
            <w:r>
              <w:t>龚宓</w:t>
            </w:r>
          </w:p>
        </w:tc>
        <w:tc>
          <w:tcPr>
            <w:tcW w:type="dxa" w:w="1440"/>
          </w:tcPr>
          <w:p>
            <w:r>
              <w:t>04011503</w:t>
            </w:r>
          </w:p>
        </w:tc>
        <w:tc>
          <w:tcPr>
            <w:tcW w:type="dxa" w:w="1440"/>
          </w:tcPr>
          <w:p>
            <w:r>
              <w:t>杨慧文</w:t>
            </w:r>
          </w:p>
        </w:tc>
        <w:tc>
          <w:tcPr>
            <w:tcW w:type="dxa" w:w="1440"/>
          </w:tcPr>
          <w:p>
            <w:r>
              <w:t>04011244</w:t>
            </w:r>
          </w:p>
        </w:tc>
        <w:tc>
          <w:tcPr>
            <w:tcW w:type="dxa" w:w="1440"/>
          </w:tcPr>
          <w:p>
            <w:r>
              <w:t>郎纾</w:t>
            </w:r>
          </w:p>
        </w:tc>
      </w:tr>
      <w:tr>
        <w:tc>
          <w:tcPr>
            <w:tcW w:type="dxa" w:w="1440"/>
          </w:tcPr>
          <w:p>
            <w:r>
              <w:t>04011448</w:t>
            </w:r>
          </w:p>
        </w:tc>
        <w:tc>
          <w:tcPr>
            <w:tcW w:type="dxa" w:w="1440"/>
          </w:tcPr>
          <w:p>
            <w:r>
              <w:t>倪路遥</w:t>
            </w:r>
          </w:p>
        </w:tc>
        <w:tc>
          <w:tcPr>
            <w:tcW w:type="dxa" w:w="1440"/>
          </w:tcPr>
          <w:p>
            <w:r>
              <w:t>04011327</w:t>
            </w:r>
          </w:p>
        </w:tc>
        <w:tc>
          <w:tcPr>
            <w:tcW w:type="dxa" w:w="1440"/>
          </w:tcPr>
          <w:p>
            <w:r>
              <w:t>顾喆旭</w:t>
            </w:r>
          </w:p>
        </w:tc>
        <w:tc>
          <w:tcPr>
            <w:tcW w:type="dxa" w:w="1440"/>
          </w:tcPr>
          <w:p>
            <w:r>
              <w:t>04011245</w:t>
            </w:r>
          </w:p>
        </w:tc>
        <w:tc>
          <w:tcPr>
            <w:tcW w:type="dxa" w:w="1440"/>
          </w:tcPr>
          <w:p>
            <w:r>
              <w:t>徐永康</w:t>
            </w:r>
          </w:p>
        </w:tc>
      </w:tr>
      <w:tr>
        <w:tc>
          <w:tcPr>
            <w:tcW w:type="dxa" w:w="1440"/>
          </w:tcPr>
          <w:p>
            <w:r>
              <w:t>04011421</w:t>
            </w:r>
          </w:p>
        </w:tc>
        <w:tc>
          <w:tcPr>
            <w:tcW w:type="dxa" w:w="1440"/>
          </w:tcPr>
          <w:p>
            <w:r>
              <w:t>邓榆钦</w:t>
            </w:r>
          </w:p>
        </w:tc>
        <w:tc>
          <w:tcPr>
            <w:tcW w:type="dxa" w:w="1440"/>
          </w:tcPr>
          <w:p>
            <w:r>
              <w:t>04011231</w:t>
            </w:r>
          </w:p>
        </w:tc>
        <w:tc>
          <w:tcPr>
            <w:tcW w:type="dxa" w:w="1440"/>
          </w:tcPr>
          <w:p>
            <w:r>
              <w:t>许涵</w:t>
            </w:r>
          </w:p>
        </w:tc>
        <w:tc>
          <w:tcPr>
            <w:tcW w:type="dxa" w:w="1440"/>
          </w:tcPr>
          <w:p>
            <w:r>
              <w:t>04011523</w:t>
            </w:r>
          </w:p>
        </w:tc>
        <w:tc>
          <w:tcPr>
            <w:tcW w:type="dxa" w:w="1440"/>
          </w:tcPr>
          <w:p>
            <w:r>
              <w:t>张驰远</w:t>
            </w:r>
          </w:p>
        </w:tc>
      </w:tr>
      <w:tr>
        <w:tc>
          <w:tcPr>
            <w:tcW w:type="dxa" w:w="1440"/>
          </w:tcPr>
          <w:p>
            <w:r>
              <w:t>04011249</w:t>
            </w:r>
          </w:p>
        </w:tc>
        <w:tc>
          <w:tcPr>
            <w:tcW w:type="dxa" w:w="1440"/>
          </w:tcPr>
          <w:p>
            <w:r>
              <w:t>杜立寰</w:t>
            </w:r>
          </w:p>
        </w:tc>
        <w:tc>
          <w:tcPr>
            <w:tcW w:type="dxa" w:w="1440"/>
          </w:tcPr>
          <w:p>
            <w:r>
              <w:t>04011641</w:t>
            </w:r>
          </w:p>
        </w:tc>
        <w:tc>
          <w:tcPr>
            <w:tcW w:type="dxa" w:w="1440"/>
          </w:tcPr>
          <w:p>
            <w:r>
              <w:t>刘彻</w:t>
            </w:r>
          </w:p>
        </w:tc>
        <w:tc>
          <w:tcPr>
            <w:tcW w:type="dxa" w:w="1440"/>
          </w:tcPr>
          <w:p>
            <w:r>
              <w:t>04011308</w:t>
            </w:r>
          </w:p>
        </w:tc>
        <w:tc>
          <w:tcPr>
            <w:tcW w:type="dxa" w:w="1440"/>
          </w:tcPr>
          <w:p>
            <w:r>
              <w:t>吴曼丽</w:t>
            </w:r>
          </w:p>
        </w:tc>
      </w:tr>
      <w:tr>
        <w:tc>
          <w:tcPr>
            <w:tcW w:type="dxa" w:w="1440"/>
          </w:tcPr>
          <w:p>
            <w:r>
              <w:t>04011430</w:t>
            </w:r>
          </w:p>
        </w:tc>
        <w:tc>
          <w:tcPr>
            <w:tcW w:type="dxa" w:w="1440"/>
          </w:tcPr>
          <w:p>
            <w:r>
              <w:t>林波</w:t>
            </w:r>
          </w:p>
        </w:tc>
        <w:tc>
          <w:tcPr>
            <w:tcW w:type="dxa" w:w="1440"/>
          </w:tcPr>
          <w:p>
            <w:r>
              <w:t>04011407</w:t>
            </w:r>
          </w:p>
        </w:tc>
        <w:tc>
          <w:tcPr>
            <w:tcW w:type="dxa" w:w="1440"/>
          </w:tcPr>
          <w:p>
            <w:r>
              <w:t>张珊</w:t>
            </w:r>
          </w:p>
        </w:tc>
        <w:tc>
          <w:tcPr>
            <w:tcW w:type="dxa" w:w="1440"/>
          </w:tcPr>
          <w:p>
            <w:r>
              <w:t>04011139</w:t>
            </w:r>
          </w:p>
        </w:tc>
        <w:tc>
          <w:tcPr>
            <w:tcW w:type="dxa" w:w="1440"/>
          </w:tcPr>
          <w:p>
            <w:r>
              <w:t>陈愈杰</w:t>
            </w:r>
          </w:p>
        </w:tc>
      </w:tr>
      <w:tr>
        <w:tc>
          <w:tcPr>
            <w:tcW w:type="dxa" w:w="1440"/>
          </w:tcPr>
          <w:p>
            <w:r>
              <w:t>04011251</w:t>
            </w:r>
          </w:p>
        </w:tc>
        <w:tc>
          <w:tcPr>
            <w:tcW w:type="dxa" w:w="1440"/>
          </w:tcPr>
          <w:p>
            <w:r>
              <w:t>张大旭</w:t>
            </w:r>
          </w:p>
        </w:tc>
        <w:tc>
          <w:tcPr>
            <w:tcW w:type="dxa" w:w="1440"/>
          </w:tcPr>
          <w:p>
            <w:r>
              <w:t>04011422</w:t>
            </w:r>
          </w:p>
        </w:tc>
        <w:tc>
          <w:tcPr>
            <w:tcW w:type="dxa" w:w="1440"/>
          </w:tcPr>
          <w:p>
            <w:r>
              <w:t>刘翔</w:t>
            </w:r>
          </w:p>
        </w:tc>
        <w:tc>
          <w:tcPr>
            <w:tcW w:type="dxa" w:w="1440"/>
          </w:tcPr>
          <w:p>
            <w:r>
              <w:t>04011240</w:t>
            </w:r>
          </w:p>
        </w:tc>
        <w:tc>
          <w:tcPr>
            <w:tcW w:type="dxa" w:w="1440"/>
          </w:tcPr>
          <w:p>
            <w:r>
              <w:t>赵突</w:t>
            </w:r>
          </w:p>
        </w:tc>
      </w:tr>
      <w:tr>
        <w:tc>
          <w:tcPr>
            <w:tcW w:type="dxa" w:w="1440"/>
          </w:tcPr>
          <w:p>
            <w:r>
              <w:t>04011548</w:t>
            </w:r>
          </w:p>
        </w:tc>
        <w:tc>
          <w:tcPr>
            <w:tcW w:type="dxa" w:w="1440"/>
          </w:tcPr>
          <w:p>
            <w:r>
              <w:t>赵越</w:t>
            </w:r>
          </w:p>
        </w:tc>
        <w:tc>
          <w:tcPr>
            <w:tcW w:type="dxa" w:w="1440"/>
          </w:tcPr>
          <w:p>
            <w:r>
              <w:t>04011447</w:t>
            </w:r>
          </w:p>
        </w:tc>
        <w:tc>
          <w:tcPr>
            <w:tcW w:type="dxa" w:w="1440"/>
          </w:tcPr>
          <w:p>
            <w:r>
              <w:t>张行</w:t>
            </w:r>
          </w:p>
        </w:tc>
        <w:tc>
          <w:tcPr>
            <w:tcW w:type="dxa" w:w="1440"/>
          </w:tcPr>
          <w:p>
            <w:r>
              <w:t>04011646</w:t>
            </w:r>
          </w:p>
        </w:tc>
        <w:tc>
          <w:tcPr>
            <w:tcW w:type="dxa" w:w="1440"/>
          </w:tcPr>
          <w:p>
            <w:r>
              <w:t>姜振豪</w:t>
            </w:r>
          </w:p>
        </w:tc>
      </w:tr>
      <w:tr>
        <w:tc>
          <w:tcPr>
            <w:tcW w:type="dxa" w:w="1440"/>
          </w:tcPr>
          <w:p>
            <w:r>
              <w:t>04011223</w:t>
            </w:r>
          </w:p>
        </w:tc>
        <w:tc>
          <w:tcPr>
            <w:tcW w:type="dxa" w:w="1440"/>
          </w:tcPr>
          <w:p>
            <w:r>
              <w:t>葛鹏飞</w:t>
            </w:r>
          </w:p>
        </w:tc>
        <w:tc>
          <w:tcPr>
            <w:tcW w:type="dxa" w:w="1440"/>
          </w:tcPr>
          <w:p>
            <w:r>
              <w:t>04011509</w:t>
            </w:r>
          </w:p>
        </w:tc>
        <w:tc>
          <w:tcPr>
            <w:tcW w:type="dxa" w:w="1440"/>
          </w:tcPr>
          <w:p>
            <w:r>
              <w:t>樊浩</w:t>
            </w:r>
          </w:p>
        </w:tc>
        <w:tc>
          <w:tcPr>
            <w:tcW w:type="dxa" w:w="1440"/>
          </w:tcPr>
          <w:p>
            <w:r>
              <w:t>04011645</w:t>
            </w:r>
          </w:p>
        </w:tc>
        <w:tc>
          <w:tcPr>
            <w:tcW w:type="dxa" w:w="1440"/>
          </w:tcPr>
          <w:p>
            <w:r>
              <w:t>张歆</w:t>
            </w:r>
          </w:p>
        </w:tc>
      </w:tr>
      <w:tr>
        <w:tc>
          <w:tcPr>
            <w:tcW w:type="dxa" w:w="1440"/>
          </w:tcPr>
          <w:p>
            <w:r>
              <w:t>04011615</w:t>
            </w:r>
          </w:p>
        </w:tc>
        <w:tc>
          <w:tcPr>
            <w:tcW w:type="dxa" w:w="1440"/>
          </w:tcPr>
          <w:p>
            <w:r>
              <w:t>陈静</w:t>
            </w:r>
          </w:p>
        </w:tc>
        <w:tc>
          <w:tcPr>
            <w:tcW w:type="dxa" w:w="1440"/>
          </w:tcPr>
          <w:p>
            <w:r>
              <w:t>04011224</w:t>
            </w:r>
          </w:p>
        </w:tc>
        <w:tc>
          <w:tcPr>
            <w:tcW w:type="dxa" w:w="1440"/>
          </w:tcPr>
          <w:p>
            <w:r>
              <w:t>蔡韫奇</w:t>
            </w:r>
          </w:p>
        </w:tc>
        <w:tc>
          <w:tcPr>
            <w:tcW w:type="dxa" w:w="1440"/>
          </w:tcPr>
          <w:p>
            <w:r>
              <w:t>04011406</w:t>
            </w:r>
          </w:p>
        </w:tc>
        <w:tc>
          <w:tcPr>
            <w:tcW w:type="dxa" w:w="1440"/>
          </w:tcPr>
          <w:p>
            <w:r>
              <w:t>孙霁含</w:t>
            </w:r>
          </w:p>
        </w:tc>
      </w:tr>
      <w:tr>
        <w:tc>
          <w:tcPr>
            <w:tcW w:type="dxa" w:w="1440"/>
          </w:tcPr>
          <w:p>
            <w:r>
              <w:t>04011246</w:t>
            </w:r>
          </w:p>
        </w:tc>
        <w:tc>
          <w:tcPr>
            <w:tcW w:type="dxa" w:w="1440"/>
          </w:tcPr>
          <w:p>
            <w:r>
              <w:t>张方宇</w:t>
            </w:r>
          </w:p>
        </w:tc>
        <w:tc>
          <w:tcPr>
            <w:tcW w:type="dxa" w:w="1440"/>
          </w:tcPr>
          <w:p>
            <w:r>
              <w:t>04011149</w:t>
            </w:r>
          </w:p>
        </w:tc>
        <w:tc>
          <w:tcPr>
            <w:tcW w:type="dxa" w:w="1440"/>
          </w:tcPr>
          <w:p>
            <w:r>
              <w:t>潘倩倩</w:t>
            </w:r>
          </w:p>
        </w:tc>
        <w:tc>
          <w:tcPr>
            <w:tcW w:type="dxa" w:w="1440"/>
          </w:tcPr>
          <w:p>
            <w:r>
              <w:t>04011612</w:t>
            </w:r>
          </w:p>
        </w:tc>
        <w:tc>
          <w:tcPr>
            <w:tcW w:type="dxa" w:w="1440"/>
          </w:tcPr>
          <w:p>
            <w:r>
              <w:t>庄莹</w:t>
            </w:r>
          </w:p>
        </w:tc>
      </w:tr>
      <w:tr>
        <w:tc>
          <w:tcPr>
            <w:tcW w:type="dxa" w:w="1440"/>
          </w:tcPr>
          <w:p>
            <w:r>
              <w:t>04011414</w:t>
            </w:r>
          </w:p>
        </w:tc>
        <w:tc>
          <w:tcPr>
            <w:tcW w:type="dxa" w:w="1440"/>
          </w:tcPr>
          <w:p>
            <w:r>
              <w:t>徐锦丹</w:t>
            </w:r>
          </w:p>
        </w:tc>
        <w:tc>
          <w:tcPr>
            <w:tcW w:type="dxa" w:w="1440"/>
          </w:tcPr>
          <w:p>
            <w:r>
              <w:t>04011204</w:t>
            </w:r>
          </w:p>
        </w:tc>
        <w:tc>
          <w:tcPr>
            <w:tcW w:type="dxa" w:w="1440"/>
          </w:tcPr>
          <w:p>
            <w:r>
              <w:t>陈璐</w:t>
            </w:r>
          </w:p>
        </w:tc>
        <w:tc>
          <w:tcPr>
            <w:tcW w:type="dxa" w:w="1440"/>
          </w:tcPr>
          <w:p>
            <w:r>
              <w:t>04011113</w:t>
            </w:r>
          </w:p>
        </w:tc>
        <w:tc>
          <w:tcPr>
            <w:tcW w:type="dxa" w:w="1440"/>
          </w:tcPr>
          <w:p>
            <w:r>
              <w:t>徐颖群</w:t>
            </w:r>
          </w:p>
        </w:tc>
      </w:tr>
      <w:tr>
        <w:tc>
          <w:tcPr>
            <w:tcW w:type="dxa" w:w="1440"/>
          </w:tcPr>
          <w:p>
            <w:r>
              <w:t>04011549</w:t>
            </w:r>
          </w:p>
        </w:tc>
        <w:tc>
          <w:tcPr>
            <w:tcW w:type="dxa" w:w="1440"/>
          </w:tcPr>
          <w:p>
            <w:r>
              <w:t>杨丽娟</w:t>
            </w:r>
          </w:p>
        </w:tc>
        <w:tc>
          <w:tcPr>
            <w:tcW w:type="dxa" w:w="1440"/>
          </w:tcPr>
          <w:p>
            <w:r>
              <w:t>04011206</w:t>
            </w:r>
          </w:p>
        </w:tc>
        <w:tc>
          <w:tcPr>
            <w:tcW w:type="dxa" w:w="1440"/>
          </w:tcPr>
          <w:p>
            <w:r>
              <w:t>张如</w:t>
            </w:r>
          </w:p>
        </w:tc>
        <w:tc>
          <w:tcPr>
            <w:tcW w:type="dxa" w:w="1440"/>
          </w:tcPr>
          <w:p>
            <w:r>
              <w:t>04011550</w:t>
            </w:r>
          </w:p>
        </w:tc>
        <w:tc>
          <w:tcPr>
            <w:tcW w:type="dxa" w:w="1440"/>
          </w:tcPr>
          <w:p>
            <w:r>
              <w:t>王旭哲</w:t>
            </w:r>
          </w:p>
        </w:tc>
      </w:tr>
      <w:tr>
        <w:tc>
          <w:tcPr>
            <w:tcW w:type="dxa" w:w="1440"/>
          </w:tcPr>
          <w:p>
            <w:r>
              <w:t>04011348</w:t>
            </w:r>
          </w:p>
        </w:tc>
        <w:tc>
          <w:tcPr>
            <w:tcW w:type="dxa" w:w="1440"/>
          </w:tcPr>
          <w:p>
            <w:r>
              <w:t>许龑</w:t>
            </w:r>
          </w:p>
        </w:tc>
        <w:tc>
          <w:tcPr>
            <w:tcW w:type="dxa" w:w="1440"/>
          </w:tcPr>
          <w:p>
            <w:r>
              <w:t>04011104</w:t>
            </w:r>
          </w:p>
        </w:tc>
        <w:tc>
          <w:tcPr>
            <w:tcW w:type="dxa" w:w="1440"/>
          </w:tcPr>
          <w:p>
            <w:r>
              <w:t>杨雅涵</w:t>
            </w:r>
          </w:p>
        </w:tc>
        <w:tc>
          <w:tcPr>
            <w:tcW w:type="dxa" w:w="1440"/>
          </w:tcPr>
          <w:p>
            <w:r>
              <w:t>04011613</w:t>
            </w:r>
          </w:p>
        </w:tc>
        <w:tc>
          <w:tcPr>
            <w:tcW w:type="dxa" w:w="1440"/>
          </w:tcPr>
          <w:p>
            <w:r>
              <w:t>蔡媛媛</w:t>
            </w:r>
          </w:p>
        </w:tc>
      </w:tr>
      <w:tr>
        <w:tc>
          <w:tcPr>
            <w:tcW w:type="dxa" w:w="1440"/>
          </w:tcPr>
          <w:p>
            <w:r>
              <w:t>04011234</w:t>
            </w:r>
          </w:p>
        </w:tc>
        <w:tc>
          <w:tcPr>
            <w:tcW w:type="dxa" w:w="1440"/>
          </w:tcPr>
          <w:p>
            <w:r>
              <w:t>周培根</w:t>
            </w:r>
          </w:p>
        </w:tc>
        <w:tc>
          <w:tcPr>
            <w:tcW w:type="dxa" w:w="1440"/>
          </w:tcPr>
          <w:p>
            <w:r>
              <w:t>04011516</w:t>
            </w:r>
          </w:p>
        </w:tc>
        <w:tc>
          <w:tcPr>
            <w:tcW w:type="dxa" w:w="1440"/>
          </w:tcPr>
          <w:p>
            <w:r>
              <w:t>贺正然</w:t>
            </w:r>
          </w:p>
        </w:tc>
        <w:tc>
          <w:tcPr>
            <w:tcW w:type="dxa" w:w="1440"/>
          </w:tcPr>
          <w:p>
            <w:r>
              <w:t>04011409</w:t>
            </w:r>
          </w:p>
        </w:tc>
        <w:tc>
          <w:tcPr>
            <w:tcW w:type="dxa" w:w="1440"/>
          </w:tcPr>
          <w:p>
            <w:r>
              <w:t>刘奥</w:t>
            </w:r>
          </w:p>
        </w:tc>
      </w:tr>
      <w:tr>
        <w:tc>
          <w:tcPr>
            <w:tcW w:type="dxa" w:w="1440"/>
          </w:tcPr>
          <w:p>
            <w:r>
              <w:t>04011136</w:t>
            </w:r>
          </w:p>
        </w:tc>
        <w:tc>
          <w:tcPr>
            <w:tcW w:type="dxa" w:w="1440"/>
          </w:tcPr>
          <w:p>
            <w:r>
              <w:t>沈浩</w:t>
            </w:r>
          </w:p>
        </w:tc>
        <w:tc>
          <w:tcPr>
            <w:tcW w:type="dxa" w:w="1440"/>
          </w:tcPr>
          <w:p>
            <w:r>
              <w:t>04011122</w:t>
            </w:r>
          </w:p>
        </w:tc>
        <w:tc>
          <w:tcPr>
            <w:tcW w:type="dxa" w:w="1440"/>
          </w:tcPr>
          <w:p>
            <w:r>
              <w:t>傅玮烽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04011103</w:t>
            </w:r>
          </w:p>
        </w:tc>
        <w:tc>
          <w:tcPr>
            <w:tcW w:type="dxa" w:w="1440"/>
          </w:tcPr>
          <w:p>
            <w:r>
              <w:t>李晓兴</w:t>
            </w:r>
          </w:p>
        </w:tc>
        <w:tc>
          <w:tcPr>
            <w:tcW w:type="dxa" w:w="1440"/>
          </w:tcPr>
          <w:p>
            <w:r>
              <w:t>04011438</w:t>
            </w:r>
          </w:p>
        </w:tc>
        <w:tc>
          <w:tcPr>
            <w:tcW w:type="dxa" w:w="1440"/>
          </w:tcPr>
          <w:p>
            <w:r>
              <w:t>吴文谦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