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2025届仪器科学与工程学院推荐免试攻读研究生名单公示</w:t>
      </w:r>
    </w:p>
    <w:p>
      <w:r>
        <w:t>2025届东南大学仪器科学与工程学院推荐免试攻读研究生名单如下，公示期2024年9月23日-9月24日17:00，如有疑问，请在公示期内提交书面材料向本科教学办公室反馈，提交地点：中心楼318。公示期过后，任何反馈申诉概不受理，请大家引起重视。最终名单以学校公示为准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专业名称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学号</w:t>
            </w:r>
          </w:p>
        </w:tc>
        <w:tc>
          <w:tcPr>
            <w:tcW w:type="dxa" w:w="2160"/>
          </w:tcPr>
          <w:p>
            <w:r>
              <w:t>备注</w:t>
            </w:r>
          </w:p>
        </w:tc>
      </w:tr>
      <w:tr>
        <w:tc>
          <w:tcPr>
            <w:tcW w:type="dxa" w:w="2160"/>
          </w:tcPr>
          <w:p>
            <w:r>
              <w:t>测控技术与仪器</w:t>
            </w:r>
          </w:p>
        </w:tc>
        <w:tc>
          <w:tcPr>
            <w:tcW w:type="dxa" w:w="2160"/>
          </w:tcPr>
          <w:p>
            <w:r>
              <w:t>崔然</w:t>
            </w:r>
          </w:p>
        </w:tc>
        <w:tc>
          <w:tcPr>
            <w:tcW w:type="dxa" w:w="2160"/>
          </w:tcPr>
          <w:p>
            <w:r>
              <w:t>22021104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测控技术与仪器</w:t>
            </w:r>
          </w:p>
        </w:tc>
        <w:tc>
          <w:tcPr>
            <w:tcW w:type="dxa" w:w="2160"/>
          </w:tcPr>
          <w:p>
            <w:r>
              <w:t>童锋</w:t>
            </w:r>
          </w:p>
        </w:tc>
        <w:tc>
          <w:tcPr>
            <w:tcW w:type="dxa" w:w="2160"/>
          </w:tcPr>
          <w:p>
            <w:r>
              <w:t>22021111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测控技术与仪器</w:t>
            </w:r>
          </w:p>
        </w:tc>
        <w:tc>
          <w:tcPr>
            <w:tcW w:type="dxa" w:w="2160"/>
          </w:tcPr>
          <w:p>
            <w:r>
              <w:t>孙嘉琛</w:t>
            </w:r>
          </w:p>
        </w:tc>
        <w:tc>
          <w:tcPr>
            <w:tcW w:type="dxa" w:w="2160"/>
          </w:tcPr>
          <w:p>
            <w:r>
              <w:t>22021210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测控技术与仪器</w:t>
            </w:r>
          </w:p>
        </w:tc>
        <w:tc>
          <w:tcPr>
            <w:tcW w:type="dxa" w:w="2160"/>
          </w:tcPr>
          <w:p>
            <w:r>
              <w:t>陈泓汐</w:t>
            </w:r>
          </w:p>
        </w:tc>
        <w:tc>
          <w:tcPr>
            <w:tcW w:type="dxa" w:w="2160"/>
          </w:tcPr>
          <w:p>
            <w:r>
              <w:t>22021101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马春阳</w:t>
            </w:r>
          </w:p>
        </w:tc>
        <w:tc>
          <w:tcPr>
            <w:tcW w:type="dxa" w:w="2160"/>
          </w:tcPr>
          <w:p>
            <w:r>
              <w:t>22121112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李昊峻</w:t>
            </w:r>
          </w:p>
        </w:tc>
        <w:tc>
          <w:tcPr>
            <w:tcW w:type="dxa" w:w="2160"/>
          </w:tcPr>
          <w:p>
            <w:r>
              <w:t>22121228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赵鑫园</w:t>
            </w:r>
          </w:p>
        </w:tc>
        <w:tc>
          <w:tcPr>
            <w:tcW w:type="dxa" w:w="2160"/>
          </w:tcPr>
          <w:p>
            <w:r>
              <w:t>22121115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吴昌蔚</w:t>
            </w:r>
          </w:p>
        </w:tc>
        <w:tc>
          <w:tcPr>
            <w:tcW w:type="dxa" w:w="2160"/>
          </w:tcPr>
          <w:p>
            <w:r>
              <w:t>22121124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张艺飞</w:t>
            </w:r>
          </w:p>
        </w:tc>
        <w:tc>
          <w:tcPr>
            <w:tcW w:type="dxa" w:w="2160"/>
          </w:tcPr>
          <w:p>
            <w:r>
              <w:t>22121125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郭炀锴</w:t>
            </w:r>
          </w:p>
        </w:tc>
        <w:tc>
          <w:tcPr>
            <w:tcW w:type="dxa" w:w="2160"/>
          </w:tcPr>
          <w:p>
            <w:r>
              <w:t>22121105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许婧怡</w:t>
            </w:r>
          </w:p>
        </w:tc>
        <w:tc>
          <w:tcPr>
            <w:tcW w:type="dxa" w:w="2160"/>
          </w:tcPr>
          <w:p>
            <w:r>
              <w:t>22121129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张瑞翔</w:t>
            </w:r>
          </w:p>
        </w:tc>
        <w:tc>
          <w:tcPr>
            <w:tcW w:type="dxa" w:w="2160"/>
          </w:tcPr>
          <w:p>
            <w:r>
              <w:t>22121229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姚嘉骐</w:t>
            </w:r>
          </w:p>
        </w:tc>
        <w:tc>
          <w:tcPr>
            <w:tcW w:type="dxa" w:w="2160"/>
          </w:tcPr>
          <w:p>
            <w:r>
              <w:t>22121128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陈锐捷</w:t>
            </w:r>
          </w:p>
        </w:tc>
        <w:tc>
          <w:tcPr>
            <w:tcW w:type="dxa" w:w="2160"/>
          </w:tcPr>
          <w:p>
            <w:r>
              <w:t>22121218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刘晋卓</w:t>
            </w:r>
          </w:p>
        </w:tc>
        <w:tc>
          <w:tcPr>
            <w:tcW w:type="dxa" w:w="2160"/>
          </w:tcPr>
          <w:p>
            <w:r>
              <w:t>22121208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刘靖羽</w:t>
            </w:r>
          </w:p>
        </w:tc>
        <w:tc>
          <w:tcPr>
            <w:tcW w:type="dxa" w:w="2160"/>
          </w:tcPr>
          <w:p>
            <w:r>
              <w:t>22121118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张展</w:t>
            </w:r>
          </w:p>
        </w:tc>
        <w:tc>
          <w:tcPr>
            <w:tcW w:type="dxa" w:w="2160"/>
          </w:tcPr>
          <w:p>
            <w:r>
              <w:t>22121101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邓寿晖</w:t>
            </w:r>
          </w:p>
        </w:tc>
        <w:tc>
          <w:tcPr>
            <w:tcW w:type="dxa" w:w="2160"/>
          </w:tcPr>
          <w:p>
            <w:r>
              <w:t>22121212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邓鑫嘉乐</w:t>
            </w:r>
          </w:p>
        </w:tc>
        <w:tc>
          <w:tcPr>
            <w:tcW w:type="dxa" w:w="2160"/>
          </w:tcPr>
          <w:p>
            <w:r>
              <w:t>22121117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马时越</w:t>
            </w:r>
          </w:p>
        </w:tc>
        <w:tc>
          <w:tcPr>
            <w:tcW w:type="dxa" w:w="2160"/>
          </w:tcPr>
          <w:p>
            <w:r>
              <w:t>22121109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于立尧</w:t>
            </w:r>
          </w:p>
        </w:tc>
        <w:tc>
          <w:tcPr>
            <w:tcW w:type="dxa" w:w="2160"/>
          </w:tcPr>
          <w:p>
            <w:r>
              <w:t>22121204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张莫也</w:t>
            </w:r>
          </w:p>
        </w:tc>
        <w:tc>
          <w:tcPr>
            <w:tcW w:type="dxa" w:w="2160"/>
          </w:tcPr>
          <w:p>
            <w:r>
              <w:t>22121107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申泽旭</w:t>
            </w:r>
          </w:p>
        </w:tc>
        <w:tc>
          <w:tcPr>
            <w:tcW w:type="dxa" w:w="2160"/>
          </w:tcPr>
          <w:p>
            <w:r>
              <w:t>22121127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朱佳锐</w:t>
            </w:r>
          </w:p>
        </w:tc>
        <w:tc>
          <w:tcPr>
            <w:tcW w:type="dxa" w:w="2160"/>
          </w:tcPr>
          <w:p>
            <w:r>
              <w:t>22121106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胡馨怡</w:t>
            </w:r>
          </w:p>
        </w:tc>
        <w:tc>
          <w:tcPr>
            <w:tcW w:type="dxa" w:w="2160"/>
          </w:tcPr>
          <w:p>
            <w:r>
              <w:t>22121215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陈豪</w:t>
            </w:r>
          </w:p>
        </w:tc>
        <w:tc>
          <w:tcPr>
            <w:tcW w:type="dxa" w:w="2160"/>
          </w:tcPr>
          <w:p>
            <w:r>
              <w:t>22121123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王成轶</w:t>
            </w:r>
          </w:p>
        </w:tc>
        <w:tc>
          <w:tcPr>
            <w:tcW w:type="dxa" w:w="2160"/>
          </w:tcPr>
          <w:p>
            <w:r>
              <w:t>22121111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程天骏</w:t>
            </w:r>
          </w:p>
        </w:tc>
        <w:tc>
          <w:tcPr>
            <w:tcW w:type="dxa" w:w="2160"/>
          </w:tcPr>
          <w:p>
            <w:r>
              <w:t>22121110</w:t>
            </w:r>
          </w:p>
        </w:tc>
        <w:tc>
          <w:tcPr>
            <w:tcW w:type="dxa" w:w="2160"/>
          </w:tcPr>
          <w:p>
            <w:r>
              <w:t>工程硕士</w:t>
            </w:r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陈颖</w:t>
            </w:r>
          </w:p>
        </w:tc>
        <w:tc>
          <w:tcPr>
            <w:tcW w:type="dxa" w:w="2160"/>
          </w:tcPr>
          <w:p>
            <w:r>
              <w:t>22121122</w:t>
            </w:r>
          </w:p>
        </w:tc>
        <w:tc>
          <w:tcPr>
            <w:tcW w:type="dxa" w:w="2160"/>
          </w:tcPr>
          <w:p>
            <w:r>
              <w:t>工程硕士</w:t>
            </w:r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张旭睿</w:t>
            </w:r>
          </w:p>
        </w:tc>
        <w:tc>
          <w:tcPr>
            <w:tcW w:type="dxa" w:w="2160"/>
          </w:tcPr>
          <w:p>
            <w:r>
              <w:t>22121201</w:t>
            </w:r>
          </w:p>
        </w:tc>
        <w:tc>
          <w:tcPr>
            <w:tcW w:type="dxa" w:w="2160"/>
          </w:tcPr>
          <w:p>
            <w:r>
              <w:t>工程硕士</w:t>
            </w:r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徐飞龙</w:t>
            </w:r>
          </w:p>
        </w:tc>
        <w:tc>
          <w:tcPr>
            <w:tcW w:type="dxa" w:w="2160"/>
          </w:tcPr>
          <w:p>
            <w:r>
              <w:t>22121217</w:t>
            </w:r>
          </w:p>
        </w:tc>
        <w:tc>
          <w:tcPr>
            <w:tcW w:type="dxa" w:w="2160"/>
          </w:tcPr>
          <w:p>
            <w:r>
              <w:t>工程直博</w:t>
            </w:r>
          </w:p>
        </w:tc>
      </w:tr>
      <w:tr>
        <w:tc>
          <w:tcPr>
            <w:tcW w:type="dxa" w:w="2160"/>
          </w:tcPr>
          <w:p>
            <w:r>
              <w:t>智能感知工程</w:t>
            </w:r>
          </w:p>
        </w:tc>
        <w:tc>
          <w:tcPr>
            <w:tcW w:type="dxa" w:w="2160"/>
          </w:tcPr>
          <w:p>
            <w:r>
              <w:t>费思量</w:t>
            </w:r>
          </w:p>
        </w:tc>
        <w:tc>
          <w:tcPr>
            <w:tcW w:type="dxa" w:w="2160"/>
          </w:tcPr>
          <w:p>
            <w:r>
              <w:t>22121203</w:t>
            </w:r>
          </w:p>
        </w:tc>
        <w:tc>
          <w:tcPr>
            <w:tcW w:type="dxa" w:w="2160"/>
          </w:tcPr>
          <w:p>
            <w:r>
              <w:t>集成直博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