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2023届仪器科学与工程学院拟推荐免试攻读研究生名单（含支教）</w:t>
      </w:r>
    </w:p>
    <w:p>
      <w:r>
        <w:t>2023届仪器科学与工程学院拟推荐免试攻读研究生名单（含支教）公示如下，公示期2022年9月15日至18日。</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序号一卡通号学号姓名1 213193218 22019418赵子弈2 213190173 22019409周景皓3 213193249 22019305严一冰4 213190946 22019308孙岚5 213192746 22019324李晟屹6 213190172 22019114黄洪7 213190170 22019318沈逸雷8 213191797 22019302司凯玥9 213192553 22019201寇辉10 213193685 22019315张俊豪11 213191963 22019222杨栋景12 213191780 22019425李少博13 213191617 22019224陈泽华14 213193482 22019310方子瑜15 213192245 22019101闫禹霏16 213192556 22019225王薪恺17 213190479 22019321杜文兴18 213191493 22019311李浪19 213191957 22019325杨溢20 213190629 22019105杨珂皓宇21 213190953 22019412钱荣辉22 213192390 22019402张泽润23 213193693 22019206刘昱彤24 213191801 22019127李博同25 213193029 22019103聂姝涵26 213193369 22019416鲍俊元27 213193105 22019404何子飞28 213193381 22019215徐恒</w:t>
            </w:r>
          </w:p>
        </w:tc>
        <w:tc>
          <w:tcPr>
            <w:tcW w:type="dxa" w:w="2160"/>
          </w:tcPr>
          <w:p/>
        </w:tc>
        <w:tc>
          <w:tcPr>
            <w:tcW w:type="dxa" w:w="2160"/>
          </w:tcPr>
          <w:p/>
        </w:tc>
        <w:tc>
          <w:tcPr>
            <w:tcW w:type="dxa" w:w="2160"/>
          </w:tcPr>
          <w:p/>
        </w:tc>
      </w:tr>
      <w:tr>
        <w:tc>
          <w:tcPr>
            <w:tcW w:type="dxa" w:w="2160"/>
          </w:tcPr>
          <w:p>
            <w:r>
              <w:t>序号</w:t>
            </w:r>
          </w:p>
        </w:tc>
        <w:tc>
          <w:tcPr>
            <w:tcW w:type="dxa" w:w="2160"/>
          </w:tcPr>
          <w:p>
            <w:r>
              <w:t>一卡通号</w:t>
            </w:r>
          </w:p>
        </w:tc>
        <w:tc>
          <w:tcPr>
            <w:tcW w:type="dxa" w:w="2160"/>
          </w:tcPr>
          <w:p>
            <w:r>
              <w:t>学号</w:t>
            </w:r>
          </w:p>
        </w:tc>
        <w:tc>
          <w:tcPr>
            <w:tcW w:type="dxa" w:w="2160"/>
          </w:tcPr>
          <w:p>
            <w:r>
              <w:t>姓名</w:t>
            </w:r>
          </w:p>
        </w:tc>
      </w:tr>
      <w:tr>
        <w:tc>
          <w:tcPr>
            <w:tcW w:type="dxa" w:w="2160"/>
          </w:tcPr>
          <w:p>
            <w:r>
              <w:t>1</w:t>
            </w:r>
          </w:p>
        </w:tc>
        <w:tc>
          <w:tcPr>
            <w:tcW w:type="dxa" w:w="2160"/>
          </w:tcPr>
          <w:p>
            <w:r>
              <w:t>213193218</w:t>
            </w:r>
          </w:p>
        </w:tc>
        <w:tc>
          <w:tcPr>
            <w:tcW w:type="dxa" w:w="2160"/>
          </w:tcPr>
          <w:p>
            <w:r>
              <w:t>22019418</w:t>
            </w:r>
          </w:p>
        </w:tc>
        <w:tc>
          <w:tcPr>
            <w:tcW w:type="dxa" w:w="2160"/>
          </w:tcPr>
          <w:p>
            <w:r>
              <w:t>赵子弈</w:t>
            </w:r>
          </w:p>
        </w:tc>
      </w:tr>
      <w:tr>
        <w:tc>
          <w:tcPr>
            <w:tcW w:type="dxa" w:w="2160"/>
          </w:tcPr>
          <w:p>
            <w:r>
              <w:t>2</w:t>
            </w:r>
          </w:p>
        </w:tc>
        <w:tc>
          <w:tcPr>
            <w:tcW w:type="dxa" w:w="2160"/>
          </w:tcPr>
          <w:p>
            <w:r>
              <w:t>213190173</w:t>
            </w:r>
          </w:p>
        </w:tc>
        <w:tc>
          <w:tcPr>
            <w:tcW w:type="dxa" w:w="2160"/>
          </w:tcPr>
          <w:p>
            <w:r>
              <w:t>22019409</w:t>
            </w:r>
          </w:p>
        </w:tc>
        <w:tc>
          <w:tcPr>
            <w:tcW w:type="dxa" w:w="2160"/>
          </w:tcPr>
          <w:p>
            <w:r>
              <w:t>周景皓</w:t>
            </w:r>
          </w:p>
        </w:tc>
      </w:tr>
      <w:tr>
        <w:tc>
          <w:tcPr>
            <w:tcW w:type="dxa" w:w="2160"/>
          </w:tcPr>
          <w:p>
            <w:r>
              <w:t>3</w:t>
            </w:r>
          </w:p>
        </w:tc>
        <w:tc>
          <w:tcPr>
            <w:tcW w:type="dxa" w:w="2160"/>
          </w:tcPr>
          <w:p>
            <w:r>
              <w:t>213193249</w:t>
            </w:r>
          </w:p>
        </w:tc>
        <w:tc>
          <w:tcPr>
            <w:tcW w:type="dxa" w:w="2160"/>
          </w:tcPr>
          <w:p>
            <w:r>
              <w:t>22019305</w:t>
            </w:r>
          </w:p>
        </w:tc>
        <w:tc>
          <w:tcPr>
            <w:tcW w:type="dxa" w:w="2160"/>
          </w:tcPr>
          <w:p>
            <w:r>
              <w:t>严一冰</w:t>
            </w:r>
          </w:p>
        </w:tc>
      </w:tr>
      <w:tr>
        <w:tc>
          <w:tcPr>
            <w:tcW w:type="dxa" w:w="2160"/>
          </w:tcPr>
          <w:p>
            <w:r>
              <w:t>4</w:t>
            </w:r>
          </w:p>
        </w:tc>
        <w:tc>
          <w:tcPr>
            <w:tcW w:type="dxa" w:w="2160"/>
          </w:tcPr>
          <w:p>
            <w:r>
              <w:t>213190946</w:t>
            </w:r>
          </w:p>
        </w:tc>
        <w:tc>
          <w:tcPr>
            <w:tcW w:type="dxa" w:w="2160"/>
          </w:tcPr>
          <w:p>
            <w:r>
              <w:t>22019308</w:t>
            </w:r>
          </w:p>
        </w:tc>
        <w:tc>
          <w:tcPr>
            <w:tcW w:type="dxa" w:w="2160"/>
          </w:tcPr>
          <w:p>
            <w:r>
              <w:t>孙岚</w:t>
            </w:r>
          </w:p>
        </w:tc>
      </w:tr>
      <w:tr>
        <w:tc>
          <w:tcPr>
            <w:tcW w:type="dxa" w:w="2160"/>
          </w:tcPr>
          <w:p>
            <w:r>
              <w:t>5</w:t>
            </w:r>
          </w:p>
        </w:tc>
        <w:tc>
          <w:tcPr>
            <w:tcW w:type="dxa" w:w="2160"/>
          </w:tcPr>
          <w:p>
            <w:r>
              <w:t>213192746</w:t>
            </w:r>
          </w:p>
        </w:tc>
        <w:tc>
          <w:tcPr>
            <w:tcW w:type="dxa" w:w="2160"/>
          </w:tcPr>
          <w:p>
            <w:r>
              <w:t>22019324</w:t>
            </w:r>
          </w:p>
        </w:tc>
        <w:tc>
          <w:tcPr>
            <w:tcW w:type="dxa" w:w="2160"/>
          </w:tcPr>
          <w:p>
            <w:r>
              <w:t>李晟屹</w:t>
            </w:r>
          </w:p>
        </w:tc>
      </w:tr>
      <w:tr>
        <w:tc>
          <w:tcPr>
            <w:tcW w:type="dxa" w:w="2160"/>
          </w:tcPr>
          <w:p>
            <w:r>
              <w:t>6</w:t>
            </w:r>
          </w:p>
        </w:tc>
        <w:tc>
          <w:tcPr>
            <w:tcW w:type="dxa" w:w="2160"/>
          </w:tcPr>
          <w:p>
            <w:r>
              <w:t>213190172</w:t>
            </w:r>
          </w:p>
        </w:tc>
        <w:tc>
          <w:tcPr>
            <w:tcW w:type="dxa" w:w="2160"/>
          </w:tcPr>
          <w:p>
            <w:r>
              <w:t>22019114</w:t>
            </w:r>
          </w:p>
        </w:tc>
        <w:tc>
          <w:tcPr>
            <w:tcW w:type="dxa" w:w="2160"/>
          </w:tcPr>
          <w:p>
            <w:r>
              <w:t>黄洪</w:t>
            </w:r>
          </w:p>
        </w:tc>
      </w:tr>
      <w:tr>
        <w:tc>
          <w:tcPr>
            <w:tcW w:type="dxa" w:w="2160"/>
          </w:tcPr>
          <w:p>
            <w:r>
              <w:t>7</w:t>
            </w:r>
          </w:p>
        </w:tc>
        <w:tc>
          <w:tcPr>
            <w:tcW w:type="dxa" w:w="2160"/>
          </w:tcPr>
          <w:p>
            <w:r>
              <w:t>213190170</w:t>
            </w:r>
          </w:p>
        </w:tc>
        <w:tc>
          <w:tcPr>
            <w:tcW w:type="dxa" w:w="2160"/>
          </w:tcPr>
          <w:p>
            <w:r>
              <w:t>22019318</w:t>
            </w:r>
          </w:p>
        </w:tc>
        <w:tc>
          <w:tcPr>
            <w:tcW w:type="dxa" w:w="2160"/>
          </w:tcPr>
          <w:p>
            <w:r>
              <w:t>沈逸雷</w:t>
            </w:r>
          </w:p>
        </w:tc>
      </w:tr>
      <w:tr>
        <w:tc>
          <w:tcPr>
            <w:tcW w:type="dxa" w:w="2160"/>
          </w:tcPr>
          <w:p>
            <w:r>
              <w:t>8</w:t>
            </w:r>
          </w:p>
        </w:tc>
        <w:tc>
          <w:tcPr>
            <w:tcW w:type="dxa" w:w="2160"/>
          </w:tcPr>
          <w:p>
            <w:r>
              <w:t>213191797</w:t>
            </w:r>
          </w:p>
        </w:tc>
        <w:tc>
          <w:tcPr>
            <w:tcW w:type="dxa" w:w="2160"/>
          </w:tcPr>
          <w:p>
            <w:r>
              <w:t>22019302</w:t>
            </w:r>
          </w:p>
        </w:tc>
        <w:tc>
          <w:tcPr>
            <w:tcW w:type="dxa" w:w="2160"/>
          </w:tcPr>
          <w:p>
            <w:r>
              <w:t>司凯玥</w:t>
            </w:r>
          </w:p>
        </w:tc>
      </w:tr>
      <w:tr>
        <w:tc>
          <w:tcPr>
            <w:tcW w:type="dxa" w:w="2160"/>
          </w:tcPr>
          <w:p>
            <w:r>
              <w:t>9</w:t>
            </w:r>
          </w:p>
        </w:tc>
        <w:tc>
          <w:tcPr>
            <w:tcW w:type="dxa" w:w="2160"/>
          </w:tcPr>
          <w:p>
            <w:r>
              <w:t>213192553</w:t>
            </w:r>
          </w:p>
        </w:tc>
        <w:tc>
          <w:tcPr>
            <w:tcW w:type="dxa" w:w="2160"/>
          </w:tcPr>
          <w:p>
            <w:r>
              <w:t>22019201</w:t>
            </w:r>
          </w:p>
        </w:tc>
        <w:tc>
          <w:tcPr>
            <w:tcW w:type="dxa" w:w="2160"/>
          </w:tcPr>
          <w:p>
            <w:r>
              <w:t>寇辉</w:t>
            </w:r>
          </w:p>
        </w:tc>
      </w:tr>
      <w:tr>
        <w:tc>
          <w:tcPr>
            <w:tcW w:type="dxa" w:w="2160"/>
          </w:tcPr>
          <w:p>
            <w:r>
              <w:t>10</w:t>
            </w:r>
          </w:p>
        </w:tc>
        <w:tc>
          <w:tcPr>
            <w:tcW w:type="dxa" w:w="2160"/>
          </w:tcPr>
          <w:p>
            <w:r>
              <w:t>213193685</w:t>
            </w:r>
          </w:p>
        </w:tc>
        <w:tc>
          <w:tcPr>
            <w:tcW w:type="dxa" w:w="2160"/>
          </w:tcPr>
          <w:p>
            <w:r>
              <w:t>22019315</w:t>
            </w:r>
          </w:p>
        </w:tc>
        <w:tc>
          <w:tcPr>
            <w:tcW w:type="dxa" w:w="2160"/>
          </w:tcPr>
          <w:p>
            <w:r>
              <w:t>张俊豪</w:t>
            </w:r>
          </w:p>
        </w:tc>
      </w:tr>
      <w:tr>
        <w:tc>
          <w:tcPr>
            <w:tcW w:type="dxa" w:w="2160"/>
          </w:tcPr>
          <w:p>
            <w:r>
              <w:t>11</w:t>
            </w:r>
          </w:p>
        </w:tc>
        <w:tc>
          <w:tcPr>
            <w:tcW w:type="dxa" w:w="2160"/>
          </w:tcPr>
          <w:p>
            <w:r>
              <w:t>213191963</w:t>
            </w:r>
          </w:p>
        </w:tc>
        <w:tc>
          <w:tcPr>
            <w:tcW w:type="dxa" w:w="2160"/>
          </w:tcPr>
          <w:p>
            <w:r>
              <w:t>22019222</w:t>
            </w:r>
          </w:p>
        </w:tc>
        <w:tc>
          <w:tcPr>
            <w:tcW w:type="dxa" w:w="2160"/>
          </w:tcPr>
          <w:p>
            <w:r>
              <w:t>杨栋景</w:t>
            </w:r>
          </w:p>
        </w:tc>
      </w:tr>
      <w:tr>
        <w:tc>
          <w:tcPr>
            <w:tcW w:type="dxa" w:w="2160"/>
          </w:tcPr>
          <w:p>
            <w:r>
              <w:t>12</w:t>
            </w:r>
          </w:p>
        </w:tc>
        <w:tc>
          <w:tcPr>
            <w:tcW w:type="dxa" w:w="2160"/>
          </w:tcPr>
          <w:p>
            <w:r>
              <w:t>213191780</w:t>
            </w:r>
          </w:p>
        </w:tc>
        <w:tc>
          <w:tcPr>
            <w:tcW w:type="dxa" w:w="2160"/>
          </w:tcPr>
          <w:p>
            <w:r>
              <w:t>22019425</w:t>
            </w:r>
          </w:p>
        </w:tc>
        <w:tc>
          <w:tcPr>
            <w:tcW w:type="dxa" w:w="2160"/>
          </w:tcPr>
          <w:p>
            <w:r>
              <w:t>李少博</w:t>
            </w:r>
          </w:p>
        </w:tc>
      </w:tr>
      <w:tr>
        <w:tc>
          <w:tcPr>
            <w:tcW w:type="dxa" w:w="2160"/>
          </w:tcPr>
          <w:p>
            <w:r>
              <w:t>13</w:t>
            </w:r>
          </w:p>
        </w:tc>
        <w:tc>
          <w:tcPr>
            <w:tcW w:type="dxa" w:w="2160"/>
          </w:tcPr>
          <w:p>
            <w:r>
              <w:t>213191617</w:t>
            </w:r>
          </w:p>
        </w:tc>
        <w:tc>
          <w:tcPr>
            <w:tcW w:type="dxa" w:w="2160"/>
          </w:tcPr>
          <w:p>
            <w:r>
              <w:t>22019224</w:t>
            </w:r>
          </w:p>
        </w:tc>
        <w:tc>
          <w:tcPr>
            <w:tcW w:type="dxa" w:w="2160"/>
          </w:tcPr>
          <w:p>
            <w:r>
              <w:t>陈泽华</w:t>
            </w:r>
          </w:p>
        </w:tc>
      </w:tr>
      <w:tr>
        <w:tc>
          <w:tcPr>
            <w:tcW w:type="dxa" w:w="2160"/>
          </w:tcPr>
          <w:p>
            <w:r>
              <w:t>14</w:t>
            </w:r>
          </w:p>
        </w:tc>
        <w:tc>
          <w:tcPr>
            <w:tcW w:type="dxa" w:w="2160"/>
          </w:tcPr>
          <w:p>
            <w:r>
              <w:t>213193482</w:t>
            </w:r>
          </w:p>
        </w:tc>
        <w:tc>
          <w:tcPr>
            <w:tcW w:type="dxa" w:w="2160"/>
          </w:tcPr>
          <w:p>
            <w:r>
              <w:t>22019310</w:t>
            </w:r>
          </w:p>
        </w:tc>
        <w:tc>
          <w:tcPr>
            <w:tcW w:type="dxa" w:w="2160"/>
          </w:tcPr>
          <w:p>
            <w:r>
              <w:t>方子瑜</w:t>
            </w:r>
          </w:p>
        </w:tc>
      </w:tr>
      <w:tr>
        <w:tc>
          <w:tcPr>
            <w:tcW w:type="dxa" w:w="2160"/>
          </w:tcPr>
          <w:p>
            <w:r>
              <w:t>15</w:t>
            </w:r>
          </w:p>
        </w:tc>
        <w:tc>
          <w:tcPr>
            <w:tcW w:type="dxa" w:w="2160"/>
          </w:tcPr>
          <w:p>
            <w:r>
              <w:t>213192245</w:t>
            </w:r>
          </w:p>
        </w:tc>
        <w:tc>
          <w:tcPr>
            <w:tcW w:type="dxa" w:w="2160"/>
          </w:tcPr>
          <w:p>
            <w:r>
              <w:t>22019101</w:t>
            </w:r>
          </w:p>
        </w:tc>
        <w:tc>
          <w:tcPr>
            <w:tcW w:type="dxa" w:w="2160"/>
          </w:tcPr>
          <w:p>
            <w:r>
              <w:t>闫禹霏</w:t>
            </w:r>
          </w:p>
        </w:tc>
      </w:tr>
      <w:tr>
        <w:tc>
          <w:tcPr>
            <w:tcW w:type="dxa" w:w="2160"/>
          </w:tcPr>
          <w:p>
            <w:r>
              <w:t>16</w:t>
            </w:r>
          </w:p>
        </w:tc>
        <w:tc>
          <w:tcPr>
            <w:tcW w:type="dxa" w:w="2160"/>
          </w:tcPr>
          <w:p>
            <w:r>
              <w:t>213192556</w:t>
            </w:r>
          </w:p>
        </w:tc>
        <w:tc>
          <w:tcPr>
            <w:tcW w:type="dxa" w:w="2160"/>
          </w:tcPr>
          <w:p>
            <w:r>
              <w:t>22019225</w:t>
            </w:r>
          </w:p>
        </w:tc>
        <w:tc>
          <w:tcPr>
            <w:tcW w:type="dxa" w:w="2160"/>
          </w:tcPr>
          <w:p>
            <w:r>
              <w:t>王薪恺</w:t>
            </w:r>
          </w:p>
        </w:tc>
      </w:tr>
      <w:tr>
        <w:tc>
          <w:tcPr>
            <w:tcW w:type="dxa" w:w="2160"/>
          </w:tcPr>
          <w:p>
            <w:r>
              <w:t>17</w:t>
            </w:r>
          </w:p>
        </w:tc>
        <w:tc>
          <w:tcPr>
            <w:tcW w:type="dxa" w:w="2160"/>
          </w:tcPr>
          <w:p>
            <w:r>
              <w:t>213190479</w:t>
            </w:r>
          </w:p>
        </w:tc>
        <w:tc>
          <w:tcPr>
            <w:tcW w:type="dxa" w:w="2160"/>
          </w:tcPr>
          <w:p>
            <w:r>
              <w:t>22019321</w:t>
            </w:r>
          </w:p>
        </w:tc>
        <w:tc>
          <w:tcPr>
            <w:tcW w:type="dxa" w:w="2160"/>
          </w:tcPr>
          <w:p>
            <w:r>
              <w:t>杜文兴</w:t>
            </w:r>
          </w:p>
        </w:tc>
      </w:tr>
      <w:tr>
        <w:tc>
          <w:tcPr>
            <w:tcW w:type="dxa" w:w="2160"/>
          </w:tcPr>
          <w:p>
            <w:r>
              <w:t>18</w:t>
            </w:r>
          </w:p>
        </w:tc>
        <w:tc>
          <w:tcPr>
            <w:tcW w:type="dxa" w:w="2160"/>
          </w:tcPr>
          <w:p>
            <w:r>
              <w:t>213191493</w:t>
            </w:r>
          </w:p>
        </w:tc>
        <w:tc>
          <w:tcPr>
            <w:tcW w:type="dxa" w:w="2160"/>
          </w:tcPr>
          <w:p>
            <w:r>
              <w:t>22019311</w:t>
            </w:r>
          </w:p>
        </w:tc>
        <w:tc>
          <w:tcPr>
            <w:tcW w:type="dxa" w:w="2160"/>
          </w:tcPr>
          <w:p>
            <w:r>
              <w:t>李浪</w:t>
            </w:r>
          </w:p>
        </w:tc>
      </w:tr>
      <w:tr>
        <w:tc>
          <w:tcPr>
            <w:tcW w:type="dxa" w:w="2160"/>
          </w:tcPr>
          <w:p>
            <w:r>
              <w:t>19</w:t>
            </w:r>
          </w:p>
        </w:tc>
        <w:tc>
          <w:tcPr>
            <w:tcW w:type="dxa" w:w="2160"/>
          </w:tcPr>
          <w:p>
            <w:r>
              <w:t>213191957</w:t>
            </w:r>
          </w:p>
        </w:tc>
        <w:tc>
          <w:tcPr>
            <w:tcW w:type="dxa" w:w="2160"/>
          </w:tcPr>
          <w:p>
            <w:r>
              <w:t>22019325</w:t>
            </w:r>
          </w:p>
        </w:tc>
        <w:tc>
          <w:tcPr>
            <w:tcW w:type="dxa" w:w="2160"/>
          </w:tcPr>
          <w:p>
            <w:r>
              <w:t>杨溢</w:t>
            </w:r>
          </w:p>
        </w:tc>
      </w:tr>
      <w:tr>
        <w:tc>
          <w:tcPr>
            <w:tcW w:type="dxa" w:w="2160"/>
          </w:tcPr>
          <w:p>
            <w:r>
              <w:t>20</w:t>
            </w:r>
          </w:p>
        </w:tc>
        <w:tc>
          <w:tcPr>
            <w:tcW w:type="dxa" w:w="2160"/>
          </w:tcPr>
          <w:p>
            <w:r>
              <w:t>213190629</w:t>
            </w:r>
          </w:p>
        </w:tc>
        <w:tc>
          <w:tcPr>
            <w:tcW w:type="dxa" w:w="2160"/>
          </w:tcPr>
          <w:p>
            <w:r>
              <w:t>22019105</w:t>
            </w:r>
          </w:p>
        </w:tc>
        <w:tc>
          <w:tcPr>
            <w:tcW w:type="dxa" w:w="2160"/>
          </w:tcPr>
          <w:p>
            <w:r>
              <w:t>杨珂皓宇</w:t>
            </w:r>
          </w:p>
        </w:tc>
      </w:tr>
      <w:tr>
        <w:tc>
          <w:tcPr>
            <w:tcW w:type="dxa" w:w="2160"/>
          </w:tcPr>
          <w:p>
            <w:r>
              <w:t>21</w:t>
            </w:r>
          </w:p>
        </w:tc>
        <w:tc>
          <w:tcPr>
            <w:tcW w:type="dxa" w:w="2160"/>
          </w:tcPr>
          <w:p>
            <w:r>
              <w:t>213190953</w:t>
            </w:r>
          </w:p>
        </w:tc>
        <w:tc>
          <w:tcPr>
            <w:tcW w:type="dxa" w:w="2160"/>
          </w:tcPr>
          <w:p>
            <w:r>
              <w:t>22019412</w:t>
            </w:r>
          </w:p>
        </w:tc>
        <w:tc>
          <w:tcPr>
            <w:tcW w:type="dxa" w:w="2160"/>
          </w:tcPr>
          <w:p>
            <w:r>
              <w:t>钱荣辉</w:t>
            </w:r>
          </w:p>
        </w:tc>
      </w:tr>
      <w:tr>
        <w:tc>
          <w:tcPr>
            <w:tcW w:type="dxa" w:w="2160"/>
          </w:tcPr>
          <w:p>
            <w:r>
              <w:t>22</w:t>
            </w:r>
          </w:p>
        </w:tc>
        <w:tc>
          <w:tcPr>
            <w:tcW w:type="dxa" w:w="2160"/>
          </w:tcPr>
          <w:p>
            <w:r>
              <w:t>213192390</w:t>
            </w:r>
          </w:p>
        </w:tc>
        <w:tc>
          <w:tcPr>
            <w:tcW w:type="dxa" w:w="2160"/>
          </w:tcPr>
          <w:p>
            <w:r>
              <w:t>22019402</w:t>
            </w:r>
          </w:p>
        </w:tc>
        <w:tc>
          <w:tcPr>
            <w:tcW w:type="dxa" w:w="2160"/>
          </w:tcPr>
          <w:p>
            <w:r>
              <w:t>张泽润</w:t>
            </w:r>
          </w:p>
        </w:tc>
      </w:tr>
      <w:tr>
        <w:tc>
          <w:tcPr>
            <w:tcW w:type="dxa" w:w="2160"/>
          </w:tcPr>
          <w:p>
            <w:r>
              <w:t>23</w:t>
            </w:r>
          </w:p>
        </w:tc>
        <w:tc>
          <w:tcPr>
            <w:tcW w:type="dxa" w:w="2160"/>
          </w:tcPr>
          <w:p>
            <w:r>
              <w:t>213193693</w:t>
            </w:r>
          </w:p>
        </w:tc>
        <w:tc>
          <w:tcPr>
            <w:tcW w:type="dxa" w:w="2160"/>
          </w:tcPr>
          <w:p>
            <w:r>
              <w:t>22019206</w:t>
            </w:r>
          </w:p>
        </w:tc>
        <w:tc>
          <w:tcPr>
            <w:tcW w:type="dxa" w:w="2160"/>
          </w:tcPr>
          <w:p>
            <w:r>
              <w:t>刘昱彤</w:t>
            </w:r>
          </w:p>
        </w:tc>
      </w:tr>
      <w:tr>
        <w:tc>
          <w:tcPr>
            <w:tcW w:type="dxa" w:w="2160"/>
          </w:tcPr>
          <w:p>
            <w:r>
              <w:t>24</w:t>
            </w:r>
          </w:p>
        </w:tc>
        <w:tc>
          <w:tcPr>
            <w:tcW w:type="dxa" w:w="2160"/>
          </w:tcPr>
          <w:p>
            <w:r>
              <w:t>213191801</w:t>
            </w:r>
          </w:p>
        </w:tc>
        <w:tc>
          <w:tcPr>
            <w:tcW w:type="dxa" w:w="2160"/>
          </w:tcPr>
          <w:p>
            <w:r>
              <w:t>22019127</w:t>
            </w:r>
          </w:p>
        </w:tc>
        <w:tc>
          <w:tcPr>
            <w:tcW w:type="dxa" w:w="2160"/>
          </w:tcPr>
          <w:p>
            <w:r>
              <w:t>李博同</w:t>
            </w:r>
          </w:p>
        </w:tc>
      </w:tr>
      <w:tr>
        <w:tc>
          <w:tcPr>
            <w:tcW w:type="dxa" w:w="2160"/>
          </w:tcPr>
          <w:p>
            <w:r>
              <w:t>25</w:t>
            </w:r>
          </w:p>
        </w:tc>
        <w:tc>
          <w:tcPr>
            <w:tcW w:type="dxa" w:w="2160"/>
          </w:tcPr>
          <w:p>
            <w:r>
              <w:t>213193029</w:t>
            </w:r>
          </w:p>
        </w:tc>
        <w:tc>
          <w:tcPr>
            <w:tcW w:type="dxa" w:w="2160"/>
          </w:tcPr>
          <w:p>
            <w:r>
              <w:t>22019103</w:t>
            </w:r>
          </w:p>
        </w:tc>
        <w:tc>
          <w:tcPr>
            <w:tcW w:type="dxa" w:w="2160"/>
          </w:tcPr>
          <w:p>
            <w:r>
              <w:t>聂姝涵</w:t>
            </w:r>
          </w:p>
        </w:tc>
      </w:tr>
      <w:tr>
        <w:tc>
          <w:tcPr>
            <w:tcW w:type="dxa" w:w="2160"/>
          </w:tcPr>
          <w:p>
            <w:r>
              <w:t>26</w:t>
            </w:r>
          </w:p>
        </w:tc>
        <w:tc>
          <w:tcPr>
            <w:tcW w:type="dxa" w:w="2160"/>
          </w:tcPr>
          <w:p>
            <w:r>
              <w:t>213193369</w:t>
            </w:r>
          </w:p>
        </w:tc>
        <w:tc>
          <w:tcPr>
            <w:tcW w:type="dxa" w:w="2160"/>
          </w:tcPr>
          <w:p>
            <w:r>
              <w:t>22019416</w:t>
            </w:r>
          </w:p>
        </w:tc>
        <w:tc>
          <w:tcPr>
            <w:tcW w:type="dxa" w:w="2160"/>
          </w:tcPr>
          <w:p>
            <w:r>
              <w:t>鲍俊元</w:t>
            </w:r>
          </w:p>
        </w:tc>
      </w:tr>
      <w:tr>
        <w:tc>
          <w:tcPr>
            <w:tcW w:type="dxa" w:w="2160"/>
          </w:tcPr>
          <w:p>
            <w:r>
              <w:t>27</w:t>
            </w:r>
          </w:p>
        </w:tc>
        <w:tc>
          <w:tcPr>
            <w:tcW w:type="dxa" w:w="2160"/>
          </w:tcPr>
          <w:p>
            <w:r>
              <w:t>213193105</w:t>
            </w:r>
          </w:p>
        </w:tc>
        <w:tc>
          <w:tcPr>
            <w:tcW w:type="dxa" w:w="2160"/>
          </w:tcPr>
          <w:p>
            <w:r>
              <w:t>22019404</w:t>
            </w:r>
          </w:p>
        </w:tc>
        <w:tc>
          <w:tcPr>
            <w:tcW w:type="dxa" w:w="2160"/>
          </w:tcPr>
          <w:p>
            <w:r>
              <w:t>何子飞</w:t>
            </w:r>
          </w:p>
        </w:tc>
      </w:tr>
      <w:tr>
        <w:tc>
          <w:tcPr>
            <w:tcW w:type="dxa" w:w="2160"/>
          </w:tcPr>
          <w:p>
            <w:r>
              <w:t>28</w:t>
            </w:r>
          </w:p>
        </w:tc>
        <w:tc>
          <w:tcPr>
            <w:tcW w:type="dxa" w:w="2160"/>
          </w:tcPr>
          <w:p>
            <w:r>
              <w:t>213193381</w:t>
            </w:r>
          </w:p>
        </w:tc>
        <w:tc>
          <w:tcPr>
            <w:tcW w:type="dxa" w:w="2160"/>
          </w:tcPr>
          <w:p>
            <w:r>
              <w:t>22019215</w:t>
            </w:r>
          </w:p>
        </w:tc>
        <w:tc>
          <w:tcPr>
            <w:tcW w:type="dxa" w:w="2160"/>
          </w:tcPr>
          <w:p>
            <w:r>
              <w:t>徐恒</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