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仪器科学与工程学院2022年预推免（第二轮）考核结果</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序号</w:t>
            </w:r>
          </w:p>
        </w:tc>
        <w:tc>
          <w:tcPr>
            <w:tcW w:type="dxa" w:w="1440"/>
          </w:tcPr>
          <w:p>
            <w:r>
              <w:t>报名号</w:t>
            </w:r>
          </w:p>
        </w:tc>
        <w:tc>
          <w:tcPr>
            <w:tcW w:type="dxa" w:w="1440"/>
          </w:tcPr>
          <w:p>
            <w:r>
              <w:t>姓名</w:t>
            </w:r>
          </w:p>
        </w:tc>
        <w:tc>
          <w:tcPr>
            <w:tcW w:type="dxa" w:w="1440"/>
          </w:tcPr>
          <w:p>
            <w:r>
              <w:t>报考专业</w:t>
            </w:r>
          </w:p>
        </w:tc>
        <w:tc>
          <w:tcPr>
            <w:tcW w:type="dxa" w:w="1440"/>
          </w:tcPr>
          <w:p>
            <w:r>
              <w:t>综合成绩</w:t>
            </w:r>
          </w:p>
        </w:tc>
        <w:tc>
          <w:tcPr>
            <w:tcW w:type="dxa" w:w="1440"/>
          </w:tcPr>
          <w:p>
            <w:r>
              <w:t>等级（优秀/合格/不合格）</w:t>
            </w:r>
          </w:p>
        </w:tc>
      </w:tr>
      <w:tr>
        <w:tc>
          <w:tcPr>
            <w:tcW w:type="dxa" w:w="1440"/>
          </w:tcPr>
          <w:p>
            <w:r>
              <w:t>1</w:t>
            </w:r>
          </w:p>
        </w:tc>
        <w:tc>
          <w:tcPr>
            <w:tcW w:type="dxa" w:w="1440"/>
          </w:tcPr>
          <w:p>
            <w:r>
              <w:t>20233306993</w:t>
            </w:r>
          </w:p>
        </w:tc>
        <w:tc>
          <w:tcPr>
            <w:tcW w:type="dxa" w:w="1440"/>
          </w:tcPr>
          <w:p>
            <w:r>
              <w:t>何子飞</w:t>
            </w:r>
          </w:p>
        </w:tc>
        <w:tc>
          <w:tcPr>
            <w:tcW w:type="dxa" w:w="1440"/>
          </w:tcPr>
          <w:p>
            <w:r>
              <w:t>仪器科学与技术</w:t>
            </w:r>
          </w:p>
        </w:tc>
        <w:tc>
          <w:tcPr>
            <w:tcW w:type="dxa" w:w="1440"/>
          </w:tcPr>
          <w:p>
            <w:r>
              <w:t>90.95</w:t>
            </w:r>
          </w:p>
        </w:tc>
        <w:tc>
          <w:tcPr>
            <w:tcW w:type="dxa" w:w="1440"/>
          </w:tcPr>
          <w:p>
            <w:r>
              <w:t>优秀（专业和培养地点须服从分配）</w:t>
            </w:r>
          </w:p>
        </w:tc>
      </w:tr>
      <w:tr>
        <w:tc>
          <w:tcPr>
            <w:tcW w:type="dxa" w:w="1440"/>
          </w:tcPr>
          <w:p>
            <w:r>
              <w:t>2</w:t>
            </w:r>
          </w:p>
        </w:tc>
        <w:tc>
          <w:tcPr>
            <w:tcW w:type="dxa" w:w="1440"/>
          </w:tcPr>
          <w:p>
            <w:r>
              <w:t>20233307586</w:t>
            </w:r>
          </w:p>
        </w:tc>
        <w:tc>
          <w:tcPr>
            <w:tcW w:type="dxa" w:w="1440"/>
          </w:tcPr>
          <w:p>
            <w:r>
              <w:t>刘昱彤</w:t>
            </w:r>
          </w:p>
        </w:tc>
        <w:tc>
          <w:tcPr>
            <w:tcW w:type="dxa" w:w="1440"/>
          </w:tcPr>
          <w:p>
            <w:r>
              <w:t>仪器科学与技术</w:t>
            </w:r>
          </w:p>
        </w:tc>
        <w:tc>
          <w:tcPr>
            <w:tcW w:type="dxa" w:w="1440"/>
          </w:tcPr>
          <w:p>
            <w:r>
              <w:t>90.75</w:t>
            </w:r>
          </w:p>
        </w:tc>
        <w:tc>
          <w:tcPr>
            <w:tcW w:type="dxa" w:w="1440"/>
          </w:tcPr>
          <w:p>
            <w:r>
              <w:t>优秀（专业和培养地点须服从分配）</w:t>
            </w:r>
          </w:p>
        </w:tc>
      </w:tr>
      <w:tr>
        <w:tc>
          <w:tcPr>
            <w:tcW w:type="dxa" w:w="1440"/>
          </w:tcPr>
          <w:p>
            <w:r>
              <w:t>3</w:t>
            </w:r>
          </w:p>
        </w:tc>
        <w:tc>
          <w:tcPr>
            <w:tcW w:type="dxa" w:w="1440"/>
          </w:tcPr>
          <w:p>
            <w:r>
              <w:t>20233308196</w:t>
            </w:r>
          </w:p>
        </w:tc>
        <w:tc>
          <w:tcPr>
            <w:tcW w:type="dxa" w:w="1440"/>
          </w:tcPr>
          <w:p>
            <w:r>
              <w:t>刘尚昆</w:t>
            </w:r>
          </w:p>
        </w:tc>
        <w:tc>
          <w:tcPr>
            <w:tcW w:type="dxa" w:w="1440"/>
          </w:tcPr>
          <w:p>
            <w:r>
              <w:t>电子信息（专业学位）</w:t>
            </w:r>
          </w:p>
        </w:tc>
        <w:tc>
          <w:tcPr>
            <w:tcW w:type="dxa" w:w="1440"/>
          </w:tcPr>
          <w:p>
            <w:r>
              <w:t>90.44</w:t>
            </w:r>
          </w:p>
        </w:tc>
        <w:tc>
          <w:tcPr>
            <w:tcW w:type="dxa" w:w="1440"/>
          </w:tcPr>
          <w:p>
            <w:r>
              <w:t>优秀（专业和培养地点须服从分配）</w:t>
            </w:r>
          </w:p>
        </w:tc>
      </w:tr>
      <w:tr>
        <w:tc>
          <w:tcPr>
            <w:tcW w:type="dxa" w:w="1440"/>
          </w:tcPr>
          <w:p>
            <w:r>
              <w:t>4</w:t>
            </w:r>
          </w:p>
        </w:tc>
        <w:tc>
          <w:tcPr>
            <w:tcW w:type="dxa" w:w="1440"/>
          </w:tcPr>
          <w:p>
            <w:r>
              <w:t>20233307486</w:t>
            </w:r>
          </w:p>
        </w:tc>
        <w:tc>
          <w:tcPr>
            <w:tcW w:type="dxa" w:w="1440"/>
          </w:tcPr>
          <w:p>
            <w:r>
              <w:t>史晓琼</w:t>
            </w:r>
          </w:p>
        </w:tc>
        <w:tc>
          <w:tcPr>
            <w:tcW w:type="dxa" w:w="1440"/>
          </w:tcPr>
          <w:p>
            <w:r>
              <w:t>仪器科学与技术</w:t>
            </w:r>
          </w:p>
        </w:tc>
        <w:tc>
          <w:tcPr>
            <w:tcW w:type="dxa" w:w="1440"/>
          </w:tcPr>
          <w:p>
            <w:r>
              <w:t>90.07</w:t>
            </w:r>
          </w:p>
        </w:tc>
        <w:tc>
          <w:tcPr>
            <w:tcW w:type="dxa" w:w="1440"/>
          </w:tcPr>
          <w:p>
            <w:r>
              <w:t>优秀（专业和培养地点须服从分配）</w:t>
            </w:r>
          </w:p>
        </w:tc>
      </w:tr>
      <w:tr>
        <w:tc>
          <w:tcPr>
            <w:tcW w:type="dxa" w:w="1440"/>
          </w:tcPr>
          <w:p>
            <w:r>
              <w:t>5</w:t>
            </w:r>
          </w:p>
        </w:tc>
        <w:tc>
          <w:tcPr>
            <w:tcW w:type="dxa" w:w="1440"/>
          </w:tcPr>
          <w:p>
            <w:r>
              <w:t>20233307305</w:t>
            </w:r>
          </w:p>
        </w:tc>
        <w:tc>
          <w:tcPr>
            <w:tcW w:type="dxa" w:w="1440"/>
          </w:tcPr>
          <w:p>
            <w:r>
              <w:t>王薪恺</w:t>
            </w:r>
          </w:p>
        </w:tc>
        <w:tc>
          <w:tcPr>
            <w:tcW w:type="dxa" w:w="1440"/>
          </w:tcPr>
          <w:p>
            <w:r>
              <w:t>仪器科学与技术</w:t>
            </w:r>
          </w:p>
        </w:tc>
        <w:tc>
          <w:tcPr>
            <w:tcW w:type="dxa" w:w="1440"/>
          </w:tcPr>
          <w:p>
            <w:r>
              <w:t>89.98</w:t>
            </w:r>
          </w:p>
        </w:tc>
        <w:tc>
          <w:tcPr>
            <w:tcW w:type="dxa" w:w="1440"/>
          </w:tcPr>
          <w:p>
            <w:r>
              <w:t>优秀（专业和培养地点须服从分配）</w:t>
            </w:r>
          </w:p>
        </w:tc>
      </w:tr>
      <w:tr>
        <w:tc>
          <w:tcPr>
            <w:tcW w:type="dxa" w:w="1440"/>
          </w:tcPr>
          <w:p>
            <w:r>
              <w:t>6</w:t>
            </w:r>
          </w:p>
        </w:tc>
        <w:tc>
          <w:tcPr>
            <w:tcW w:type="dxa" w:w="1440"/>
          </w:tcPr>
          <w:p>
            <w:r>
              <w:t>20233307691</w:t>
            </w:r>
          </w:p>
        </w:tc>
        <w:tc>
          <w:tcPr>
            <w:tcW w:type="dxa" w:w="1440"/>
          </w:tcPr>
          <w:p>
            <w:r>
              <w:t>王凯毅</w:t>
            </w:r>
          </w:p>
        </w:tc>
        <w:tc>
          <w:tcPr>
            <w:tcW w:type="dxa" w:w="1440"/>
          </w:tcPr>
          <w:p>
            <w:r>
              <w:t>仪器科学与技术</w:t>
            </w:r>
          </w:p>
        </w:tc>
        <w:tc>
          <w:tcPr>
            <w:tcW w:type="dxa" w:w="1440"/>
          </w:tcPr>
          <w:p>
            <w:r>
              <w:t>89.16</w:t>
            </w:r>
          </w:p>
        </w:tc>
        <w:tc>
          <w:tcPr>
            <w:tcW w:type="dxa" w:w="1440"/>
          </w:tcPr>
          <w:p>
            <w:r>
              <w:t>合格</w:t>
            </w:r>
          </w:p>
        </w:tc>
      </w:tr>
      <w:tr>
        <w:tc>
          <w:tcPr>
            <w:tcW w:type="dxa" w:w="1440"/>
          </w:tcPr>
          <w:p>
            <w:r>
              <w:t>7</w:t>
            </w:r>
          </w:p>
        </w:tc>
        <w:tc>
          <w:tcPr>
            <w:tcW w:type="dxa" w:w="1440"/>
          </w:tcPr>
          <w:p>
            <w:r>
              <w:t>20233307568</w:t>
            </w:r>
          </w:p>
        </w:tc>
        <w:tc>
          <w:tcPr>
            <w:tcW w:type="dxa" w:w="1440"/>
          </w:tcPr>
          <w:p>
            <w:r>
              <w:t>姬莉莉</w:t>
            </w:r>
          </w:p>
        </w:tc>
        <w:tc>
          <w:tcPr>
            <w:tcW w:type="dxa" w:w="1440"/>
          </w:tcPr>
          <w:p>
            <w:r>
              <w:t>仪器科学与技术</w:t>
            </w:r>
          </w:p>
        </w:tc>
        <w:tc>
          <w:tcPr>
            <w:tcW w:type="dxa" w:w="1440"/>
          </w:tcPr>
          <w:p>
            <w:r>
              <w:t>89.09</w:t>
            </w:r>
          </w:p>
        </w:tc>
        <w:tc>
          <w:tcPr>
            <w:tcW w:type="dxa" w:w="1440"/>
          </w:tcPr>
          <w:p>
            <w:r>
              <w:t>合格</w:t>
            </w:r>
          </w:p>
        </w:tc>
      </w:tr>
      <w:tr>
        <w:tc>
          <w:tcPr>
            <w:tcW w:type="dxa" w:w="1440"/>
          </w:tcPr>
          <w:p>
            <w:r>
              <w:t>8</w:t>
            </w:r>
          </w:p>
        </w:tc>
        <w:tc>
          <w:tcPr>
            <w:tcW w:type="dxa" w:w="1440"/>
          </w:tcPr>
          <w:p>
            <w:r>
              <w:t>20233303940</w:t>
            </w:r>
          </w:p>
        </w:tc>
        <w:tc>
          <w:tcPr>
            <w:tcW w:type="dxa" w:w="1440"/>
          </w:tcPr>
          <w:p>
            <w:r>
              <w:t>李家伟</w:t>
            </w:r>
          </w:p>
        </w:tc>
        <w:tc>
          <w:tcPr>
            <w:tcW w:type="dxa" w:w="1440"/>
          </w:tcPr>
          <w:p>
            <w:r>
              <w:t>仪器科学与技术</w:t>
            </w:r>
          </w:p>
        </w:tc>
        <w:tc>
          <w:tcPr>
            <w:tcW w:type="dxa" w:w="1440"/>
          </w:tcPr>
          <w:p>
            <w:r>
              <w:t>88.54</w:t>
            </w:r>
          </w:p>
        </w:tc>
        <w:tc>
          <w:tcPr>
            <w:tcW w:type="dxa" w:w="1440"/>
          </w:tcPr>
          <w:p>
            <w:r>
              <w:t>合格</w:t>
            </w:r>
          </w:p>
        </w:tc>
      </w:tr>
      <w:tr>
        <w:tc>
          <w:tcPr>
            <w:tcW w:type="dxa" w:w="1440"/>
          </w:tcPr>
          <w:p>
            <w:r>
              <w:t>9</w:t>
            </w:r>
          </w:p>
        </w:tc>
        <w:tc>
          <w:tcPr>
            <w:tcW w:type="dxa" w:w="1440"/>
          </w:tcPr>
          <w:p>
            <w:r>
              <w:t>20233307397</w:t>
            </w:r>
          </w:p>
        </w:tc>
        <w:tc>
          <w:tcPr>
            <w:tcW w:type="dxa" w:w="1440"/>
          </w:tcPr>
          <w:p>
            <w:r>
              <w:t>李昊东</w:t>
            </w:r>
          </w:p>
        </w:tc>
        <w:tc>
          <w:tcPr>
            <w:tcW w:type="dxa" w:w="1440"/>
          </w:tcPr>
          <w:p>
            <w:r>
              <w:t>仪器科学与技术</w:t>
            </w:r>
          </w:p>
        </w:tc>
        <w:tc>
          <w:tcPr>
            <w:tcW w:type="dxa" w:w="1440"/>
          </w:tcPr>
          <w:p>
            <w:r>
              <w:t>87.30</w:t>
            </w:r>
          </w:p>
        </w:tc>
        <w:tc>
          <w:tcPr>
            <w:tcW w:type="dxa" w:w="1440"/>
          </w:tcPr>
          <w:p>
            <w:r>
              <w:t>合格</w:t>
            </w:r>
          </w:p>
        </w:tc>
      </w:tr>
      <w:tr>
        <w:tc>
          <w:tcPr>
            <w:tcW w:type="dxa" w:w="1440"/>
          </w:tcPr>
          <w:p>
            <w:r>
              <w:t>10</w:t>
            </w:r>
          </w:p>
        </w:tc>
        <w:tc>
          <w:tcPr>
            <w:tcW w:type="dxa" w:w="1440"/>
          </w:tcPr>
          <w:p>
            <w:r>
              <w:t>20233300424</w:t>
            </w:r>
          </w:p>
        </w:tc>
        <w:tc>
          <w:tcPr>
            <w:tcW w:type="dxa" w:w="1440"/>
          </w:tcPr>
          <w:p>
            <w:r>
              <w:t>沈国栋</w:t>
            </w:r>
          </w:p>
        </w:tc>
        <w:tc>
          <w:tcPr>
            <w:tcW w:type="dxa" w:w="1440"/>
          </w:tcPr>
          <w:p>
            <w:r>
              <w:t>仪器科学与技术</w:t>
            </w:r>
          </w:p>
        </w:tc>
        <w:tc>
          <w:tcPr>
            <w:tcW w:type="dxa" w:w="1440"/>
          </w:tcPr>
          <w:p>
            <w:r>
              <w:t>86.91</w:t>
            </w:r>
          </w:p>
        </w:tc>
        <w:tc>
          <w:tcPr>
            <w:tcW w:type="dxa" w:w="1440"/>
          </w:tcPr>
          <w:p>
            <w:r>
              <w:t>合格</w:t>
            </w:r>
          </w:p>
        </w:tc>
      </w:tr>
      <w:tr>
        <w:tc>
          <w:tcPr>
            <w:tcW w:type="dxa" w:w="1440"/>
          </w:tcPr>
          <w:p>
            <w:r>
              <w:t>11</w:t>
            </w:r>
          </w:p>
        </w:tc>
        <w:tc>
          <w:tcPr>
            <w:tcW w:type="dxa" w:w="1440"/>
          </w:tcPr>
          <w:p>
            <w:r>
              <w:t>20233300573</w:t>
            </w:r>
          </w:p>
        </w:tc>
        <w:tc>
          <w:tcPr>
            <w:tcW w:type="dxa" w:w="1440"/>
          </w:tcPr>
          <w:p>
            <w:r>
              <w:t>刘大川</w:t>
            </w:r>
          </w:p>
        </w:tc>
        <w:tc>
          <w:tcPr>
            <w:tcW w:type="dxa" w:w="1440"/>
          </w:tcPr>
          <w:p>
            <w:r>
              <w:t>仪器科学与技术</w:t>
            </w:r>
          </w:p>
        </w:tc>
        <w:tc>
          <w:tcPr>
            <w:tcW w:type="dxa" w:w="1440"/>
          </w:tcPr>
          <w:p>
            <w:r>
              <w:t>85.95</w:t>
            </w:r>
          </w:p>
        </w:tc>
        <w:tc>
          <w:tcPr>
            <w:tcW w:type="dxa" w:w="1440"/>
          </w:tcPr>
          <w:p>
            <w:r>
              <w:t>合格</w:t>
            </w:r>
          </w:p>
        </w:tc>
      </w:tr>
      <w:tr>
        <w:tc>
          <w:tcPr>
            <w:tcW w:type="dxa" w:w="1440"/>
          </w:tcPr>
          <w:p>
            <w:r>
              <w:t>12</w:t>
            </w:r>
          </w:p>
        </w:tc>
        <w:tc>
          <w:tcPr>
            <w:tcW w:type="dxa" w:w="1440"/>
          </w:tcPr>
          <w:p>
            <w:r>
              <w:t>20233308232</w:t>
            </w:r>
          </w:p>
        </w:tc>
        <w:tc>
          <w:tcPr>
            <w:tcW w:type="dxa" w:w="1440"/>
          </w:tcPr>
          <w:p>
            <w:r>
              <w:t>孔琳</w:t>
            </w:r>
          </w:p>
        </w:tc>
        <w:tc>
          <w:tcPr>
            <w:tcW w:type="dxa" w:w="1440"/>
          </w:tcPr>
          <w:p>
            <w:r>
              <w:t>仪器科学与技术</w:t>
            </w:r>
          </w:p>
        </w:tc>
        <w:tc>
          <w:tcPr>
            <w:tcW w:type="dxa" w:w="1440"/>
          </w:tcPr>
          <w:p>
            <w:r>
              <w:t>85.93</w:t>
            </w:r>
          </w:p>
        </w:tc>
        <w:tc>
          <w:tcPr>
            <w:tcW w:type="dxa" w:w="1440"/>
          </w:tcPr>
          <w:p>
            <w:r>
              <w:t>合格</w:t>
            </w:r>
          </w:p>
        </w:tc>
      </w:tr>
      <w:tr>
        <w:tc>
          <w:tcPr>
            <w:tcW w:type="dxa" w:w="1440"/>
          </w:tcPr>
          <w:p>
            <w:r>
              <w:t>13</w:t>
            </w:r>
          </w:p>
        </w:tc>
        <w:tc>
          <w:tcPr>
            <w:tcW w:type="dxa" w:w="1440"/>
          </w:tcPr>
          <w:p>
            <w:r>
              <w:t>20233308223</w:t>
            </w:r>
          </w:p>
        </w:tc>
        <w:tc>
          <w:tcPr>
            <w:tcW w:type="dxa" w:w="1440"/>
          </w:tcPr>
          <w:p>
            <w:r>
              <w:t>冯世享</w:t>
            </w:r>
          </w:p>
        </w:tc>
        <w:tc>
          <w:tcPr>
            <w:tcW w:type="dxa" w:w="1440"/>
          </w:tcPr>
          <w:p>
            <w:r>
              <w:t>导航、制导与控制</w:t>
            </w:r>
          </w:p>
        </w:tc>
        <w:tc>
          <w:tcPr>
            <w:tcW w:type="dxa" w:w="1440"/>
          </w:tcPr>
          <w:p>
            <w:r>
              <w:t>85.86</w:t>
            </w:r>
          </w:p>
        </w:tc>
        <w:tc>
          <w:tcPr>
            <w:tcW w:type="dxa" w:w="1440"/>
          </w:tcPr>
          <w:p>
            <w:r>
              <w:t>合格</w:t>
            </w:r>
          </w:p>
        </w:tc>
      </w:tr>
      <w:tr>
        <w:tc>
          <w:tcPr>
            <w:tcW w:type="dxa" w:w="1440"/>
          </w:tcPr>
          <w:p>
            <w:r>
              <w:t>14</w:t>
            </w:r>
          </w:p>
        </w:tc>
        <w:tc>
          <w:tcPr>
            <w:tcW w:type="dxa" w:w="1440"/>
          </w:tcPr>
          <w:p>
            <w:r>
              <w:t>20233308323</w:t>
            </w:r>
          </w:p>
        </w:tc>
        <w:tc>
          <w:tcPr>
            <w:tcW w:type="dxa" w:w="1440"/>
          </w:tcPr>
          <w:p>
            <w:r>
              <w:t>向雯</w:t>
            </w:r>
          </w:p>
        </w:tc>
        <w:tc>
          <w:tcPr>
            <w:tcW w:type="dxa" w:w="1440"/>
          </w:tcPr>
          <w:p>
            <w:r>
              <w:t>仪器科学与技术</w:t>
            </w:r>
          </w:p>
        </w:tc>
        <w:tc>
          <w:tcPr>
            <w:tcW w:type="dxa" w:w="1440"/>
          </w:tcPr>
          <w:p>
            <w:r>
              <w:t>85.04</w:t>
            </w:r>
          </w:p>
        </w:tc>
        <w:tc>
          <w:tcPr>
            <w:tcW w:type="dxa" w:w="1440"/>
          </w:tcPr>
          <w:p>
            <w:r>
              <w:t>合格</w:t>
            </w:r>
          </w:p>
        </w:tc>
      </w:tr>
      <w:tr>
        <w:tc>
          <w:tcPr>
            <w:tcW w:type="dxa" w:w="1440"/>
          </w:tcPr>
          <w:p>
            <w:r>
              <w:t>15</w:t>
            </w:r>
          </w:p>
        </w:tc>
        <w:tc>
          <w:tcPr>
            <w:tcW w:type="dxa" w:w="1440"/>
          </w:tcPr>
          <w:p>
            <w:r>
              <w:t>20233307410</w:t>
            </w:r>
          </w:p>
        </w:tc>
        <w:tc>
          <w:tcPr>
            <w:tcW w:type="dxa" w:w="1440"/>
          </w:tcPr>
          <w:p>
            <w:r>
              <w:t>田悦芃</w:t>
            </w:r>
          </w:p>
        </w:tc>
        <w:tc>
          <w:tcPr>
            <w:tcW w:type="dxa" w:w="1440"/>
          </w:tcPr>
          <w:p>
            <w:r>
              <w:t>仪器科学与技术</w:t>
            </w:r>
          </w:p>
        </w:tc>
        <w:tc>
          <w:tcPr>
            <w:tcW w:type="dxa" w:w="1440"/>
          </w:tcPr>
          <w:p>
            <w:r>
              <w:t>84.83</w:t>
            </w:r>
          </w:p>
        </w:tc>
        <w:tc>
          <w:tcPr>
            <w:tcW w:type="dxa" w:w="1440"/>
          </w:tcPr>
          <w:p>
            <w:r>
              <w:t>合格</w:t>
            </w:r>
          </w:p>
        </w:tc>
      </w:tr>
      <w:tr>
        <w:tc>
          <w:tcPr>
            <w:tcW w:type="dxa" w:w="1440"/>
          </w:tcPr>
          <w:p>
            <w:r>
              <w:t>16</w:t>
            </w:r>
          </w:p>
        </w:tc>
        <w:tc>
          <w:tcPr>
            <w:tcW w:type="dxa" w:w="1440"/>
          </w:tcPr>
          <w:p>
            <w:r>
              <w:t>20233308204</w:t>
            </w:r>
          </w:p>
        </w:tc>
        <w:tc>
          <w:tcPr>
            <w:tcW w:type="dxa" w:w="1440"/>
          </w:tcPr>
          <w:p>
            <w:r>
              <w:t>曹凯琴</w:t>
            </w:r>
          </w:p>
        </w:tc>
        <w:tc>
          <w:tcPr>
            <w:tcW w:type="dxa" w:w="1440"/>
          </w:tcPr>
          <w:p>
            <w:r>
              <w:t>电子信息（专业学位）</w:t>
            </w:r>
          </w:p>
        </w:tc>
        <w:tc>
          <w:tcPr>
            <w:tcW w:type="dxa" w:w="1440"/>
          </w:tcPr>
          <w:p>
            <w:r>
              <w:t>84.54</w:t>
            </w:r>
          </w:p>
        </w:tc>
        <w:tc>
          <w:tcPr>
            <w:tcW w:type="dxa" w:w="1440"/>
          </w:tcPr>
          <w:p>
            <w:r>
              <w:t>合格</w:t>
            </w:r>
          </w:p>
        </w:tc>
      </w:tr>
      <w:tr>
        <w:tc>
          <w:tcPr>
            <w:tcW w:type="dxa" w:w="1440"/>
          </w:tcPr>
          <w:p>
            <w:r>
              <w:t>17</w:t>
            </w:r>
          </w:p>
        </w:tc>
        <w:tc>
          <w:tcPr>
            <w:tcW w:type="dxa" w:w="1440"/>
          </w:tcPr>
          <w:p>
            <w:r>
              <w:t>20233307361</w:t>
            </w:r>
          </w:p>
        </w:tc>
        <w:tc>
          <w:tcPr>
            <w:tcW w:type="dxa" w:w="1440"/>
          </w:tcPr>
          <w:p>
            <w:r>
              <w:t>王璇子</w:t>
            </w:r>
          </w:p>
        </w:tc>
        <w:tc>
          <w:tcPr>
            <w:tcW w:type="dxa" w:w="1440"/>
          </w:tcPr>
          <w:p>
            <w:r>
              <w:t>仪器科学与技术</w:t>
            </w:r>
          </w:p>
        </w:tc>
        <w:tc>
          <w:tcPr>
            <w:tcW w:type="dxa" w:w="1440"/>
          </w:tcPr>
          <w:p>
            <w:r>
              <w:t>84.36</w:t>
            </w:r>
          </w:p>
        </w:tc>
        <w:tc>
          <w:tcPr>
            <w:tcW w:type="dxa" w:w="1440"/>
          </w:tcPr>
          <w:p>
            <w:r>
              <w:t>合格</w:t>
            </w:r>
          </w:p>
        </w:tc>
      </w:tr>
      <w:tr>
        <w:tc>
          <w:tcPr>
            <w:tcW w:type="dxa" w:w="1440"/>
          </w:tcPr>
          <w:p>
            <w:r>
              <w:t>18</w:t>
            </w:r>
          </w:p>
        </w:tc>
        <w:tc>
          <w:tcPr>
            <w:tcW w:type="dxa" w:w="1440"/>
          </w:tcPr>
          <w:p>
            <w:r>
              <w:t>20233308099</w:t>
            </w:r>
          </w:p>
        </w:tc>
        <w:tc>
          <w:tcPr>
            <w:tcW w:type="dxa" w:w="1440"/>
          </w:tcPr>
          <w:p>
            <w:r>
              <w:t>游腾荃</w:t>
            </w:r>
          </w:p>
        </w:tc>
        <w:tc>
          <w:tcPr>
            <w:tcW w:type="dxa" w:w="1440"/>
          </w:tcPr>
          <w:p>
            <w:r>
              <w:t>仪器科学与技术</w:t>
            </w:r>
          </w:p>
        </w:tc>
        <w:tc>
          <w:tcPr>
            <w:tcW w:type="dxa" w:w="1440"/>
          </w:tcPr>
          <w:p>
            <w:r>
              <w:t>84.34</w:t>
            </w:r>
          </w:p>
        </w:tc>
        <w:tc>
          <w:tcPr>
            <w:tcW w:type="dxa" w:w="1440"/>
          </w:tcPr>
          <w:p>
            <w:r>
              <w:t>合格</w:t>
            </w:r>
          </w:p>
        </w:tc>
      </w:tr>
      <w:tr>
        <w:tc>
          <w:tcPr>
            <w:tcW w:type="dxa" w:w="1440"/>
          </w:tcPr>
          <w:p>
            <w:r>
              <w:t>19</w:t>
            </w:r>
          </w:p>
        </w:tc>
        <w:tc>
          <w:tcPr>
            <w:tcW w:type="dxa" w:w="1440"/>
          </w:tcPr>
          <w:p>
            <w:r>
              <w:t>20233307889</w:t>
            </w:r>
          </w:p>
        </w:tc>
        <w:tc>
          <w:tcPr>
            <w:tcW w:type="dxa" w:w="1440"/>
          </w:tcPr>
          <w:p>
            <w:r>
              <w:t>岳志涵</w:t>
            </w:r>
          </w:p>
        </w:tc>
        <w:tc>
          <w:tcPr>
            <w:tcW w:type="dxa" w:w="1440"/>
          </w:tcPr>
          <w:p>
            <w:r>
              <w:t>仪器科学与技术</w:t>
            </w:r>
          </w:p>
        </w:tc>
        <w:tc>
          <w:tcPr>
            <w:tcW w:type="dxa" w:w="1440"/>
          </w:tcPr>
          <w:p>
            <w:r>
              <w:t>84.34</w:t>
            </w:r>
          </w:p>
        </w:tc>
        <w:tc>
          <w:tcPr>
            <w:tcW w:type="dxa" w:w="1440"/>
          </w:tcPr>
          <w:p>
            <w:r>
              <w:t>合格</w:t>
            </w:r>
          </w:p>
        </w:tc>
      </w:tr>
      <w:tr>
        <w:tc>
          <w:tcPr>
            <w:tcW w:type="dxa" w:w="1440"/>
          </w:tcPr>
          <w:p>
            <w:r>
              <w:t>20</w:t>
            </w:r>
          </w:p>
        </w:tc>
        <w:tc>
          <w:tcPr>
            <w:tcW w:type="dxa" w:w="1440"/>
          </w:tcPr>
          <w:p>
            <w:r>
              <w:t>20233304492</w:t>
            </w:r>
          </w:p>
        </w:tc>
        <w:tc>
          <w:tcPr>
            <w:tcW w:type="dxa" w:w="1440"/>
          </w:tcPr>
          <w:p>
            <w:r>
              <w:t>杜佳璇</w:t>
            </w:r>
          </w:p>
        </w:tc>
        <w:tc>
          <w:tcPr>
            <w:tcW w:type="dxa" w:w="1440"/>
          </w:tcPr>
          <w:p>
            <w:r>
              <w:t>导航、制导与控制</w:t>
            </w:r>
          </w:p>
        </w:tc>
        <w:tc>
          <w:tcPr>
            <w:tcW w:type="dxa" w:w="1440"/>
          </w:tcPr>
          <w:p>
            <w:r>
              <w:t>83.74</w:t>
            </w:r>
          </w:p>
        </w:tc>
        <w:tc>
          <w:tcPr>
            <w:tcW w:type="dxa" w:w="1440"/>
          </w:tcPr>
          <w:p>
            <w:r>
              <w:t>合格</w:t>
            </w:r>
          </w:p>
        </w:tc>
      </w:tr>
      <w:tr>
        <w:tc>
          <w:tcPr>
            <w:tcW w:type="dxa" w:w="1440"/>
          </w:tcPr>
          <w:p>
            <w:r>
              <w:t>21</w:t>
            </w:r>
          </w:p>
        </w:tc>
        <w:tc>
          <w:tcPr>
            <w:tcW w:type="dxa" w:w="1440"/>
          </w:tcPr>
          <w:p>
            <w:r>
              <w:t>20233307271</w:t>
            </w:r>
          </w:p>
        </w:tc>
        <w:tc>
          <w:tcPr>
            <w:tcW w:type="dxa" w:w="1440"/>
          </w:tcPr>
          <w:p>
            <w:r>
              <w:t>钱荣辉</w:t>
            </w:r>
          </w:p>
        </w:tc>
        <w:tc>
          <w:tcPr>
            <w:tcW w:type="dxa" w:w="1440"/>
          </w:tcPr>
          <w:p>
            <w:r>
              <w:t>仪器科学与技术</w:t>
            </w:r>
          </w:p>
        </w:tc>
        <w:tc>
          <w:tcPr>
            <w:tcW w:type="dxa" w:w="1440"/>
          </w:tcPr>
          <w:p>
            <w:r>
              <w:t>83.61</w:t>
            </w:r>
          </w:p>
        </w:tc>
        <w:tc>
          <w:tcPr>
            <w:tcW w:type="dxa" w:w="1440"/>
          </w:tcPr>
          <w:p>
            <w:r>
              <w:t>合格</w:t>
            </w:r>
          </w:p>
        </w:tc>
      </w:tr>
      <w:tr>
        <w:tc>
          <w:tcPr>
            <w:tcW w:type="dxa" w:w="1440"/>
          </w:tcPr>
          <w:p>
            <w:r>
              <w:t>22</w:t>
            </w:r>
          </w:p>
        </w:tc>
        <w:tc>
          <w:tcPr>
            <w:tcW w:type="dxa" w:w="1440"/>
          </w:tcPr>
          <w:p>
            <w:r>
              <w:t>20233308625</w:t>
            </w:r>
          </w:p>
        </w:tc>
        <w:tc>
          <w:tcPr>
            <w:tcW w:type="dxa" w:w="1440"/>
          </w:tcPr>
          <w:p>
            <w:r>
              <w:t>段一飞</w:t>
            </w:r>
          </w:p>
        </w:tc>
        <w:tc>
          <w:tcPr>
            <w:tcW w:type="dxa" w:w="1440"/>
          </w:tcPr>
          <w:p>
            <w:r>
              <w:t>仪器科学与技术</w:t>
            </w:r>
          </w:p>
        </w:tc>
        <w:tc>
          <w:tcPr>
            <w:tcW w:type="dxa" w:w="1440"/>
          </w:tcPr>
          <w:p>
            <w:r>
              <w:t>83.54</w:t>
            </w:r>
          </w:p>
        </w:tc>
        <w:tc>
          <w:tcPr>
            <w:tcW w:type="dxa" w:w="1440"/>
          </w:tcPr>
          <w:p>
            <w:r>
              <w:t>合格</w:t>
            </w:r>
          </w:p>
        </w:tc>
      </w:tr>
      <w:tr>
        <w:tc>
          <w:tcPr>
            <w:tcW w:type="dxa" w:w="1440"/>
          </w:tcPr>
          <w:p>
            <w:r>
              <w:t>23</w:t>
            </w:r>
          </w:p>
        </w:tc>
        <w:tc>
          <w:tcPr>
            <w:tcW w:type="dxa" w:w="1440"/>
          </w:tcPr>
          <w:p>
            <w:r>
              <w:t>20233307252</w:t>
            </w:r>
          </w:p>
        </w:tc>
        <w:tc>
          <w:tcPr>
            <w:tcW w:type="dxa" w:w="1440"/>
          </w:tcPr>
          <w:p>
            <w:r>
              <w:t>鲍俊元</w:t>
            </w:r>
          </w:p>
        </w:tc>
        <w:tc>
          <w:tcPr>
            <w:tcW w:type="dxa" w:w="1440"/>
          </w:tcPr>
          <w:p>
            <w:r>
              <w:t>仪器科学与技术</w:t>
            </w:r>
          </w:p>
        </w:tc>
        <w:tc>
          <w:tcPr>
            <w:tcW w:type="dxa" w:w="1440"/>
          </w:tcPr>
          <w:p>
            <w:r>
              <w:t>83.02</w:t>
            </w:r>
          </w:p>
        </w:tc>
        <w:tc>
          <w:tcPr>
            <w:tcW w:type="dxa" w:w="1440"/>
          </w:tcPr>
          <w:p>
            <w:r>
              <w:t>合格</w:t>
            </w:r>
          </w:p>
        </w:tc>
      </w:tr>
      <w:tr>
        <w:tc>
          <w:tcPr>
            <w:tcW w:type="dxa" w:w="1440"/>
          </w:tcPr>
          <w:p>
            <w:r>
              <w:t>24</w:t>
            </w:r>
          </w:p>
        </w:tc>
        <w:tc>
          <w:tcPr>
            <w:tcW w:type="dxa" w:w="1440"/>
          </w:tcPr>
          <w:p>
            <w:r>
              <w:t>20233300029</w:t>
            </w:r>
          </w:p>
        </w:tc>
        <w:tc>
          <w:tcPr>
            <w:tcW w:type="dxa" w:w="1440"/>
          </w:tcPr>
          <w:p>
            <w:r>
              <w:t>潘钜今</w:t>
            </w:r>
          </w:p>
        </w:tc>
        <w:tc>
          <w:tcPr>
            <w:tcW w:type="dxa" w:w="1440"/>
          </w:tcPr>
          <w:p>
            <w:r>
              <w:t>仪器科学与技术</w:t>
            </w:r>
          </w:p>
        </w:tc>
        <w:tc>
          <w:tcPr>
            <w:tcW w:type="dxa" w:w="1440"/>
          </w:tcPr>
          <w:p>
            <w:r>
              <w:t>82.79</w:t>
            </w:r>
          </w:p>
        </w:tc>
        <w:tc>
          <w:tcPr>
            <w:tcW w:type="dxa" w:w="1440"/>
          </w:tcPr>
          <w:p>
            <w:r>
              <w:t>合格</w:t>
            </w:r>
          </w:p>
        </w:tc>
      </w:tr>
      <w:tr>
        <w:tc>
          <w:tcPr>
            <w:tcW w:type="dxa" w:w="1440"/>
          </w:tcPr>
          <w:p>
            <w:r>
              <w:t>25</w:t>
            </w:r>
          </w:p>
        </w:tc>
        <w:tc>
          <w:tcPr>
            <w:tcW w:type="dxa" w:w="1440"/>
          </w:tcPr>
          <w:p>
            <w:r>
              <w:t>20233307294</w:t>
            </w:r>
          </w:p>
        </w:tc>
        <w:tc>
          <w:tcPr>
            <w:tcW w:type="dxa" w:w="1440"/>
          </w:tcPr>
          <w:p>
            <w:r>
              <w:t>马群</w:t>
            </w:r>
          </w:p>
        </w:tc>
        <w:tc>
          <w:tcPr>
            <w:tcW w:type="dxa" w:w="1440"/>
          </w:tcPr>
          <w:p>
            <w:r>
              <w:t>电子信息（专业学位）</w:t>
            </w:r>
          </w:p>
        </w:tc>
        <w:tc>
          <w:tcPr>
            <w:tcW w:type="dxa" w:w="1440"/>
          </w:tcPr>
          <w:p>
            <w:r>
              <w:t>82.79</w:t>
            </w:r>
          </w:p>
        </w:tc>
        <w:tc>
          <w:tcPr>
            <w:tcW w:type="dxa" w:w="1440"/>
          </w:tcPr>
          <w:p>
            <w:r>
              <w:t>合格</w:t>
            </w:r>
          </w:p>
        </w:tc>
      </w:tr>
      <w:tr>
        <w:tc>
          <w:tcPr>
            <w:tcW w:type="dxa" w:w="1440"/>
          </w:tcPr>
          <w:p>
            <w:r>
              <w:t>26</w:t>
            </w:r>
          </w:p>
        </w:tc>
        <w:tc>
          <w:tcPr>
            <w:tcW w:type="dxa" w:w="1440"/>
          </w:tcPr>
          <w:p>
            <w:r>
              <w:t>20233307709</w:t>
            </w:r>
          </w:p>
        </w:tc>
        <w:tc>
          <w:tcPr>
            <w:tcW w:type="dxa" w:w="1440"/>
          </w:tcPr>
          <w:p>
            <w:r>
              <w:t>余紫霞</w:t>
            </w:r>
          </w:p>
        </w:tc>
        <w:tc>
          <w:tcPr>
            <w:tcW w:type="dxa" w:w="1440"/>
          </w:tcPr>
          <w:p>
            <w:r>
              <w:t>仪器科学与技术</w:t>
            </w:r>
          </w:p>
        </w:tc>
        <w:tc>
          <w:tcPr>
            <w:tcW w:type="dxa" w:w="1440"/>
          </w:tcPr>
          <w:p>
            <w:r>
              <w:t>82.63</w:t>
            </w:r>
          </w:p>
        </w:tc>
        <w:tc>
          <w:tcPr>
            <w:tcW w:type="dxa" w:w="1440"/>
          </w:tcPr>
          <w:p>
            <w:r>
              <w:t>合格</w:t>
            </w:r>
          </w:p>
        </w:tc>
      </w:tr>
      <w:tr>
        <w:tc>
          <w:tcPr>
            <w:tcW w:type="dxa" w:w="1440"/>
          </w:tcPr>
          <w:p>
            <w:r>
              <w:t>27</w:t>
            </w:r>
          </w:p>
        </w:tc>
        <w:tc>
          <w:tcPr>
            <w:tcW w:type="dxa" w:w="1440"/>
          </w:tcPr>
          <w:p>
            <w:r>
              <w:t>20233307707</w:t>
            </w:r>
          </w:p>
        </w:tc>
        <w:tc>
          <w:tcPr>
            <w:tcW w:type="dxa" w:w="1440"/>
          </w:tcPr>
          <w:p>
            <w:r>
              <w:t>张庚慧</w:t>
            </w:r>
          </w:p>
        </w:tc>
        <w:tc>
          <w:tcPr>
            <w:tcW w:type="dxa" w:w="1440"/>
          </w:tcPr>
          <w:p>
            <w:r>
              <w:t>仪器科学与技术</w:t>
            </w:r>
          </w:p>
        </w:tc>
        <w:tc>
          <w:tcPr>
            <w:tcW w:type="dxa" w:w="1440"/>
          </w:tcPr>
          <w:p>
            <w:r>
              <w:t>81.95</w:t>
            </w:r>
          </w:p>
        </w:tc>
        <w:tc>
          <w:tcPr>
            <w:tcW w:type="dxa" w:w="1440"/>
          </w:tcPr>
          <w:p>
            <w:r>
              <w:t>合格</w:t>
            </w:r>
          </w:p>
        </w:tc>
      </w:tr>
      <w:tr>
        <w:tc>
          <w:tcPr>
            <w:tcW w:type="dxa" w:w="1440"/>
          </w:tcPr>
          <w:p>
            <w:r>
              <w:t>28</w:t>
            </w:r>
          </w:p>
        </w:tc>
        <w:tc>
          <w:tcPr>
            <w:tcW w:type="dxa" w:w="1440"/>
          </w:tcPr>
          <w:p>
            <w:r>
              <w:t>20233308173</w:t>
            </w:r>
          </w:p>
        </w:tc>
        <w:tc>
          <w:tcPr>
            <w:tcW w:type="dxa" w:w="1440"/>
          </w:tcPr>
          <w:p>
            <w:r>
              <w:t>周道松</w:t>
            </w:r>
          </w:p>
        </w:tc>
        <w:tc>
          <w:tcPr>
            <w:tcW w:type="dxa" w:w="1440"/>
          </w:tcPr>
          <w:p>
            <w:r>
              <w:t>仪器科学与技术</w:t>
            </w:r>
          </w:p>
        </w:tc>
        <w:tc>
          <w:tcPr>
            <w:tcW w:type="dxa" w:w="1440"/>
          </w:tcPr>
          <w:p>
            <w:r>
              <w:t>80.72</w:t>
            </w:r>
          </w:p>
        </w:tc>
        <w:tc>
          <w:tcPr>
            <w:tcW w:type="dxa" w:w="1440"/>
          </w:tcPr>
          <w:p>
            <w:r>
              <w:t>合格</w:t>
            </w:r>
          </w:p>
        </w:tc>
      </w:tr>
      <w:tr>
        <w:tc>
          <w:tcPr>
            <w:tcW w:type="dxa" w:w="1440"/>
          </w:tcPr>
          <w:p>
            <w:r>
              <w:t>29</w:t>
            </w:r>
          </w:p>
        </w:tc>
        <w:tc>
          <w:tcPr>
            <w:tcW w:type="dxa" w:w="1440"/>
          </w:tcPr>
          <w:p>
            <w:r>
              <w:t>20233307292</w:t>
            </w:r>
          </w:p>
        </w:tc>
        <w:tc>
          <w:tcPr>
            <w:tcW w:type="dxa" w:w="1440"/>
          </w:tcPr>
          <w:p>
            <w:r>
              <w:t>涂思阳</w:t>
            </w:r>
          </w:p>
        </w:tc>
        <w:tc>
          <w:tcPr>
            <w:tcW w:type="dxa" w:w="1440"/>
          </w:tcPr>
          <w:p>
            <w:r>
              <w:t>仪器科学与技术</w:t>
            </w:r>
          </w:p>
        </w:tc>
        <w:tc>
          <w:tcPr>
            <w:tcW w:type="dxa" w:w="1440"/>
          </w:tcPr>
          <w:p>
            <w:r>
              <w:t>80.43</w:t>
            </w:r>
          </w:p>
        </w:tc>
        <w:tc>
          <w:tcPr>
            <w:tcW w:type="dxa" w:w="1440"/>
          </w:tcPr>
          <w:p>
            <w:r>
              <w:t>合格</w:t>
            </w:r>
          </w:p>
        </w:tc>
      </w:tr>
      <w:tr>
        <w:tc>
          <w:tcPr>
            <w:tcW w:type="dxa" w:w="1440"/>
          </w:tcPr>
          <w:p>
            <w:r>
              <w:t>30</w:t>
            </w:r>
          </w:p>
        </w:tc>
        <w:tc>
          <w:tcPr>
            <w:tcW w:type="dxa" w:w="1440"/>
          </w:tcPr>
          <w:p>
            <w:r>
              <w:t>20233308568</w:t>
            </w:r>
          </w:p>
        </w:tc>
        <w:tc>
          <w:tcPr>
            <w:tcW w:type="dxa" w:w="1440"/>
          </w:tcPr>
          <w:p>
            <w:r>
              <w:t>李宗璟</w:t>
            </w:r>
          </w:p>
        </w:tc>
        <w:tc>
          <w:tcPr>
            <w:tcW w:type="dxa" w:w="1440"/>
          </w:tcPr>
          <w:p>
            <w:r>
              <w:t>仪器科学与技术</w:t>
            </w:r>
          </w:p>
        </w:tc>
        <w:tc>
          <w:tcPr>
            <w:tcW w:type="dxa" w:w="1440"/>
          </w:tcPr>
          <w:p>
            <w:r>
              <w:t>79.48</w:t>
            </w:r>
          </w:p>
        </w:tc>
        <w:tc>
          <w:tcPr>
            <w:tcW w:type="dxa" w:w="1440"/>
          </w:tcPr>
          <w:p>
            <w:r>
              <w:t>合格</w:t>
            </w:r>
          </w:p>
        </w:tc>
      </w:tr>
      <w:tr>
        <w:tc>
          <w:tcPr>
            <w:tcW w:type="dxa" w:w="1440"/>
          </w:tcPr>
          <w:p>
            <w:r>
              <w:t>31</w:t>
            </w:r>
          </w:p>
        </w:tc>
        <w:tc>
          <w:tcPr>
            <w:tcW w:type="dxa" w:w="1440"/>
          </w:tcPr>
          <w:p>
            <w:r>
              <w:t>20233308420</w:t>
            </w:r>
          </w:p>
        </w:tc>
        <w:tc>
          <w:tcPr>
            <w:tcW w:type="dxa" w:w="1440"/>
          </w:tcPr>
          <w:p>
            <w:r>
              <w:t>唐雯</w:t>
            </w:r>
          </w:p>
        </w:tc>
        <w:tc>
          <w:tcPr>
            <w:tcW w:type="dxa" w:w="1440"/>
          </w:tcPr>
          <w:p>
            <w:r>
              <w:t>仪器科学与技术</w:t>
            </w:r>
          </w:p>
        </w:tc>
        <w:tc>
          <w:tcPr>
            <w:tcW w:type="dxa" w:w="1440"/>
          </w:tcPr>
          <w:p>
            <w:r>
              <w:t>79.33</w:t>
            </w:r>
          </w:p>
        </w:tc>
        <w:tc>
          <w:tcPr>
            <w:tcW w:type="dxa" w:w="1440"/>
          </w:tcPr>
          <w:p>
            <w:r>
              <w:t>合格</w:t>
            </w:r>
          </w:p>
        </w:tc>
      </w:tr>
      <w:tr>
        <w:tc>
          <w:tcPr>
            <w:tcW w:type="dxa" w:w="1440"/>
          </w:tcPr>
          <w:p>
            <w:r>
              <w:t>32</w:t>
            </w:r>
          </w:p>
        </w:tc>
        <w:tc>
          <w:tcPr>
            <w:tcW w:type="dxa" w:w="1440"/>
          </w:tcPr>
          <w:p>
            <w:r>
              <w:t>20233307228</w:t>
            </w:r>
          </w:p>
        </w:tc>
        <w:tc>
          <w:tcPr>
            <w:tcW w:type="dxa" w:w="1440"/>
          </w:tcPr>
          <w:p>
            <w:r>
              <w:t>徐恒</w:t>
            </w:r>
          </w:p>
        </w:tc>
        <w:tc>
          <w:tcPr>
            <w:tcW w:type="dxa" w:w="1440"/>
          </w:tcPr>
          <w:p>
            <w:r>
              <w:t>仪器科学与技术</w:t>
            </w:r>
          </w:p>
        </w:tc>
        <w:tc>
          <w:tcPr>
            <w:tcW w:type="dxa" w:w="1440"/>
          </w:tcPr>
          <w:p>
            <w:r>
              <w:t>78.86</w:t>
            </w:r>
          </w:p>
        </w:tc>
        <w:tc>
          <w:tcPr>
            <w:tcW w:type="dxa" w:w="1440"/>
          </w:tcPr>
          <w:p>
            <w:r>
              <w:t>合格</w:t>
            </w:r>
          </w:p>
        </w:tc>
      </w:tr>
      <w:tr>
        <w:tc>
          <w:tcPr>
            <w:tcW w:type="dxa" w:w="1440"/>
          </w:tcPr>
          <w:p>
            <w:r>
              <w:t>33</w:t>
            </w:r>
          </w:p>
        </w:tc>
        <w:tc>
          <w:tcPr>
            <w:tcW w:type="dxa" w:w="1440"/>
          </w:tcPr>
          <w:p>
            <w:r>
              <w:t>20233307231</w:t>
            </w:r>
          </w:p>
        </w:tc>
        <w:tc>
          <w:tcPr>
            <w:tcW w:type="dxa" w:w="1440"/>
          </w:tcPr>
          <w:p>
            <w:r>
              <w:t>刘怡欣</w:t>
            </w:r>
          </w:p>
        </w:tc>
        <w:tc>
          <w:tcPr>
            <w:tcW w:type="dxa" w:w="1440"/>
          </w:tcPr>
          <w:p>
            <w:r>
              <w:t>仪器科学与技术</w:t>
            </w:r>
          </w:p>
        </w:tc>
        <w:tc>
          <w:tcPr>
            <w:tcW w:type="dxa" w:w="1440"/>
          </w:tcPr>
          <w:p>
            <w:r>
              <w:t>78.66</w:t>
            </w:r>
          </w:p>
        </w:tc>
        <w:tc>
          <w:tcPr>
            <w:tcW w:type="dxa" w:w="1440"/>
          </w:tcPr>
          <w:p>
            <w:r>
              <w:t>合格</w:t>
            </w:r>
          </w:p>
        </w:tc>
      </w:tr>
      <w:tr>
        <w:tc>
          <w:tcPr>
            <w:tcW w:type="dxa" w:w="1440"/>
          </w:tcPr>
          <w:p>
            <w:r>
              <w:t>34</w:t>
            </w:r>
          </w:p>
        </w:tc>
        <w:tc>
          <w:tcPr>
            <w:tcW w:type="dxa" w:w="1440"/>
          </w:tcPr>
          <w:p>
            <w:r>
              <w:t>20233307408</w:t>
            </w:r>
          </w:p>
        </w:tc>
        <w:tc>
          <w:tcPr>
            <w:tcW w:type="dxa" w:w="1440"/>
          </w:tcPr>
          <w:p>
            <w:r>
              <w:t>陈国豪</w:t>
            </w:r>
          </w:p>
        </w:tc>
        <w:tc>
          <w:tcPr>
            <w:tcW w:type="dxa" w:w="1440"/>
          </w:tcPr>
          <w:p>
            <w:r>
              <w:t>仪器科学与技术</w:t>
            </w:r>
          </w:p>
        </w:tc>
        <w:tc>
          <w:tcPr>
            <w:tcW w:type="dxa" w:w="1440"/>
          </w:tcPr>
          <w:p>
            <w:r>
              <w:t>78.13</w:t>
            </w:r>
          </w:p>
        </w:tc>
        <w:tc>
          <w:tcPr>
            <w:tcW w:type="dxa" w:w="1440"/>
          </w:tcPr>
          <w:p>
            <w:r>
              <w:t>合格</w:t>
            </w:r>
          </w:p>
        </w:tc>
      </w:tr>
      <w:tr>
        <w:tc>
          <w:tcPr>
            <w:tcW w:type="dxa" w:w="1440"/>
          </w:tcPr>
          <w:p>
            <w:r>
              <w:t>35</w:t>
            </w:r>
          </w:p>
        </w:tc>
        <w:tc>
          <w:tcPr>
            <w:tcW w:type="dxa" w:w="1440"/>
          </w:tcPr>
          <w:p>
            <w:r>
              <w:t>20233305256</w:t>
            </w:r>
          </w:p>
        </w:tc>
        <w:tc>
          <w:tcPr>
            <w:tcW w:type="dxa" w:w="1440"/>
          </w:tcPr>
          <w:p>
            <w:r>
              <w:t>张鹏</w:t>
            </w:r>
          </w:p>
        </w:tc>
        <w:tc>
          <w:tcPr>
            <w:tcW w:type="dxa" w:w="1440"/>
          </w:tcPr>
          <w:p>
            <w:r>
              <w:t>仪器科学与技术</w:t>
            </w:r>
          </w:p>
        </w:tc>
        <w:tc>
          <w:tcPr>
            <w:tcW w:type="dxa" w:w="1440"/>
          </w:tcPr>
          <w:p>
            <w:r>
              <w:t>76.73</w:t>
            </w:r>
          </w:p>
        </w:tc>
        <w:tc>
          <w:tcPr>
            <w:tcW w:type="dxa" w:w="1440"/>
          </w:tcPr>
          <w:p>
            <w:r>
              <w:t>合格</w:t>
            </w:r>
          </w:p>
        </w:tc>
      </w:tr>
      <w:tr>
        <w:tc>
          <w:tcPr>
            <w:tcW w:type="dxa" w:w="1440"/>
          </w:tcPr>
          <w:p>
            <w:r>
              <w:t>36</w:t>
            </w:r>
          </w:p>
        </w:tc>
        <w:tc>
          <w:tcPr>
            <w:tcW w:type="dxa" w:w="1440"/>
          </w:tcPr>
          <w:p>
            <w:r>
              <w:t>20233307875</w:t>
            </w:r>
          </w:p>
        </w:tc>
        <w:tc>
          <w:tcPr>
            <w:tcW w:type="dxa" w:w="1440"/>
          </w:tcPr>
          <w:p>
            <w:r>
              <w:t>张子涵</w:t>
            </w:r>
          </w:p>
        </w:tc>
        <w:tc>
          <w:tcPr>
            <w:tcW w:type="dxa" w:w="1440"/>
          </w:tcPr>
          <w:p>
            <w:r>
              <w:t>仪器科学与技术</w:t>
            </w:r>
          </w:p>
        </w:tc>
        <w:tc>
          <w:tcPr>
            <w:tcW w:type="dxa" w:w="1440"/>
          </w:tcPr>
          <w:p>
            <w:r>
              <w:t>0</w:t>
            </w:r>
          </w:p>
        </w:tc>
        <w:tc>
          <w:tcPr>
            <w:tcW w:type="dxa" w:w="1440"/>
          </w:tcPr>
          <w:p>
            <w:r>
              <w:t>不合格</w:t>
            </w:r>
          </w:p>
        </w:tc>
      </w:tr>
      <w:tr>
        <w:tc>
          <w:tcPr>
            <w:tcW w:type="dxa" w:w="1440"/>
          </w:tcPr>
          <w:p>
            <w:r>
              <w:t>37</w:t>
            </w:r>
          </w:p>
        </w:tc>
        <w:tc>
          <w:tcPr>
            <w:tcW w:type="dxa" w:w="1440"/>
          </w:tcPr>
          <w:p>
            <w:r>
              <w:t>20233308046</w:t>
            </w:r>
          </w:p>
        </w:tc>
        <w:tc>
          <w:tcPr>
            <w:tcW w:type="dxa" w:w="1440"/>
          </w:tcPr>
          <w:p>
            <w:r>
              <w:t>程思正</w:t>
            </w:r>
          </w:p>
        </w:tc>
        <w:tc>
          <w:tcPr>
            <w:tcW w:type="dxa" w:w="1440"/>
          </w:tcPr>
          <w:p>
            <w:r>
              <w:t>仪器科学与技术</w:t>
            </w:r>
          </w:p>
        </w:tc>
        <w:tc>
          <w:tcPr>
            <w:tcW w:type="dxa" w:w="1440"/>
          </w:tcPr>
          <w:p>
            <w:r>
              <w:t>0</w:t>
            </w:r>
          </w:p>
        </w:tc>
        <w:tc>
          <w:tcPr>
            <w:tcW w:type="dxa" w:w="1440"/>
          </w:tcPr>
          <w:p>
            <w:r>
              <w:t>不合格</w:t>
            </w:r>
          </w:p>
        </w:tc>
      </w:tr>
      <w:tr>
        <w:tc>
          <w:tcPr>
            <w:tcW w:type="dxa" w:w="1440"/>
          </w:tcPr>
          <w:p>
            <w:r>
              <w:t>38</w:t>
            </w:r>
          </w:p>
        </w:tc>
        <w:tc>
          <w:tcPr>
            <w:tcW w:type="dxa" w:w="1440"/>
          </w:tcPr>
          <w:p>
            <w:r>
              <w:t>20233308430</w:t>
            </w:r>
          </w:p>
        </w:tc>
        <w:tc>
          <w:tcPr>
            <w:tcW w:type="dxa" w:w="1440"/>
          </w:tcPr>
          <w:p>
            <w:r>
              <w:t>王菲</w:t>
            </w:r>
          </w:p>
        </w:tc>
        <w:tc>
          <w:tcPr>
            <w:tcW w:type="dxa" w:w="1440"/>
          </w:tcPr>
          <w:p>
            <w:r>
              <w:t>导航、制导与控制</w:t>
            </w:r>
          </w:p>
        </w:tc>
        <w:tc>
          <w:tcPr>
            <w:tcW w:type="dxa" w:w="1440"/>
          </w:tcPr>
          <w:p>
            <w:r>
              <w:t>0</w:t>
            </w:r>
          </w:p>
        </w:tc>
        <w:tc>
          <w:tcPr>
            <w:tcW w:type="dxa" w:w="1440"/>
          </w:tcPr>
          <w:p>
            <w:r>
              <w:t>不合格</w:t>
            </w:r>
          </w:p>
        </w:tc>
      </w:tr>
      <w:tr>
        <w:tc>
          <w:tcPr>
            <w:tcW w:type="dxa" w:w="1440"/>
          </w:tcPr>
          <w:p>
            <w:r>
              <w:t>39</w:t>
            </w:r>
          </w:p>
        </w:tc>
        <w:tc>
          <w:tcPr>
            <w:tcW w:type="dxa" w:w="1440"/>
          </w:tcPr>
          <w:p>
            <w:r>
              <w:t>20233308125</w:t>
            </w:r>
          </w:p>
        </w:tc>
        <w:tc>
          <w:tcPr>
            <w:tcW w:type="dxa" w:w="1440"/>
          </w:tcPr>
          <w:p>
            <w:r>
              <w:t>杨丛瑜</w:t>
            </w:r>
          </w:p>
        </w:tc>
        <w:tc>
          <w:tcPr>
            <w:tcW w:type="dxa" w:w="1440"/>
          </w:tcPr>
          <w:p>
            <w:r>
              <w:t>电子信息（专业学位）</w:t>
            </w:r>
          </w:p>
        </w:tc>
        <w:tc>
          <w:tcPr>
            <w:tcW w:type="dxa" w:w="1440"/>
          </w:tcPr>
          <w:p>
            <w:r>
              <w:t>0</w:t>
            </w:r>
          </w:p>
        </w:tc>
        <w:tc>
          <w:tcPr>
            <w:tcW w:type="dxa" w:w="1440"/>
          </w:tcPr>
          <w:p>
            <w:r>
              <w:t>不合格</w:t>
            </w:r>
          </w:p>
        </w:tc>
      </w:tr>
      <w:tr>
        <w:tc>
          <w:tcPr>
            <w:tcW w:type="dxa" w:w="1440"/>
          </w:tcPr>
          <w:p>
            <w:r>
              <w:t>40</w:t>
            </w:r>
          </w:p>
        </w:tc>
        <w:tc>
          <w:tcPr>
            <w:tcW w:type="dxa" w:w="1440"/>
          </w:tcPr>
          <w:p>
            <w:r>
              <w:t>20233308236</w:t>
            </w:r>
          </w:p>
        </w:tc>
        <w:tc>
          <w:tcPr>
            <w:tcW w:type="dxa" w:w="1440"/>
          </w:tcPr>
          <w:p>
            <w:r>
              <w:t>唐建凯</w:t>
            </w:r>
          </w:p>
        </w:tc>
        <w:tc>
          <w:tcPr>
            <w:tcW w:type="dxa" w:w="1440"/>
          </w:tcPr>
          <w:p>
            <w:r>
              <w:t>仪器科学与技术</w:t>
            </w:r>
          </w:p>
        </w:tc>
        <w:tc>
          <w:tcPr>
            <w:tcW w:type="dxa" w:w="1440"/>
          </w:tcPr>
          <w:p>
            <w:r>
              <w:t>0</w:t>
            </w:r>
          </w:p>
        </w:tc>
        <w:tc>
          <w:tcPr>
            <w:tcW w:type="dxa" w:w="1440"/>
          </w:tcPr>
          <w:p>
            <w:r>
              <w:t>不合格</w:t>
            </w:r>
          </w:p>
        </w:tc>
      </w:tr>
      <w:tr>
        <w:tc>
          <w:tcPr>
            <w:tcW w:type="dxa" w:w="1440"/>
          </w:tcPr>
          <w:p>
            <w:r>
              <w:t>41</w:t>
            </w:r>
          </w:p>
        </w:tc>
        <w:tc>
          <w:tcPr>
            <w:tcW w:type="dxa" w:w="1440"/>
          </w:tcPr>
          <w:p>
            <w:r>
              <w:t>20233307738</w:t>
            </w:r>
          </w:p>
        </w:tc>
        <w:tc>
          <w:tcPr>
            <w:tcW w:type="dxa" w:w="1440"/>
          </w:tcPr>
          <w:p>
            <w:r>
              <w:t>韩佳鑫</w:t>
            </w:r>
          </w:p>
        </w:tc>
        <w:tc>
          <w:tcPr>
            <w:tcW w:type="dxa" w:w="1440"/>
          </w:tcPr>
          <w:p>
            <w:r>
              <w:t>仪器科学与技术</w:t>
            </w:r>
          </w:p>
        </w:tc>
        <w:tc>
          <w:tcPr>
            <w:tcW w:type="dxa" w:w="1440"/>
          </w:tcPr>
          <w:p>
            <w:r>
              <w:t>0</w:t>
            </w:r>
          </w:p>
        </w:tc>
        <w:tc>
          <w:tcPr>
            <w:tcW w:type="dxa" w:w="1440"/>
          </w:tcPr>
          <w:p>
            <w:r>
              <w:t>不合格</w:t>
            </w:r>
          </w:p>
        </w:tc>
      </w:tr>
      <w:tr>
        <w:tc>
          <w:tcPr>
            <w:tcW w:type="dxa" w:w="1440"/>
          </w:tcPr>
          <w:p>
            <w:r>
              <w:t>42</w:t>
            </w:r>
          </w:p>
        </w:tc>
        <w:tc>
          <w:tcPr>
            <w:tcW w:type="dxa" w:w="1440"/>
          </w:tcPr>
          <w:p>
            <w:r>
              <w:t>20233307572</w:t>
            </w:r>
          </w:p>
        </w:tc>
        <w:tc>
          <w:tcPr>
            <w:tcW w:type="dxa" w:w="1440"/>
          </w:tcPr>
          <w:p>
            <w:r>
              <w:t>吴韵泽</w:t>
            </w:r>
          </w:p>
        </w:tc>
        <w:tc>
          <w:tcPr>
            <w:tcW w:type="dxa" w:w="1440"/>
          </w:tcPr>
          <w:p>
            <w:r>
              <w:t>仪器科学与技术</w:t>
            </w:r>
          </w:p>
        </w:tc>
        <w:tc>
          <w:tcPr>
            <w:tcW w:type="dxa" w:w="1440"/>
          </w:tcPr>
          <w:p>
            <w:r>
              <w:t>0</w:t>
            </w:r>
          </w:p>
        </w:tc>
        <w:tc>
          <w:tcPr>
            <w:tcW w:type="dxa" w:w="1440"/>
          </w:tcPr>
          <w:p>
            <w:r>
              <w:t>不合格</w:t>
            </w:r>
          </w:p>
        </w:tc>
      </w:tr>
      <w:tr>
        <w:tc>
          <w:tcPr>
            <w:tcW w:type="dxa" w:w="1440"/>
          </w:tcPr>
          <w:p>
            <w:r>
              <w:t>43</w:t>
            </w:r>
          </w:p>
        </w:tc>
        <w:tc>
          <w:tcPr>
            <w:tcW w:type="dxa" w:w="1440"/>
          </w:tcPr>
          <w:p>
            <w:r>
              <w:t>20233308428</w:t>
            </w:r>
          </w:p>
        </w:tc>
        <w:tc>
          <w:tcPr>
            <w:tcW w:type="dxa" w:w="1440"/>
          </w:tcPr>
          <w:p>
            <w:r>
              <w:t>宫镆沙</w:t>
            </w:r>
          </w:p>
        </w:tc>
        <w:tc>
          <w:tcPr>
            <w:tcW w:type="dxa" w:w="1440"/>
          </w:tcPr>
          <w:p>
            <w:r>
              <w:t>导航、制导与控制</w:t>
            </w:r>
          </w:p>
        </w:tc>
        <w:tc>
          <w:tcPr>
            <w:tcW w:type="dxa" w:w="1440"/>
          </w:tcPr>
          <w:p>
            <w:r>
              <w:t>0</w:t>
            </w:r>
          </w:p>
        </w:tc>
        <w:tc>
          <w:tcPr>
            <w:tcW w:type="dxa" w:w="1440"/>
          </w:tcPr>
          <w:p>
            <w:r>
              <w:t>不合格</w:t>
            </w:r>
          </w:p>
        </w:tc>
      </w:tr>
      <w:tr>
        <w:tc>
          <w:tcPr>
            <w:tcW w:type="dxa" w:w="1440"/>
          </w:tcPr>
          <w:p>
            <w:r>
              <w:t>44</w:t>
            </w:r>
          </w:p>
        </w:tc>
        <w:tc>
          <w:tcPr>
            <w:tcW w:type="dxa" w:w="1440"/>
          </w:tcPr>
          <w:p>
            <w:r>
              <w:t>20233308175</w:t>
            </w:r>
          </w:p>
        </w:tc>
        <w:tc>
          <w:tcPr>
            <w:tcW w:type="dxa" w:w="1440"/>
          </w:tcPr>
          <w:p>
            <w:r>
              <w:t>郑瑞菲</w:t>
            </w:r>
          </w:p>
        </w:tc>
        <w:tc>
          <w:tcPr>
            <w:tcW w:type="dxa" w:w="1440"/>
          </w:tcPr>
          <w:p>
            <w:r>
              <w:t>仪器科学与技术</w:t>
            </w:r>
          </w:p>
        </w:tc>
        <w:tc>
          <w:tcPr>
            <w:tcW w:type="dxa" w:w="1440"/>
          </w:tcPr>
          <w:p>
            <w:r>
              <w:t>0</w:t>
            </w:r>
          </w:p>
        </w:tc>
        <w:tc>
          <w:tcPr>
            <w:tcW w:type="dxa" w:w="1440"/>
          </w:tcPr>
          <w:p>
            <w:r>
              <w:t>不合格</w:t>
            </w:r>
          </w:p>
        </w:tc>
      </w:tr>
      <w:tr>
        <w:tc>
          <w:tcPr>
            <w:tcW w:type="dxa" w:w="1440"/>
          </w:tcPr>
          <w:p>
            <w:r>
              <w:t>45</w:t>
            </w:r>
          </w:p>
        </w:tc>
        <w:tc>
          <w:tcPr>
            <w:tcW w:type="dxa" w:w="1440"/>
          </w:tcPr>
          <w:p>
            <w:r>
              <w:t>20233308590</w:t>
            </w:r>
          </w:p>
        </w:tc>
        <w:tc>
          <w:tcPr>
            <w:tcW w:type="dxa" w:w="1440"/>
          </w:tcPr>
          <w:p>
            <w:r>
              <w:t>陈海琦</w:t>
            </w:r>
          </w:p>
        </w:tc>
        <w:tc>
          <w:tcPr>
            <w:tcW w:type="dxa" w:w="1440"/>
          </w:tcPr>
          <w:p>
            <w:r>
              <w:t>仪器科学与技术</w:t>
            </w:r>
          </w:p>
        </w:tc>
        <w:tc>
          <w:tcPr>
            <w:tcW w:type="dxa" w:w="1440"/>
          </w:tcPr>
          <w:p>
            <w:r>
              <w:t>0</w:t>
            </w:r>
          </w:p>
        </w:tc>
        <w:tc>
          <w:tcPr>
            <w:tcW w:type="dxa" w:w="1440"/>
          </w:tcPr>
          <w:p>
            <w:r>
              <w:t>不合格</w:t>
            </w:r>
          </w:p>
        </w:tc>
      </w:tr>
      <w:tr>
        <w:tc>
          <w:tcPr>
            <w:tcW w:type="dxa" w:w="1440"/>
          </w:tcPr>
          <w:p>
            <w:r>
              <w:t>备注：对于本次推免生考核中的优秀营员，如获得所在学校推免免试资格，并在我院规定时间内通过教育部“全国推荐优秀应届本科毕业生免试攻读研究生信息公开暨管理服务系统”（网址：http：//yz.chsi.com.cn/tm）完成所有规定流程后，则优先拟录取。合格营员视指标剩余情况按成绩依次替补。获得优秀营员和合格营员的学生请加入QQ群259309278</w:t>
            </w:r>
          </w:p>
        </w:tc>
        <w:tc>
          <w:tcPr>
            <w:tcW w:type="dxa" w:w="1440"/>
          </w:tcPr>
          <w:p/>
        </w:tc>
        <w:tc>
          <w:tcPr>
            <w:tcW w:type="dxa" w:w="1440"/>
          </w:tcPr>
          <w:p/>
        </w:tc>
        <w:tc>
          <w:tcPr>
            <w:tcW w:type="dxa" w:w="1440"/>
          </w:tcPr>
          <w:p/>
        </w:tc>
        <w:tc>
          <w:tcPr>
            <w:tcW w:type="dxa" w:w="1440"/>
          </w:tcPr>
          <w:p/>
        </w:tc>
        <w:tc>
          <w:tcPr>
            <w:tcW w:type="dxa" w:w="1440"/>
          </w:tcPr>
          <w:p/>
        </w:tc>
      </w:tr>
    </w:tbl>
    <w:p>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