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仪器科学与工程学院接收推荐免试生9月8日复试结果</w:t>
      </w:r>
    </w:p>
    <w:p>
      <w:r>
        <w:t>[if gte mso 9]&gt;&lt;xml&gt; &lt;o:OfficeDocumentSettings&gt; &lt;o:AllowPNG/&gt; &lt;/o:OfficeDocumentSettings&gt;&lt;/xml&gt;&lt;![endif]</w:t>
      </w:r>
    </w:p>
    <w:p>
      <w:r>
        <w:t>[if gte mso 9]&gt;&lt;xml&gt; &lt;w:WordDocument&gt; &lt;w:View&gt;Normal&lt;/w:View&gt; &lt;w:Zoom&gt;0&lt;/w:Zoom&gt; &lt;w:TrackMoves/&gt; &lt;w:TrackFormatting/&gt; &lt;w:PunctuationKerning/&gt; &lt;w:DrawingGridVerticalSpacing&gt;7.8磅&lt;/w:DrawingGridVerticalSpacing&gt; &lt;w:DisplayHorizontalDrawingGridEvery&gt;0&lt;/w:DisplayHorizontalDrawingGridEvery&gt; &lt;w:DisplayVerticalDrawingGridEvery&gt;2&lt;/w:DisplayVerticalDrawingGridEvery&gt; &lt;w:ValidateAgainstSchemas/&gt; &lt;w:SaveIfXMLInvalid&gt;false&lt;/w:SaveIfXMLInvalid&gt; &lt;w:IgnoreMixedContent&gt;false&lt;/w:IgnoreMixedContent&gt; &lt;w:AlwaysShowPlaceholderText&gt;false&lt;/w:AlwaysShowPlaceholderText&gt; &lt;w:DoNotPromoteQF/&gt; &lt;w:LidThemeOther&gt;EN-US&lt;/w:LidThemeOther&gt; &lt;w:LidThemeAsian&gt;ZH-CN&lt;/w:LidThemeAsian&gt; &lt;w:LidThemeComplexScript&gt;X-NONE&lt;/w:LidThemeComplexScript&gt; &lt;w:Compatibility&gt; &lt;w:SpaceForUL/&gt; &lt;w:BalanceSingleByteDoubleByteWidth/&gt; &lt;w:DoNotLeaveBackslashAlone/&gt; &lt;w:ULTrailSpace/&gt; &lt;w:DoNotExpandShiftReturn/&gt; &lt;w:AdjustLineHeightInTable/&gt; &lt;w:BreakWrappedTables/&gt; &lt;w:SnapToGridInCell/&gt; &lt;w:WrapTextWithPunct/&gt; &lt;w:UseAsianBreakRules/&gt; &lt;w:DontGrowAutofit/&gt; &lt;w:SplitPgBreakAndParaMark/&gt; &lt;w:EnableOpenTypeKerning/&gt; &lt;w:DontFlipMirrorIndents/&gt; &lt;w:OverrideTableStyleHps/&gt; &lt;w:UseFELayout/&gt; &lt;/w:Compatibility&gt; &lt;m:mathPr&gt; &lt;m:mathFont m:val="Cambria Math"/&gt; &lt;m:brkBin m:val="before"/&gt; &lt;m:brkBinSub m:val="&amp;#45;-"/&gt; &lt;m:smallFrac m:val="off"/&gt; &lt;m:dispDef/&gt; &lt;m:lMargin m:val="0"/&gt; &lt;m:rMargin m:val="0"/&gt; &lt;m:defJc m:val="centerGroup"/&gt; &lt;m:wrapIndent m:val="1440"/&gt; &lt;m:intLim m:val="subSup"/&gt; &lt;m:naryLim m:val="undOvr"/&gt; &lt;/m:mathPr&gt;&lt;/w:WordDocument&gt;&lt;/xml&gt;&lt;![endif]</w:t>
      </w:r>
    </w:p>
    <w:p>
      <w:r>
        <w:t>[if gte mso 9]&gt;&lt;xml&gt; &lt;w:LatentStyles DefLockedState="false" DefUnhideWhenUsed="true" DefSemiHidden="true" DefQFormat="false" DefPriority="99" LatentStyleCount="267"&gt; &lt;w:LsdException Locked="false" Priority="0" SemiHidden="false" UnhideWhenUsed="false" QFormat="true" Name="Normal"/&gt; &lt;w:LsdException Locked="false" Priority="9" SemiHidden="false" UnhideWhenUsed="false" QFormat="true" Name="heading 1"/&gt; &lt;w:LsdException Locked="false" Priority="9" QFormat="true" Name="heading 2"/&gt; &lt;w:LsdException Locked="false" Priority="9" QFormat="true" Name="heading 3"/&gt; &lt;w:LsdException Locked="false" Priority="9" QFormat="true" Name="heading 4"/&gt; &lt;w:LsdException Locked="false" Priority="9" QFormat="true" Name="heading 5"/&gt; &lt;w:LsdException Locked="false" Priority="9" QFormat="true" Name="heading 6"/&gt; &lt;w:LsdException Locked="false" Priority="9" QFormat="true" Name="heading 7"/&gt; &lt;w:LsdException Locked="false" Priority="9" QFormat="true" Name="heading 8"/&gt; &lt;w:LsdException Locked="false" Priority="9" QFormat="true" Name="heading 9"/&gt; &lt;w:LsdException Locked="false" Priority="39" Name="toc 1"/&gt; &lt;w:LsdException Locked="false" Priority="39" Name="toc 2"/&gt; &lt;w:LsdException Locked="false" Priority="39" Name="toc 3"/&gt; &lt;w:LsdException Locked="false" Priority="39" Name="toc 4"/&gt; &lt;w:LsdException Locked="false" Priority="39" Name="toc 5"/&gt; &lt;w:LsdException Locked="false" Priority="39" Name="toc 6"/&gt; &lt;w:LsdException Locked="false" Priority="39" Name="toc 7"/&gt; &lt;w:LsdException Locked="false" Priority="39" Name="toc 8"/&gt; &lt;w:LsdException Locked="false" Priority="39" Name="toc 9"/&gt; &lt;w:LsdException Locked="false" Priority="35" QFormat="true" Name="caption"/&gt; &lt;w:LsdException Locked="false" Priority="10" SemiHidden="false" UnhideWhenUsed="false" QFormat="true" Name="Title"/&gt; &lt;w:LsdException Locked="false" Priority="1" Name="Default Paragraph Font"/&gt; &lt;w:LsdException Locked="false" Priority="11" SemiHidden="false" UnhideWhenUsed="false" QFormat="true" Name="Subtitle"/&gt; &lt;w:LsdException Locked="false" Priority="22" SemiHidden="false" UnhideWhenUsed="false" QFormat="true" Name="Strong"/&gt; &lt;w:LsdException Locked="false" Priority="20" SemiHidden="false" UnhideWhenUsed="false" QFormat="true" Name="Emphasis"/&gt; &lt;w:LsdException Locked="false" Priority="59" SemiHidden="false" UnhideWhenUsed="false" Name="Table Grid"/&gt; &lt;w:LsdException Locked="false" UnhideWhenUsed="false" Name="Placeholder Text"/&gt; &lt;w:LsdException Locked="false" Priority="1" SemiHidden="false" UnhideWhenUsed="false" QFormat="true" Name="No Spacing"/&gt; &lt;w:LsdException Locked="false" Priority="60" SemiHidden="false" UnhideWhenUsed="false" Name="Light Shading"/&gt; &lt;w:LsdException Locked="false" Priority="61" SemiHidden="false" UnhideWhenUsed="false" Name="Light List"/&gt; &lt;w:LsdException Locked="false" Priority="62" SemiHidden="false" UnhideWhenUsed="false" Name="Light Grid"/&gt; &lt;w:LsdException Locked="false" Priority="63" SemiHidden="false" UnhideWhenUsed="false" Name="Medium Shading 1"/&gt; &lt;w:LsdException Locked="false" Priority="64" SemiHidden="false" UnhideWhenUsed="false" Name="Medium Shading 2"/&gt; &lt;w:LsdException Locked="false" Priority="65" SemiHidden="false" UnhideWhenUsed="false" Name="Medium List 1"/&gt; &lt;w:LsdException Locked="false" Priority="66" SemiHidden="false" UnhideWhenUsed="false" Name="Medium List 2"/&gt; &lt;w:LsdException Locked="false" Priority="67" SemiHidden="false" UnhideWhenUsed="false" Name="Medium Grid 1"/&gt; &lt;w:LsdException Locked="false" Priority="68" SemiHidden="false" UnhideWhenUsed="false" Name="Medium Grid 2"/&gt; &lt;w:LsdException Locked="false" Priority="69" SemiHidden="false" UnhideWhenUsed="false" Name="Medium Grid 3"/&gt; &lt;w:LsdException Locked="false" Priority="70" SemiHidden="false" UnhideWhenUsed="false" Name="Dark List"/&gt; &lt;w:LsdException Locked="false" Priority="71" SemiHidden="false" UnhideWhenUsed="false" Name="Colorful Shading"/&gt; &lt;w:LsdException Locked="false" Priority="72" SemiHidden="false" UnhideWhenUsed="false" Name="Colorful List"/&gt; &lt;w:LsdException Locked="false" Priority="73" SemiHidden="false" UnhideWhenUsed="false" Name="Colorful Grid"/&gt; &lt;w:LsdException Locked="false" Priority="60" SemiHidden="false" UnhideWhenUsed="false" Name="Light Shading Accent 1"/&gt; &lt;w:LsdException Locked="false" Priority="61" SemiHidden="false" UnhideWhenUsed="false" Name="Light List Accent 1"/&gt; &lt;w:LsdException Locked="false" Priority="62" SemiHidden="false" UnhideWhenUsed="false" Name="Light Grid Accent 1"/&gt; &lt;w:LsdException Locked="false" Priority="63" SemiHidden="false" UnhideWhenUsed="false" Name="Medium Shading 1 Accent 1"/&gt; &lt;w:LsdException Locked="false" Priority="64" SemiHidden="false" UnhideWhenUsed="false" Name="Medium Shading 2 Accent 1"/&gt; &lt;w:LsdException Locked="false" Priority="65" SemiHidden="false" UnhideWhenUsed="false" Name="Medium List 1 Accent 1"/&gt; &lt;w:LsdException Locked="false" UnhideWhenUsed="false" Name="Revision"/&gt; &lt;w:LsdException Locked="false" Priority="34" SemiHidden="false" UnhideWhenUsed="false" QFormat="true" Name="List Paragraph"/&gt; &lt;w:LsdException Locked="false" Priority="29" SemiHidden="false" UnhideWhenUsed="false" QFormat="true" Name="Quote"/&gt; &lt;w:LsdException Locked="false" Priority="30" SemiHidden="false" UnhideWhenUsed="false" QFormat="true" Name="Intense Quote"/&gt; &lt;w:LsdException Locked="false" Priority="66" SemiHidden="false" UnhideWhenUsed="false" Name="Medium List 2 Accent 1"/&gt; &lt;w:LsdException Locked="false" Priority="67" SemiHidden="false" UnhideWhenUsed="false" Name="Medium Grid 1 Accent 1"/&gt; &lt;w:LsdException Locked="false" Priority="68" SemiHidden="false" UnhideWhenUsed="false" Name="Medium Grid 2 Accent 1"/&gt; &lt;w:LsdException Locked="false" Priority="69" SemiHidden="false" UnhideWhenUsed="false" Name="Medium Grid 3 Accent 1"/&gt; &lt;w:LsdException Locked="false" Priority="70" SemiHidden="false" UnhideWhenUsed="false" Name="Dark List Accent 1"/&gt; &lt;w:LsdException Locked="false" Priority="71" SemiHidden="false" UnhideWhenUsed="false" Name="Colorful Shading Accent 1"/&gt; &lt;w:LsdException Locked="false" Priority="72" SemiHidden="false" UnhideWhenUsed="false" Name="Colorful List Accent 1"/&gt; &lt;w:LsdException Locked="false" Priority="73" SemiHidden="false" UnhideWhenUsed="false" Name="Colorful Grid Accent 1"/&gt; &lt;w:LsdException Locked="false" Priority="60" SemiHidden="false" UnhideWhenUsed="false" Name="Light Shading Accent 2"/&gt; &lt;w:LsdException Locked="false" Priority="61" SemiHidden="false" UnhideWhenUsed="false" Name="Light List Accent 2"/&gt; &lt;w:LsdException Locked="false" Priority="62" SemiHidden="false" UnhideWhenUsed="false" Name="Light Grid Accent 2"/&gt; &lt;w:LsdException Locked="false" Priority="63" SemiHidden="false" UnhideWhenUsed="false" Name="Medium Shading 1 Accent 2"/&gt; &lt;w:LsdException Locked="false" Priority="64" SemiHidden="false" UnhideWhenUsed="false" Name="Medium Shading 2 Accent 2"/&gt; &lt;w:LsdException Locked="false" Priority="65" SemiHidden="false" UnhideWhenUsed="false" Name="Medium List 1 Accent 2"/&gt; &lt;w:LsdException Locked="false" Priority="66" SemiHidden="false" UnhideWhenUsed="false" Name="Medium List 2 Accent 2"/&gt; &lt;w:LsdException Locked="false" Priority="67" SemiHidden="false" UnhideWhenUsed="false" Name="Medium Grid 1 Accent 2"/&gt; &lt;w:LsdException Locked="false" Priority="68" SemiHidden="false" UnhideWhenUsed="false" Name="Medium Grid 2 Accent 2"/&gt; &lt;w:LsdException Locked="false" Priority="69" SemiHidden="false" UnhideWhenUsed="false" Name="Medium Grid 3 Accent 2"/&gt; &lt;w:LsdException Locked="false" Priority="70" SemiHidden="false" UnhideWhenUsed="false" Name="Dark List Accent 2"/&gt; &lt;w:LsdException Locked="false" Priority="71" SemiHidden="false" UnhideWhenUsed="false" Name="Colorful Shading Accent 2"/&gt; &lt;w:LsdException Locked="false" Priority="72" SemiHidden="false" UnhideWhenUsed="false" Name="Colorful List Accent 2"/&gt; &lt;w:LsdException Locked="false" Priority="73" SemiHidden="false" UnhideWhenUsed="false" Name="Colorful Grid Accent 2"/&gt; &lt;w:LsdException Locked="false" Priority="60" SemiHidden="false" UnhideWhenUsed="false" Name="Light Shading Accent 3"/&gt; &lt;w:LsdException Locked="false" Priority="61" SemiHidden="false" UnhideWhenUsed="false" Name="Light List Accent 3"/&gt; &lt;w:LsdException Locked="false" Priority="62" SemiHidden="false" UnhideWhenUsed="false" Name="Light Grid Accent 3"/&gt; &lt;w:LsdException Locked="false" Priority="63" SemiHidden="false" UnhideWhenUsed="false" Name="Medium Shading 1 Accent 3"/&gt; &lt;w:LsdException Locked="false" Priority="64" SemiHidden="false" UnhideWhenUsed="false" Name="Medium Shading 2 Accent 3"/&gt; &lt;w:LsdException Locked="false" Priority="65" SemiHidden="false" UnhideWhenUsed="false" Name="Medium List 1 Accent 3"/&gt; &lt;w:LsdException Locked="false" Priority="66" SemiHidden="false" UnhideWhenUsed="false" Name="Medium List 2 Accent 3"/&gt; &lt;w:LsdException Locked="false" Priority="67" SemiHidden="false" UnhideWhenUsed="false" Name="Medium Grid 1 Accent 3"/&gt; &lt;w:LsdException Locked="false" Priority="68" SemiHidden="false" UnhideWhenUsed="false" Name="Medium Grid 2 Accent 3"/&gt; &lt;w:LsdException Locked="false" Priority="69" SemiHidden="false" UnhideWhenUsed="false" Name="Medium Grid 3 Accent 3"/&gt; &lt;w:LsdException Locked="false" Priority="70" SemiHidden="false" UnhideWhenUsed="false" Name="Dark List Accent 3"/&gt; &lt;w:LsdException Locked="false" Priority="71" SemiHidden="false" UnhideWhenUsed="false" Name="Colorful Shading Accent 3"/&gt; &lt;w:LsdException Locked="false" Priority="72" SemiHidden="false" UnhideWhenUsed="false" Name="Colorful List Accent 3"/&gt; &lt;w:LsdException Locked="false" Priority="73" SemiHidden="false" UnhideWhenUsed="false" Name="Colorful Grid Accent 3"/&gt; &lt;w:LsdException Locked="false" Priority="60" SemiHidden="false" UnhideWhenUsed="false" Name="Light Shading Accent 4"/&gt; &lt;w:LsdException Locked="false" Priority="61" SemiHidden="false" UnhideWhenUsed="false" Name="Light List Accent 4"/&gt; &lt;w:LsdException Locked="false" Priority="62" SemiHidden="false" UnhideWhenUsed="false" Name="Light Grid Accent 4"/&gt; &lt;w:LsdException Locked="false" Priority="63" SemiHidden="false" UnhideWhenUsed="false" Name="Medium Shading 1 Accent 4"/&gt; &lt;w:LsdException Locked="false" Priority="64" SemiHidden="false" UnhideWhenUsed="false" Name="Medium Shading 2 Accent 4"/&gt; &lt;w:LsdException Locked="false" Priority="65" SemiHidden="false" UnhideWhenUsed="false" Name="Medium List 1 Accent 4"/&gt; &lt;w:LsdException Locked="false" Priority="66" SemiHidden="false" UnhideWhenUsed="false" Name="Medium List 2 Accent 4"/&gt; &lt;w:LsdException Locked="false" Priority="67" SemiHidden="false" UnhideWhenUsed="false" Name="Medium Grid 1 Accent 4"/&gt; &lt;w:LsdException Locked="false" Priority="68" SemiHidden="false" UnhideWhenUsed="false" Name="Medium Grid 2 Accent 4"/&gt; &lt;w:LsdException Locked="false" Priority="69" SemiHidden="false" UnhideWhenUsed="false" Name="Medium Grid 3 Accent 4"/&gt; &lt;w:LsdException Locked="false" Priority="70" SemiHidden="false" UnhideWhenUsed="false" Name="Dark List Accent 4"/&gt; &lt;w:LsdException Locked="false" Priority="71" SemiHidden="false" UnhideWhenUsed="false" Name="Colorful Shading Accent 4"/&gt; &lt;w:LsdException Locked="false" Priority="72" SemiHidden="false" UnhideWhenUsed="false" Name="Colorful List Accent 4"/&gt; &lt;w:LsdException Locked="false" Priority="73" SemiHidden="false" UnhideWhenUsed="false" Name="Colorful Grid Accent 4"/&gt; &lt;w:LsdException Locked="false" Priority="60" SemiHidden="false" UnhideWhenUsed="false" Name="Light Shading Accent 5"/&gt; &lt;w:LsdException Locked="false" Priority="61" SemiHidden="false" UnhideWhenUsed="false" Name="Light List Accent 5"/&gt; &lt;w:LsdException Locked="false" Priority="62" SemiHidden="false" UnhideWhenUsed="false" Name="Light Grid Accent 5"/&gt; &lt;w:LsdException Locked="false" Priority="63" SemiHidden="false" UnhideWhenUsed="false" Name="Medium Shading 1 Accent 5"/&gt; &lt;w:LsdException Locked="false" Priority="64" SemiHidden="false" UnhideWhenUsed="false" Name="Medium Shading 2 Accent 5"/&gt; &lt;w:LsdException Locked="false" Priority="65" SemiHidden="false" UnhideWhenUsed="false" Name="Medium List 1 Accent 5"/&gt; &lt;w:LsdException Locked="false" Priority="66" SemiHidden="false" UnhideWhenUsed="false" Name="Medium List 2 Accent 5"/&gt; &lt;w:LsdException Locked="false" Priority="67" SemiHidden="false" UnhideWhenUsed="false" Name="Medium Grid 1 Accent 5"/&gt; &lt;w:LsdException Locked="false" Priority="68" SemiHidden="false" UnhideWhenUsed="false" Name="Medium Grid 2 Accent 5"/&gt; &lt;w:LsdException Locked="false" Priority="69" SemiHidden="false" UnhideWhenUsed="false" Name="Medium Grid 3 Accent 5"/&gt; &lt;w:LsdException Locked="false" Priority="70" SemiHidden="false" UnhideWhenUsed="false" Name="Dark List Accent 5"/&gt; &lt;w:LsdException Locked="false" Priority="71" SemiHidden="false" UnhideWhenUsed="false" Name="Colorful Shading Accent 5"/&gt; &lt;w:LsdException Locked="false" Priority="72" SemiHidden="false" UnhideWhenUsed="false" Name="Colorful List Accent 5"/&gt; &lt;w:LsdException Locked="false" Priority="73" SemiHidden="false" UnhideWhenUsed="false" Name="Colorful Grid Accent 5"/&gt; &lt;w:LsdException Locked="false" Priority="60" SemiHidden="false" UnhideWhenUsed="false" Name="Light Shading Accent 6"/&gt; &lt;w:LsdException Locked="false" Priority="61" SemiHidden="false" UnhideWhenUsed="false" Name="Light List Accent 6"/&gt; &lt;w:LsdException Locked="false" Priority="62" SemiHidden="false" UnhideWhenUsed="false" Name="Light Grid Accent 6"/&gt; &lt;w:LsdException Locked="false" Priority="63" SemiHidden="false" UnhideWhenUsed="false" Name="Medium Shading 1 Accent 6"/&gt; &lt;w:LsdException Locked="false" Priority="64" SemiHidden="false" UnhideWhenUsed="false" Name="Medium Shading 2 Accent 6"/&gt; &lt;w:LsdException Locked="false" Priority="65" SemiHidden="false" UnhideWhenUsed="false" Name="Medium List 1 Accent 6"/&gt; &lt;w:LsdException Locked="false" Priority="66" SemiHidden="false" UnhideWhenUsed="false" Name="Medium List 2 Accent 6"/&gt; &lt;w:LsdException Locked="false" Priority="67" SemiHidden="false" UnhideWhenUsed="false" Name="Medium Grid 1 Accent 6"/&gt; &lt;w:LsdException Locked="false" Priority="68" SemiHidden="false" UnhideWhenUsed="false" Name="Medium Grid 2 Accent 6"/&gt; &lt;w:LsdException Locked="false" Priority="69" SemiHidden="false" UnhideWhenUsed="false" Name="Medium Grid 3 Accent 6"/&gt; &lt;w:LsdException Locked="false" Priority="70" SemiHidden="false" UnhideWhenUsed="false" Name="Dark List Accent 6"/&gt; &lt;w:LsdException Locked="false" Priority="71" SemiHidden="false" UnhideWhenUsed="false" Name="Colorful Shading Accent 6"/&gt; &lt;w:LsdException Locked="false" Priority="72" SemiHidden="false" UnhideWhenUsed="false" Name="Colorful List Accent 6"/&gt; &lt;w:LsdException Locked="false" Priority="73" SemiHidden="false" UnhideWhenUsed="false" Name="Colorful Grid Accent 6"/&gt; &lt;w:LsdException Locked="false" Priority="19" SemiHidden="false" UnhideWhenUsed="false" QFormat="true" Name="Subtle Emphasis"/&gt; &lt;w:LsdException Locked="false" Priority="21" SemiHidden="false" UnhideWhenUsed="false" QFormat="true" Name="Intense Emphasis"/&gt; &lt;w:LsdException Locked="false" Priority="31" SemiHidden="false" UnhideWhenUsed="false" QFormat="true" Name="Subtle Reference"/&gt; &lt;w:LsdException Locked="false" Priority="32" SemiHidden="false" UnhideWhenUsed="false" QFormat="true" Name="Intense Reference"/&gt; &lt;w:LsdException Locked="false" Priority="33" SemiHidden="false" UnhideWhenUsed="false" QFormat="true" Name="Book Title"/&gt; &lt;w:LsdException Locked="false" Priority="37" Name="Bibliography"/&gt; &lt;w:LsdException Locked="false" Priority="39" QFormat="true" Name="TOC Heading"/&gt; &lt;/w:LatentStyles&gt;&lt;/xml&gt;&lt;![endif]</w:t>
      </w:r>
    </w:p>
    <w:p>
      <w:r>
        <w:t>[if gte mso 10]&gt;&lt;style&gt; /* Style Definitions */ table.MsoNormalTable\t{mso-style-name:普通表格;\tmso-tstyle-rowband-size:0;\tmso-tstyle-colband-size:0;\tmso-style-noshow:yes;\tmso-style-priority:99;\tmso-style-parent:"";\tmso-padding-alt:0cm 5.4pt 0cm 5.4pt;\tmso-para-margin:0cm;\tmso-para-margin-bottom:.0001pt;\tmso-pagination:widow-orphan;\tfont-size:10.5pt;\tmso-bidi-font-size:11.0pt;\tfont-family:等线;\tmso-ascii-font-family:等线;\tmso-ascii-theme-font:minor-latin;\tmso-fareast-font-family:等线;\tmso-fareast-theme-font:minor-fareast;\tmso-hansi-font-family:等线;\tmso-hansi-theme-font:minor-latin;\tmso-font-kerning:1.0pt;}&lt;/style&gt;&lt;![endif]</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申请编号</w:t>
            </w:r>
          </w:p>
        </w:tc>
        <w:tc>
          <w:tcPr>
            <w:tcW w:type="dxa" w:w="1728"/>
          </w:tcPr>
          <w:p>
            <w:r>
              <w:t>姓名</w:t>
            </w:r>
          </w:p>
        </w:tc>
        <w:tc>
          <w:tcPr>
            <w:tcW w:type="dxa" w:w="1728"/>
          </w:tcPr>
          <w:p>
            <w:r>
              <w:t>综合成绩100</w:t>
            </w:r>
          </w:p>
        </w:tc>
        <w:tc>
          <w:tcPr>
            <w:tcW w:type="dxa" w:w="1728"/>
          </w:tcPr>
          <w:p>
            <w:r>
              <w:t>排名</w:t>
            </w:r>
          </w:p>
        </w:tc>
        <w:tc>
          <w:tcPr>
            <w:tcW w:type="dxa" w:w="1728"/>
          </w:tcPr>
          <w:p>
            <w:r>
              <w:t>专业</w:t>
            </w:r>
          </w:p>
        </w:tc>
      </w:tr>
      <w:tr>
        <w:tc>
          <w:tcPr>
            <w:tcW w:type="dxa" w:w="1728"/>
          </w:tcPr>
          <w:p>
            <w:r>
              <w:t>2004075</w:t>
            </w:r>
          </w:p>
        </w:tc>
        <w:tc>
          <w:tcPr>
            <w:tcW w:type="dxa" w:w="1728"/>
          </w:tcPr>
          <w:p>
            <w:r>
              <w:t>陈晴晴</w:t>
            </w:r>
          </w:p>
        </w:tc>
        <w:tc>
          <w:tcPr>
            <w:tcW w:type="dxa" w:w="1728"/>
          </w:tcPr>
          <w:p>
            <w:r>
              <w:t>96.7</w:t>
            </w:r>
          </w:p>
        </w:tc>
        <w:tc>
          <w:tcPr>
            <w:tcW w:type="dxa" w:w="1728"/>
          </w:tcPr>
          <w:p>
            <w:r>
              <w:t>1</w:t>
            </w:r>
          </w:p>
        </w:tc>
        <w:tc>
          <w:tcPr>
            <w:tcW w:type="dxa" w:w="1728"/>
          </w:tcPr>
          <w:p>
            <w:r>
              <w:t>080400仪器科学与技术</w:t>
            </w:r>
          </w:p>
        </w:tc>
      </w:tr>
      <w:tr>
        <w:tc>
          <w:tcPr>
            <w:tcW w:type="dxa" w:w="1728"/>
          </w:tcPr>
          <w:p>
            <w:r>
              <w:t>2000253</w:t>
            </w:r>
          </w:p>
        </w:tc>
        <w:tc>
          <w:tcPr>
            <w:tcW w:type="dxa" w:w="1728"/>
          </w:tcPr>
          <w:p>
            <w:r>
              <w:t>季钦杰</w:t>
            </w:r>
          </w:p>
        </w:tc>
        <w:tc>
          <w:tcPr>
            <w:tcW w:type="dxa" w:w="1728"/>
          </w:tcPr>
          <w:p>
            <w:r>
              <w:t>91.1</w:t>
            </w:r>
          </w:p>
        </w:tc>
        <w:tc>
          <w:tcPr>
            <w:tcW w:type="dxa" w:w="1728"/>
          </w:tcPr>
          <w:p>
            <w:r>
              <w:t>2</w:t>
            </w:r>
          </w:p>
        </w:tc>
        <w:tc>
          <w:tcPr>
            <w:tcW w:type="dxa" w:w="1728"/>
          </w:tcPr>
          <w:p>
            <w:r>
              <w:t>080400仪器科学与技术</w:t>
            </w:r>
          </w:p>
        </w:tc>
      </w:tr>
      <w:tr>
        <w:tc>
          <w:tcPr>
            <w:tcW w:type="dxa" w:w="1728"/>
          </w:tcPr>
          <w:p>
            <w:r>
              <w:t>2010314</w:t>
            </w:r>
          </w:p>
        </w:tc>
        <w:tc>
          <w:tcPr>
            <w:tcW w:type="dxa" w:w="1728"/>
          </w:tcPr>
          <w:p>
            <w:r>
              <w:t>胡晋升</w:t>
            </w:r>
          </w:p>
        </w:tc>
        <w:tc>
          <w:tcPr>
            <w:tcW w:type="dxa" w:w="1728"/>
          </w:tcPr>
          <w:p>
            <w:r>
              <w:t>90.5</w:t>
            </w:r>
          </w:p>
        </w:tc>
        <w:tc>
          <w:tcPr>
            <w:tcW w:type="dxa" w:w="1728"/>
          </w:tcPr>
          <w:p>
            <w:r>
              <w:t>3</w:t>
            </w:r>
          </w:p>
        </w:tc>
        <w:tc>
          <w:tcPr>
            <w:tcW w:type="dxa" w:w="1728"/>
          </w:tcPr>
          <w:p>
            <w:r>
              <w:t>080400仪器科学与技术</w:t>
            </w:r>
          </w:p>
        </w:tc>
      </w:tr>
      <w:tr>
        <w:tc>
          <w:tcPr>
            <w:tcW w:type="dxa" w:w="1728"/>
          </w:tcPr>
          <w:p>
            <w:r>
              <w:t>2003383</w:t>
            </w:r>
          </w:p>
        </w:tc>
        <w:tc>
          <w:tcPr>
            <w:tcW w:type="dxa" w:w="1728"/>
          </w:tcPr>
          <w:p>
            <w:r>
              <w:t>崔林威</w:t>
            </w:r>
          </w:p>
        </w:tc>
        <w:tc>
          <w:tcPr>
            <w:tcW w:type="dxa" w:w="1728"/>
          </w:tcPr>
          <w:p>
            <w:r>
              <w:t>89.9</w:t>
            </w:r>
          </w:p>
        </w:tc>
        <w:tc>
          <w:tcPr>
            <w:tcW w:type="dxa" w:w="1728"/>
          </w:tcPr>
          <w:p>
            <w:r>
              <w:t>4</w:t>
            </w:r>
          </w:p>
        </w:tc>
        <w:tc>
          <w:tcPr>
            <w:tcW w:type="dxa" w:w="1728"/>
          </w:tcPr>
          <w:p>
            <w:r>
              <w:t>080400仪器科学与技术</w:t>
            </w:r>
          </w:p>
        </w:tc>
      </w:tr>
      <w:tr>
        <w:tc>
          <w:tcPr>
            <w:tcW w:type="dxa" w:w="1728"/>
          </w:tcPr>
          <w:p>
            <w:r>
              <w:t>2001757</w:t>
            </w:r>
          </w:p>
        </w:tc>
        <w:tc>
          <w:tcPr>
            <w:tcW w:type="dxa" w:w="1728"/>
          </w:tcPr>
          <w:p>
            <w:r>
              <w:t>郑绥君</w:t>
            </w:r>
          </w:p>
        </w:tc>
        <w:tc>
          <w:tcPr>
            <w:tcW w:type="dxa" w:w="1728"/>
          </w:tcPr>
          <w:p>
            <w:r>
              <w:t>89.3</w:t>
            </w:r>
          </w:p>
        </w:tc>
        <w:tc>
          <w:tcPr>
            <w:tcW w:type="dxa" w:w="1728"/>
          </w:tcPr>
          <w:p>
            <w:r>
              <w:t>5</w:t>
            </w:r>
          </w:p>
        </w:tc>
        <w:tc>
          <w:tcPr>
            <w:tcW w:type="dxa" w:w="1728"/>
          </w:tcPr>
          <w:p>
            <w:r>
              <w:t>081105导航、制导与控制</w:t>
            </w:r>
          </w:p>
        </w:tc>
      </w:tr>
      <w:tr>
        <w:tc>
          <w:tcPr>
            <w:tcW w:type="dxa" w:w="1728"/>
          </w:tcPr>
          <w:p>
            <w:r>
              <w:t>2007587</w:t>
            </w:r>
          </w:p>
        </w:tc>
        <w:tc>
          <w:tcPr>
            <w:tcW w:type="dxa" w:w="1728"/>
          </w:tcPr>
          <w:p>
            <w:r>
              <w:t>刘丰宇</w:t>
            </w:r>
          </w:p>
        </w:tc>
        <w:tc>
          <w:tcPr>
            <w:tcW w:type="dxa" w:w="1728"/>
          </w:tcPr>
          <w:p>
            <w:r>
              <w:t>88.4</w:t>
            </w:r>
          </w:p>
        </w:tc>
        <w:tc>
          <w:tcPr>
            <w:tcW w:type="dxa" w:w="1728"/>
          </w:tcPr>
          <w:p>
            <w:r>
              <w:t>6</w:t>
            </w:r>
          </w:p>
        </w:tc>
        <w:tc>
          <w:tcPr>
            <w:tcW w:type="dxa" w:w="1728"/>
          </w:tcPr>
          <w:p>
            <w:r>
              <w:t>081105导航、制导与控制</w:t>
            </w:r>
          </w:p>
        </w:tc>
      </w:tr>
      <w:tr>
        <w:tc>
          <w:tcPr>
            <w:tcW w:type="dxa" w:w="1728"/>
          </w:tcPr>
          <w:p>
            <w:r>
              <w:t>2002567</w:t>
            </w:r>
          </w:p>
        </w:tc>
        <w:tc>
          <w:tcPr>
            <w:tcW w:type="dxa" w:w="1728"/>
          </w:tcPr>
          <w:p>
            <w:r>
              <w:t>马秋颖</w:t>
            </w:r>
          </w:p>
        </w:tc>
        <w:tc>
          <w:tcPr>
            <w:tcW w:type="dxa" w:w="1728"/>
          </w:tcPr>
          <w:p>
            <w:r>
              <w:t>88.1</w:t>
            </w:r>
          </w:p>
        </w:tc>
        <w:tc>
          <w:tcPr>
            <w:tcW w:type="dxa" w:w="1728"/>
          </w:tcPr>
          <w:p>
            <w:r>
              <w:t>7</w:t>
            </w:r>
          </w:p>
        </w:tc>
        <w:tc>
          <w:tcPr>
            <w:tcW w:type="dxa" w:w="1728"/>
          </w:tcPr>
          <w:p>
            <w:r>
              <w:t>080400仪器科学与技术</w:t>
            </w:r>
          </w:p>
        </w:tc>
      </w:tr>
      <w:tr>
        <w:tc>
          <w:tcPr>
            <w:tcW w:type="dxa" w:w="1728"/>
          </w:tcPr>
          <w:p>
            <w:r>
              <w:t>2011881</w:t>
            </w:r>
          </w:p>
        </w:tc>
        <w:tc>
          <w:tcPr>
            <w:tcW w:type="dxa" w:w="1728"/>
          </w:tcPr>
          <w:p>
            <w:r>
              <w:t>沙海阳</w:t>
            </w:r>
          </w:p>
        </w:tc>
        <w:tc>
          <w:tcPr>
            <w:tcW w:type="dxa" w:w="1728"/>
          </w:tcPr>
          <w:p>
            <w:r>
              <w:t>88.0</w:t>
            </w:r>
          </w:p>
        </w:tc>
        <w:tc>
          <w:tcPr>
            <w:tcW w:type="dxa" w:w="1728"/>
          </w:tcPr>
          <w:p>
            <w:r>
              <w:t>8</w:t>
            </w:r>
          </w:p>
        </w:tc>
        <w:tc>
          <w:tcPr>
            <w:tcW w:type="dxa" w:w="1728"/>
          </w:tcPr>
          <w:p>
            <w:r>
              <w:t>080400仪器科学与技术</w:t>
            </w:r>
          </w:p>
        </w:tc>
      </w:tr>
      <w:tr>
        <w:tc>
          <w:tcPr>
            <w:tcW w:type="dxa" w:w="1728"/>
          </w:tcPr>
          <w:p>
            <w:r>
              <w:t>2010386</w:t>
            </w:r>
          </w:p>
        </w:tc>
        <w:tc>
          <w:tcPr>
            <w:tcW w:type="dxa" w:w="1728"/>
          </w:tcPr>
          <w:p>
            <w:r>
              <w:t>张扬</w:t>
            </w:r>
          </w:p>
        </w:tc>
        <w:tc>
          <w:tcPr>
            <w:tcW w:type="dxa" w:w="1728"/>
          </w:tcPr>
          <w:p>
            <w:r>
              <w:t>88.0</w:t>
            </w:r>
          </w:p>
        </w:tc>
        <w:tc>
          <w:tcPr>
            <w:tcW w:type="dxa" w:w="1728"/>
          </w:tcPr>
          <w:p>
            <w:r>
              <w:t>9</w:t>
            </w:r>
          </w:p>
        </w:tc>
        <w:tc>
          <w:tcPr>
            <w:tcW w:type="dxa" w:w="1728"/>
          </w:tcPr>
          <w:p>
            <w:r>
              <w:t>080400仪器科学与技术</w:t>
            </w:r>
          </w:p>
        </w:tc>
      </w:tr>
      <w:tr>
        <w:tc>
          <w:tcPr>
            <w:tcW w:type="dxa" w:w="1728"/>
          </w:tcPr>
          <w:p>
            <w:r>
              <w:t>2003629</w:t>
            </w:r>
          </w:p>
        </w:tc>
        <w:tc>
          <w:tcPr>
            <w:tcW w:type="dxa" w:w="1728"/>
          </w:tcPr>
          <w:p>
            <w:r>
              <w:t>郭意霖</w:t>
            </w:r>
          </w:p>
        </w:tc>
        <w:tc>
          <w:tcPr>
            <w:tcW w:type="dxa" w:w="1728"/>
          </w:tcPr>
          <w:p>
            <w:r>
              <w:t>87.9</w:t>
            </w:r>
          </w:p>
        </w:tc>
        <w:tc>
          <w:tcPr>
            <w:tcW w:type="dxa" w:w="1728"/>
          </w:tcPr>
          <w:p>
            <w:r>
              <w:t>10</w:t>
            </w:r>
          </w:p>
        </w:tc>
        <w:tc>
          <w:tcPr>
            <w:tcW w:type="dxa" w:w="1728"/>
          </w:tcPr>
          <w:p>
            <w:r>
              <w:t>080400仪器科学与技术</w:t>
            </w:r>
          </w:p>
        </w:tc>
      </w:tr>
      <w:tr>
        <w:tc>
          <w:tcPr>
            <w:tcW w:type="dxa" w:w="1728"/>
          </w:tcPr>
          <w:p>
            <w:r>
              <w:t>2006444</w:t>
            </w:r>
          </w:p>
        </w:tc>
        <w:tc>
          <w:tcPr>
            <w:tcW w:type="dxa" w:w="1728"/>
          </w:tcPr>
          <w:p>
            <w:r>
              <w:t>李雅雯</w:t>
            </w:r>
          </w:p>
        </w:tc>
        <w:tc>
          <w:tcPr>
            <w:tcW w:type="dxa" w:w="1728"/>
          </w:tcPr>
          <w:p>
            <w:r>
              <w:t>87.7</w:t>
            </w:r>
          </w:p>
        </w:tc>
        <w:tc>
          <w:tcPr>
            <w:tcW w:type="dxa" w:w="1728"/>
          </w:tcPr>
          <w:p>
            <w:r>
              <w:t>11</w:t>
            </w:r>
          </w:p>
        </w:tc>
        <w:tc>
          <w:tcPr>
            <w:tcW w:type="dxa" w:w="1728"/>
          </w:tcPr>
          <w:p>
            <w:r>
              <w:t>080400仪器科学与技术</w:t>
            </w:r>
          </w:p>
        </w:tc>
      </w:tr>
      <w:tr>
        <w:tc>
          <w:tcPr>
            <w:tcW w:type="dxa" w:w="1728"/>
          </w:tcPr>
          <w:p>
            <w:r>
              <w:t>2008023</w:t>
            </w:r>
          </w:p>
        </w:tc>
        <w:tc>
          <w:tcPr>
            <w:tcW w:type="dxa" w:w="1728"/>
          </w:tcPr>
          <w:p>
            <w:r>
              <w:t>张天琪</w:t>
            </w:r>
          </w:p>
        </w:tc>
        <w:tc>
          <w:tcPr>
            <w:tcW w:type="dxa" w:w="1728"/>
          </w:tcPr>
          <w:p>
            <w:r>
              <w:t>87.5</w:t>
            </w:r>
          </w:p>
        </w:tc>
        <w:tc>
          <w:tcPr>
            <w:tcW w:type="dxa" w:w="1728"/>
          </w:tcPr>
          <w:p>
            <w:r>
              <w:t>12</w:t>
            </w:r>
          </w:p>
        </w:tc>
        <w:tc>
          <w:tcPr>
            <w:tcW w:type="dxa" w:w="1728"/>
          </w:tcPr>
          <w:p>
            <w:r>
              <w:t>080400仪器科学与技术</w:t>
            </w:r>
          </w:p>
        </w:tc>
      </w:tr>
      <w:tr>
        <w:tc>
          <w:tcPr>
            <w:tcW w:type="dxa" w:w="1728"/>
          </w:tcPr>
          <w:p>
            <w:r>
              <w:t>2002635</w:t>
            </w:r>
          </w:p>
        </w:tc>
        <w:tc>
          <w:tcPr>
            <w:tcW w:type="dxa" w:w="1728"/>
          </w:tcPr>
          <w:p>
            <w:r>
              <w:t>陈柳辰</w:t>
            </w:r>
          </w:p>
        </w:tc>
        <w:tc>
          <w:tcPr>
            <w:tcW w:type="dxa" w:w="1728"/>
          </w:tcPr>
          <w:p>
            <w:r>
              <w:t>87.2</w:t>
            </w:r>
          </w:p>
        </w:tc>
        <w:tc>
          <w:tcPr>
            <w:tcW w:type="dxa" w:w="1728"/>
          </w:tcPr>
          <w:p>
            <w:r>
              <w:t>13</w:t>
            </w:r>
          </w:p>
        </w:tc>
        <w:tc>
          <w:tcPr>
            <w:tcW w:type="dxa" w:w="1728"/>
          </w:tcPr>
          <w:p>
            <w:r>
              <w:t>085400电子信息(专业学位)</w:t>
            </w:r>
          </w:p>
        </w:tc>
      </w:tr>
      <w:tr>
        <w:tc>
          <w:tcPr>
            <w:tcW w:type="dxa" w:w="1728"/>
          </w:tcPr>
          <w:p>
            <w:r>
              <w:t>2010249</w:t>
            </w:r>
          </w:p>
        </w:tc>
        <w:tc>
          <w:tcPr>
            <w:tcW w:type="dxa" w:w="1728"/>
          </w:tcPr>
          <w:p>
            <w:r>
              <w:t>宋光欣</w:t>
            </w:r>
          </w:p>
        </w:tc>
        <w:tc>
          <w:tcPr>
            <w:tcW w:type="dxa" w:w="1728"/>
          </w:tcPr>
          <w:p>
            <w:r>
              <w:t>87.1</w:t>
            </w:r>
          </w:p>
        </w:tc>
        <w:tc>
          <w:tcPr>
            <w:tcW w:type="dxa" w:w="1728"/>
          </w:tcPr>
          <w:p>
            <w:r>
              <w:t>14</w:t>
            </w:r>
          </w:p>
        </w:tc>
        <w:tc>
          <w:tcPr>
            <w:tcW w:type="dxa" w:w="1728"/>
          </w:tcPr>
          <w:p>
            <w:r>
              <w:t>080400仪器科学与技术</w:t>
            </w:r>
          </w:p>
        </w:tc>
      </w:tr>
      <w:tr>
        <w:tc>
          <w:tcPr>
            <w:tcW w:type="dxa" w:w="1728"/>
          </w:tcPr>
          <w:p>
            <w:r>
              <w:t>2010278</w:t>
            </w:r>
          </w:p>
        </w:tc>
        <w:tc>
          <w:tcPr>
            <w:tcW w:type="dxa" w:w="1728"/>
          </w:tcPr>
          <w:p>
            <w:r>
              <w:t>邹凤敏</w:t>
            </w:r>
          </w:p>
        </w:tc>
        <w:tc>
          <w:tcPr>
            <w:tcW w:type="dxa" w:w="1728"/>
          </w:tcPr>
          <w:p>
            <w:r>
              <w:t>87.0</w:t>
            </w:r>
          </w:p>
        </w:tc>
        <w:tc>
          <w:tcPr>
            <w:tcW w:type="dxa" w:w="1728"/>
          </w:tcPr>
          <w:p>
            <w:r>
              <w:t>15</w:t>
            </w:r>
          </w:p>
        </w:tc>
        <w:tc>
          <w:tcPr>
            <w:tcW w:type="dxa" w:w="1728"/>
          </w:tcPr>
          <w:p>
            <w:r>
              <w:t>080400仪器科学与技术</w:t>
            </w:r>
          </w:p>
        </w:tc>
      </w:tr>
      <w:tr>
        <w:tc>
          <w:tcPr>
            <w:tcW w:type="dxa" w:w="1728"/>
          </w:tcPr>
          <w:p>
            <w:r>
              <w:t>2003651</w:t>
            </w:r>
          </w:p>
        </w:tc>
        <w:tc>
          <w:tcPr>
            <w:tcW w:type="dxa" w:w="1728"/>
          </w:tcPr>
          <w:p>
            <w:r>
              <w:t>王坤钰</w:t>
            </w:r>
          </w:p>
        </w:tc>
        <w:tc>
          <w:tcPr>
            <w:tcW w:type="dxa" w:w="1728"/>
          </w:tcPr>
          <w:p>
            <w:r>
              <w:t>87.0</w:t>
            </w:r>
          </w:p>
        </w:tc>
        <w:tc>
          <w:tcPr>
            <w:tcW w:type="dxa" w:w="1728"/>
          </w:tcPr>
          <w:p>
            <w:r>
              <w:t>16</w:t>
            </w:r>
          </w:p>
        </w:tc>
        <w:tc>
          <w:tcPr>
            <w:tcW w:type="dxa" w:w="1728"/>
          </w:tcPr>
          <w:p>
            <w:r>
              <w:t>080400仪器科学与技术</w:t>
            </w:r>
          </w:p>
        </w:tc>
      </w:tr>
      <w:tr>
        <w:tc>
          <w:tcPr>
            <w:tcW w:type="dxa" w:w="1728"/>
          </w:tcPr>
          <w:p>
            <w:r>
              <w:t>2004610</w:t>
            </w:r>
          </w:p>
        </w:tc>
        <w:tc>
          <w:tcPr>
            <w:tcW w:type="dxa" w:w="1728"/>
          </w:tcPr>
          <w:p>
            <w:r>
              <w:t>石玉伦</w:t>
            </w:r>
          </w:p>
        </w:tc>
        <w:tc>
          <w:tcPr>
            <w:tcW w:type="dxa" w:w="1728"/>
          </w:tcPr>
          <w:p>
            <w:r>
              <w:t>86.8</w:t>
            </w:r>
          </w:p>
        </w:tc>
        <w:tc>
          <w:tcPr>
            <w:tcW w:type="dxa" w:w="1728"/>
          </w:tcPr>
          <w:p>
            <w:r>
              <w:t>17</w:t>
            </w:r>
          </w:p>
        </w:tc>
        <w:tc>
          <w:tcPr>
            <w:tcW w:type="dxa" w:w="1728"/>
          </w:tcPr>
          <w:p>
            <w:r>
              <w:t>080400仪器科学与技术</w:t>
            </w:r>
          </w:p>
        </w:tc>
      </w:tr>
      <w:tr>
        <w:tc>
          <w:tcPr>
            <w:tcW w:type="dxa" w:w="1728"/>
          </w:tcPr>
          <w:p>
            <w:r>
              <w:t>2012800</w:t>
            </w:r>
          </w:p>
        </w:tc>
        <w:tc>
          <w:tcPr>
            <w:tcW w:type="dxa" w:w="1728"/>
          </w:tcPr>
          <w:p>
            <w:r>
              <w:t>杨雨锟</w:t>
            </w:r>
          </w:p>
        </w:tc>
        <w:tc>
          <w:tcPr>
            <w:tcW w:type="dxa" w:w="1728"/>
          </w:tcPr>
          <w:p>
            <w:r>
              <w:t>86.7</w:t>
            </w:r>
          </w:p>
        </w:tc>
        <w:tc>
          <w:tcPr>
            <w:tcW w:type="dxa" w:w="1728"/>
          </w:tcPr>
          <w:p>
            <w:r>
              <w:t>18</w:t>
            </w:r>
          </w:p>
        </w:tc>
        <w:tc>
          <w:tcPr>
            <w:tcW w:type="dxa" w:w="1728"/>
          </w:tcPr>
          <w:p>
            <w:r>
              <w:t>080400仪器科学与技术</w:t>
            </w:r>
          </w:p>
        </w:tc>
      </w:tr>
      <w:tr>
        <w:tc>
          <w:tcPr>
            <w:tcW w:type="dxa" w:w="1728"/>
          </w:tcPr>
          <w:p>
            <w:r>
              <w:t>2010693</w:t>
            </w:r>
          </w:p>
        </w:tc>
        <w:tc>
          <w:tcPr>
            <w:tcW w:type="dxa" w:w="1728"/>
          </w:tcPr>
          <w:p>
            <w:r>
              <w:t>刘勇岩</w:t>
            </w:r>
          </w:p>
        </w:tc>
        <w:tc>
          <w:tcPr>
            <w:tcW w:type="dxa" w:w="1728"/>
          </w:tcPr>
          <w:p>
            <w:r>
              <w:t>86.7</w:t>
            </w:r>
          </w:p>
        </w:tc>
        <w:tc>
          <w:tcPr>
            <w:tcW w:type="dxa" w:w="1728"/>
          </w:tcPr>
          <w:p>
            <w:r>
              <w:t>19</w:t>
            </w:r>
          </w:p>
        </w:tc>
        <w:tc>
          <w:tcPr>
            <w:tcW w:type="dxa" w:w="1728"/>
          </w:tcPr>
          <w:p>
            <w:r>
              <w:t>080400仪器科学与技术</w:t>
            </w:r>
          </w:p>
        </w:tc>
      </w:tr>
      <w:tr>
        <w:tc>
          <w:tcPr>
            <w:tcW w:type="dxa" w:w="1728"/>
          </w:tcPr>
          <w:p>
            <w:r>
              <w:t>2008762</w:t>
            </w:r>
          </w:p>
        </w:tc>
        <w:tc>
          <w:tcPr>
            <w:tcW w:type="dxa" w:w="1728"/>
          </w:tcPr>
          <w:p>
            <w:r>
              <w:t>邵锦江</w:t>
            </w:r>
          </w:p>
        </w:tc>
        <w:tc>
          <w:tcPr>
            <w:tcW w:type="dxa" w:w="1728"/>
          </w:tcPr>
          <w:p>
            <w:r>
              <w:t>86.6</w:t>
            </w:r>
          </w:p>
        </w:tc>
        <w:tc>
          <w:tcPr>
            <w:tcW w:type="dxa" w:w="1728"/>
          </w:tcPr>
          <w:p>
            <w:r>
              <w:t>20</w:t>
            </w:r>
          </w:p>
        </w:tc>
        <w:tc>
          <w:tcPr>
            <w:tcW w:type="dxa" w:w="1728"/>
          </w:tcPr>
          <w:p>
            <w:r>
              <w:t>081105导航、制导与控制</w:t>
            </w:r>
          </w:p>
        </w:tc>
      </w:tr>
      <w:tr>
        <w:tc>
          <w:tcPr>
            <w:tcW w:type="dxa" w:w="1728"/>
          </w:tcPr>
          <w:p>
            <w:r>
              <w:t>2007880</w:t>
            </w:r>
          </w:p>
        </w:tc>
        <w:tc>
          <w:tcPr>
            <w:tcW w:type="dxa" w:w="1728"/>
          </w:tcPr>
          <w:p>
            <w:r>
              <w:t>张莹倩</w:t>
            </w:r>
          </w:p>
        </w:tc>
        <w:tc>
          <w:tcPr>
            <w:tcW w:type="dxa" w:w="1728"/>
          </w:tcPr>
          <w:p>
            <w:r>
              <w:t>86.3</w:t>
            </w:r>
          </w:p>
        </w:tc>
        <w:tc>
          <w:tcPr>
            <w:tcW w:type="dxa" w:w="1728"/>
          </w:tcPr>
          <w:p>
            <w:r>
              <w:t>21</w:t>
            </w:r>
          </w:p>
        </w:tc>
        <w:tc>
          <w:tcPr>
            <w:tcW w:type="dxa" w:w="1728"/>
          </w:tcPr>
          <w:p>
            <w:r>
              <w:t>080400仪器科学与技术</w:t>
            </w:r>
          </w:p>
        </w:tc>
      </w:tr>
      <w:tr>
        <w:tc>
          <w:tcPr>
            <w:tcW w:type="dxa" w:w="1728"/>
          </w:tcPr>
          <w:p>
            <w:r>
              <w:t>2010588</w:t>
            </w:r>
          </w:p>
        </w:tc>
        <w:tc>
          <w:tcPr>
            <w:tcW w:type="dxa" w:w="1728"/>
          </w:tcPr>
          <w:p>
            <w:r>
              <w:t>展可天</w:t>
            </w:r>
          </w:p>
        </w:tc>
        <w:tc>
          <w:tcPr>
            <w:tcW w:type="dxa" w:w="1728"/>
          </w:tcPr>
          <w:p>
            <w:r>
              <w:t>85.6</w:t>
            </w:r>
          </w:p>
        </w:tc>
        <w:tc>
          <w:tcPr>
            <w:tcW w:type="dxa" w:w="1728"/>
          </w:tcPr>
          <w:p>
            <w:r>
              <w:t>22</w:t>
            </w:r>
          </w:p>
        </w:tc>
        <w:tc>
          <w:tcPr>
            <w:tcW w:type="dxa" w:w="1728"/>
          </w:tcPr>
          <w:p>
            <w:r>
              <w:t>085400电子信息(专业学位)</w:t>
            </w:r>
          </w:p>
        </w:tc>
      </w:tr>
      <w:tr>
        <w:tc>
          <w:tcPr>
            <w:tcW w:type="dxa" w:w="1728"/>
          </w:tcPr>
          <w:p>
            <w:r>
              <w:t>2005983</w:t>
            </w:r>
          </w:p>
        </w:tc>
        <w:tc>
          <w:tcPr>
            <w:tcW w:type="dxa" w:w="1728"/>
          </w:tcPr>
          <w:p>
            <w:r>
              <w:t>于凌宇</w:t>
            </w:r>
          </w:p>
        </w:tc>
        <w:tc>
          <w:tcPr>
            <w:tcW w:type="dxa" w:w="1728"/>
          </w:tcPr>
          <w:p>
            <w:r>
              <w:t>84.4</w:t>
            </w:r>
          </w:p>
        </w:tc>
        <w:tc>
          <w:tcPr>
            <w:tcW w:type="dxa" w:w="1728"/>
          </w:tcPr>
          <w:p>
            <w:r>
              <w:t>23</w:t>
            </w:r>
          </w:p>
        </w:tc>
        <w:tc>
          <w:tcPr>
            <w:tcW w:type="dxa" w:w="1728"/>
          </w:tcPr>
          <w:p>
            <w:r>
              <w:t>080400仪器科学与技术</w:t>
            </w:r>
          </w:p>
        </w:tc>
      </w:tr>
      <w:tr>
        <w:tc>
          <w:tcPr>
            <w:tcW w:type="dxa" w:w="1728"/>
          </w:tcPr>
          <w:p>
            <w:r>
              <w:t>2008887</w:t>
            </w:r>
          </w:p>
        </w:tc>
        <w:tc>
          <w:tcPr>
            <w:tcW w:type="dxa" w:w="1728"/>
          </w:tcPr>
          <w:p>
            <w:r>
              <w:t>刘明坤</w:t>
            </w:r>
          </w:p>
        </w:tc>
        <w:tc>
          <w:tcPr>
            <w:tcW w:type="dxa" w:w="1728"/>
          </w:tcPr>
          <w:p>
            <w:r>
              <w:t>84.2</w:t>
            </w:r>
          </w:p>
        </w:tc>
        <w:tc>
          <w:tcPr>
            <w:tcW w:type="dxa" w:w="1728"/>
          </w:tcPr>
          <w:p>
            <w:r>
              <w:t>24</w:t>
            </w:r>
          </w:p>
        </w:tc>
        <w:tc>
          <w:tcPr>
            <w:tcW w:type="dxa" w:w="1728"/>
          </w:tcPr>
          <w:p>
            <w:r>
              <w:t>080400仪器科学与技术</w:t>
            </w:r>
          </w:p>
        </w:tc>
      </w:tr>
      <w:tr>
        <w:tc>
          <w:tcPr>
            <w:tcW w:type="dxa" w:w="1728"/>
          </w:tcPr>
          <w:p>
            <w:r>
              <w:t>2012726</w:t>
            </w:r>
          </w:p>
        </w:tc>
        <w:tc>
          <w:tcPr>
            <w:tcW w:type="dxa" w:w="1728"/>
          </w:tcPr>
          <w:p>
            <w:r>
              <w:t>刘一凡</w:t>
            </w:r>
          </w:p>
        </w:tc>
        <w:tc>
          <w:tcPr>
            <w:tcW w:type="dxa" w:w="1728"/>
          </w:tcPr>
          <w:p>
            <w:r>
              <w:t>83.6</w:t>
            </w:r>
          </w:p>
        </w:tc>
        <w:tc>
          <w:tcPr>
            <w:tcW w:type="dxa" w:w="1728"/>
          </w:tcPr>
          <w:p>
            <w:r>
              <w:t>25</w:t>
            </w:r>
          </w:p>
        </w:tc>
        <w:tc>
          <w:tcPr>
            <w:tcW w:type="dxa" w:w="1728"/>
          </w:tcPr>
          <w:p>
            <w:r>
              <w:t>080400仪器科学与技术</w:t>
            </w:r>
          </w:p>
        </w:tc>
      </w:tr>
      <w:tr>
        <w:tc>
          <w:tcPr>
            <w:tcW w:type="dxa" w:w="1728"/>
          </w:tcPr>
          <w:p>
            <w:r>
              <w:t>2008884</w:t>
            </w:r>
          </w:p>
        </w:tc>
        <w:tc>
          <w:tcPr>
            <w:tcW w:type="dxa" w:w="1728"/>
          </w:tcPr>
          <w:p>
            <w:r>
              <w:t>张艺</w:t>
            </w:r>
          </w:p>
        </w:tc>
        <w:tc>
          <w:tcPr>
            <w:tcW w:type="dxa" w:w="1728"/>
          </w:tcPr>
          <w:p>
            <w:r>
              <w:t>83.6</w:t>
            </w:r>
          </w:p>
        </w:tc>
        <w:tc>
          <w:tcPr>
            <w:tcW w:type="dxa" w:w="1728"/>
          </w:tcPr>
          <w:p>
            <w:r>
              <w:t>26</w:t>
            </w:r>
          </w:p>
        </w:tc>
        <w:tc>
          <w:tcPr>
            <w:tcW w:type="dxa" w:w="1728"/>
          </w:tcPr>
          <w:p>
            <w:r>
              <w:t>080400仪器科学与技术</w:t>
            </w:r>
          </w:p>
        </w:tc>
      </w:tr>
      <w:tr>
        <w:tc>
          <w:tcPr>
            <w:tcW w:type="dxa" w:w="1728"/>
          </w:tcPr>
          <w:p>
            <w:r>
              <w:t>2010715</w:t>
            </w:r>
          </w:p>
        </w:tc>
        <w:tc>
          <w:tcPr>
            <w:tcW w:type="dxa" w:w="1728"/>
          </w:tcPr>
          <w:p>
            <w:r>
              <w:t>夏文清</w:t>
            </w:r>
          </w:p>
        </w:tc>
        <w:tc>
          <w:tcPr>
            <w:tcW w:type="dxa" w:w="1728"/>
          </w:tcPr>
          <w:p>
            <w:r>
              <w:t>83.3</w:t>
            </w:r>
          </w:p>
        </w:tc>
        <w:tc>
          <w:tcPr>
            <w:tcW w:type="dxa" w:w="1728"/>
          </w:tcPr>
          <w:p>
            <w:r>
              <w:t>27</w:t>
            </w:r>
          </w:p>
        </w:tc>
        <w:tc>
          <w:tcPr>
            <w:tcW w:type="dxa" w:w="1728"/>
          </w:tcPr>
          <w:p>
            <w:r>
              <w:t>080400仪器科学与技术</w:t>
            </w:r>
          </w:p>
        </w:tc>
      </w:tr>
      <w:tr>
        <w:tc>
          <w:tcPr>
            <w:tcW w:type="dxa" w:w="1728"/>
          </w:tcPr>
          <w:p>
            <w:r>
              <w:t>2010105</w:t>
            </w:r>
          </w:p>
        </w:tc>
        <w:tc>
          <w:tcPr>
            <w:tcW w:type="dxa" w:w="1728"/>
          </w:tcPr>
          <w:p>
            <w:r>
              <w:t>刘政</w:t>
            </w:r>
          </w:p>
        </w:tc>
        <w:tc>
          <w:tcPr>
            <w:tcW w:type="dxa" w:w="1728"/>
          </w:tcPr>
          <w:p>
            <w:r>
              <w:t>83.1</w:t>
            </w:r>
          </w:p>
        </w:tc>
        <w:tc>
          <w:tcPr>
            <w:tcW w:type="dxa" w:w="1728"/>
          </w:tcPr>
          <w:p>
            <w:r>
              <w:t>28</w:t>
            </w:r>
          </w:p>
        </w:tc>
        <w:tc>
          <w:tcPr>
            <w:tcW w:type="dxa" w:w="1728"/>
          </w:tcPr>
          <w:p>
            <w:r>
              <w:t>080400仪器科学与技术</w:t>
            </w:r>
          </w:p>
        </w:tc>
      </w:tr>
      <w:tr>
        <w:tc>
          <w:tcPr>
            <w:tcW w:type="dxa" w:w="1728"/>
          </w:tcPr>
          <w:p>
            <w:r>
              <w:t>2009202</w:t>
            </w:r>
          </w:p>
        </w:tc>
        <w:tc>
          <w:tcPr>
            <w:tcW w:type="dxa" w:w="1728"/>
          </w:tcPr>
          <w:p>
            <w:r>
              <w:t>肖瑾</w:t>
            </w:r>
          </w:p>
        </w:tc>
        <w:tc>
          <w:tcPr>
            <w:tcW w:type="dxa" w:w="1728"/>
          </w:tcPr>
          <w:p>
            <w:r>
              <w:t>82.5</w:t>
            </w:r>
          </w:p>
        </w:tc>
        <w:tc>
          <w:tcPr>
            <w:tcW w:type="dxa" w:w="1728"/>
          </w:tcPr>
          <w:p>
            <w:r>
              <w:t>29</w:t>
            </w:r>
          </w:p>
        </w:tc>
        <w:tc>
          <w:tcPr>
            <w:tcW w:type="dxa" w:w="1728"/>
          </w:tcPr>
          <w:p>
            <w:r>
              <w:t>080400仪器科学与技术</w:t>
            </w:r>
          </w:p>
        </w:tc>
      </w:tr>
      <w:tr>
        <w:tc>
          <w:tcPr>
            <w:tcW w:type="dxa" w:w="1728"/>
          </w:tcPr>
          <w:p>
            <w:r>
              <w:t>2008607</w:t>
            </w:r>
          </w:p>
        </w:tc>
        <w:tc>
          <w:tcPr>
            <w:tcW w:type="dxa" w:w="1728"/>
          </w:tcPr>
          <w:p>
            <w:r>
              <w:t>耿璎昳</w:t>
            </w:r>
          </w:p>
        </w:tc>
        <w:tc>
          <w:tcPr>
            <w:tcW w:type="dxa" w:w="1728"/>
          </w:tcPr>
          <w:p>
            <w:r>
              <w:t>81.8</w:t>
            </w:r>
          </w:p>
        </w:tc>
        <w:tc>
          <w:tcPr>
            <w:tcW w:type="dxa" w:w="1728"/>
          </w:tcPr>
          <w:p>
            <w:r>
              <w:t>30</w:t>
            </w:r>
          </w:p>
        </w:tc>
        <w:tc>
          <w:tcPr>
            <w:tcW w:type="dxa" w:w="1728"/>
          </w:tcPr>
          <w:p>
            <w:r>
              <w:t>085400电子信息(专业学位)</w:t>
            </w:r>
          </w:p>
        </w:tc>
      </w:tr>
      <w:tr>
        <w:tc>
          <w:tcPr>
            <w:tcW w:type="dxa" w:w="1728"/>
          </w:tcPr>
          <w:p>
            <w:r>
              <w:t>2000532</w:t>
            </w:r>
          </w:p>
        </w:tc>
        <w:tc>
          <w:tcPr>
            <w:tcW w:type="dxa" w:w="1728"/>
          </w:tcPr>
          <w:p>
            <w:r>
              <w:t>吴迪</w:t>
            </w:r>
          </w:p>
        </w:tc>
        <w:tc>
          <w:tcPr>
            <w:tcW w:type="dxa" w:w="1728"/>
          </w:tcPr>
          <w:p>
            <w:r>
              <w:t>81.8</w:t>
            </w:r>
          </w:p>
        </w:tc>
        <w:tc>
          <w:tcPr>
            <w:tcW w:type="dxa" w:w="1728"/>
          </w:tcPr>
          <w:p>
            <w:r>
              <w:t>31</w:t>
            </w:r>
          </w:p>
        </w:tc>
        <w:tc>
          <w:tcPr>
            <w:tcW w:type="dxa" w:w="1728"/>
          </w:tcPr>
          <w:p>
            <w:r>
              <w:t>085400电子信息(专业学位)</w:t>
            </w:r>
          </w:p>
        </w:tc>
      </w:tr>
      <w:tr>
        <w:tc>
          <w:tcPr>
            <w:tcW w:type="dxa" w:w="1728"/>
          </w:tcPr>
          <w:p>
            <w:r>
              <w:t>2000147</w:t>
            </w:r>
          </w:p>
        </w:tc>
        <w:tc>
          <w:tcPr>
            <w:tcW w:type="dxa" w:w="1728"/>
          </w:tcPr>
          <w:p>
            <w:r>
              <w:t>汪振茹</w:t>
            </w:r>
          </w:p>
        </w:tc>
        <w:tc>
          <w:tcPr>
            <w:tcW w:type="dxa" w:w="1728"/>
          </w:tcPr>
          <w:p>
            <w:r>
              <w:t>81.6</w:t>
            </w:r>
          </w:p>
        </w:tc>
        <w:tc>
          <w:tcPr>
            <w:tcW w:type="dxa" w:w="1728"/>
          </w:tcPr>
          <w:p>
            <w:r>
              <w:t>32</w:t>
            </w:r>
          </w:p>
        </w:tc>
        <w:tc>
          <w:tcPr>
            <w:tcW w:type="dxa" w:w="1728"/>
          </w:tcPr>
          <w:p>
            <w:r>
              <w:t>085400电子信息(专业学位)</w:t>
            </w:r>
          </w:p>
        </w:tc>
      </w:tr>
      <w:tr>
        <w:tc>
          <w:tcPr>
            <w:tcW w:type="dxa" w:w="1728"/>
          </w:tcPr>
          <w:p>
            <w:r>
              <w:t>2007227</w:t>
            </w:r>
          </w:p>
        </w:tc>
        <w:tc>
          <w:tcPr>
            <w:tcW w:type="dxa" w:w="1728"/>
          </w:tcPr>
          <w:p>
            <w:r>
              <w:t>张怡君</w:t>
            </w:r>
          </w:p>
        </w:tc>
        <w:tc>
          <w:tcPr>
            <w:tcW w:type="dxa" w:w="1728"/>
          </w:tcPr>
          <w:p>
            <w:r>
              <w:t>81.5</w:t>
            </w:r>
          </w:p>
        </w:tc>
        <w:tc>
          <w:tcPr>
            <w:tcW w:type="dxa" w:w="1728"/>
          </w:tcPr>
          <w:p>
            <w:r>
              <w:t>33</w:t>
            </w:r>
          </w:p>
        </w:tc>
        <w:tc>
          <w:tcPr>
            <w:tcW w:type="dxa" w:w="1728"/>
          </w:tcPr>
          <w:p>
            <w:r>
              <w:t>085400电子信息(专业学位)</w:t>
            </w:r>
          </w:p>
        </w:tc>
      </w:tr>
      <w:tr>
        <w:tc>
          <w:tcPr>
            <w:tcW w:type="dxa" w:w="1728"/>
          </w:tcPr>
          <w:p>
            <w:r>
              <w:t>2013443</w:t>
            </w:r>
          </w:p>
        </w:tc>
        <w:tc>
          <w:tcPr>
            <w:tcW w:type="dxa" w:w="1728"/>
          </w:tcPr>
          <w:p>
            <w:r>
              <w:t>李九慧</w:t>
            </w:r>
          </w:p>
        </w:tc>
        <w:tc>
          <w:tcPr>
            <w:tcW w:type="dxa" w:w="1728"/>
          </w:tcPr>
          <w:p>
            <w:r>
              <w:t>81.2</w:t>
            </w:r>
          </w:p>
        </w:tc>
        <w:tc>
          <w:tcPr>
            <w:tcW w:type="dxa" w:w="1728"/>
          </w:tcPr>
          <w:p>
            <w:r>
              <w:t>34</w:t>
            </w:r>
          </w:p>
        </w:tc>
        <w:tc>
          <w:tcPr>
            <w:tcW w:type="dxa" w:w="1728"/>
          </w:tcPr>
          <w:p>
            <w:r>
              <w:t>085400电子信息(专业学位)</w:t>
            </w:r>
          </w:p>
        </w:tc>
      </w:tr>
      <w:tr>
        <w:tc>
          <w:tcPr>
            <w:tcW w:type="dxa" w:w="1728"/>
          </w:tcPr>
          <w:p>
            <w:r>
              <w:t>2013558</w:t>
            </w:r>
          </w:p>
        </w:tc>
        <w:tc>
          <w:tcPr>
            <w:tcW w:type="dxa" w:w="1728"/>
          </w:tcPr>
          <w:p>
            <w:r>
              <w:t>杨蓝</w:t>
            </w:r>
          </w:p>
        </w:tc>
        <w:tc>
          <w:tcPr>
            <w:tcW w:type="dxa" w:w="1728"/>
          </w:tcPr>
          <w:p>
            <w:r>
              <w:t>80.9</w:t>
            </w:r>
          </w:p>
        </w:tc>
        <w:tc>
          <w:tcPr>
            <w:tcW w:type="dxa" w:w="1728"/>
          </w:tcPr>
          <w:p>
            <w:r>
              <w:t>35</w:t>
            </w:r>
          </w:p>
        </w:tc>
        <w:tc>
          <w:tcPr>
            <w:tcW w:type="dxa" w:w="1728"/>
          </w:tcPr>
          <w:p>
            <w:r>
              <w:t>085400电子信息(专业学位)</w:t>
            </w:r>
          </w:p>
        </w:tc>
      </w:tr>
      <w:tr>
        <w:tc>
          <w:tcPr>
            <w:tcW w:type="dxa" w:w="1728"/>
          </w:tcPr>
          <w:p>
            <w:r>
              <w:t>2005088</w:t>
            </w:r>
          </w:p>
        </w:tc>
        <w:tc>
          <w:tcPr>
            <w:tcW w:type="dxa" w:w="1728"/>
          </w:tcPr>
          <w:p>
            <w:r>
              <w:t>丁益壮</w:t>
            </w:r>
          </w:p>
        </w:tc>
        <w:tc>
          <w:tcPr>
            <w:tcW w:type="dxa" w:w="1728"/>
          </w:tcPr>
          <w:p>
            <w:r>
              <w:t>80.8</w:t>
            </w:r>
          </w:p>
        </w:tc>
        <w:tc>
          <w:tcPr>
            <w:tcW w:type="dxa" w:w="1728"/>
          </w:tcPr>
          <w:p>
            <w:r>
              <w:t>36</w:t>
            </w:r>
          </w:p>
        </w:tc>
        <w:tc>
          <w:tcPr>
            <w:tcW w:type="dxa" w:w="1728"/>
          </w:tcPr>
          <w:p>
            <w:r>
              <w:t>085400电子信息(专业学位)</w:t>
            </w:r>
          </w:p>
        </w:tc>
      </w:tr>
      <w:tr>
        <w:tc>
          <w:tcPr>
            <w:tcW w:type="dxa" w:w="1728"/>
          </w:tcPr>
          <w:p>
            <w:r>
              <w:t>2002587</w:t>
            </w:r>
          </w:p>
        </w:tc>
        <w:tc>
          <w:tcPr>
            <w:tcW w:type="dxa" w:w="1728"/>
          </w:tcPr>
          <w:p>
            <w:r>
              <w:t>吴振宁</w:t>
            </w:r>
          </w:p>
        </w:tc>
        <w:tc>
          <w:tcPr>
            <w:tcW w:type="dxa" w:w="1728"/>
          </w:tcPr>
          <w:p>
            <w:r>
              <w:t>80.7</w:t>
            </w:r>
          </w:p>
        </w:tc>
        <w:tc>
          <w:tcPr>
            <w:tcW w:type="dxa" w:w="1728"/>
          </w:tcPr>
          <w:p>
            <w:r>
              <w:t>37</w:t>
            </w:r>
          </w:p>
        </w:tc>
        <w:tc>
          <w:tcPr>
            <w:tcW w:type="dxa" w:w="1728"/>
          </w:tcPr>
          <w:p>
            <w:r>
              <w:t>替补-085400电子信息(专业学位)</w:t>
            </w:r>
          </w:p>
        </w:tc>
      </w:tr>
      <w:tr>
        <w:tc>
          <w:tcPr>
            <w:tcW w:type="dxa" w:w="1728"/>
          </w:tcPr>
          <w:p>
            <w:r>
              <w:t>2012931</w:t>
            </w:r>
          </w:p>
        </w:tc>
        <w:tc>
          <w:tcPr>
            <w:tcW w:type="dxa" w:w="1728"/>
          </w:tcPr>
          <w:p>
            <w:r>
              <w:t>叶芷杉</w:t>
            </w:r>
          </w:p>
        </w:tc>
        <w:tc>
          <w:tcPr>
            <w:tcW w:type="dxa" w:w="1728"/>
          </w:tcPr>
          <w:p>
            <w:r>
              <w:t>80.6</w:t>
            </w:r>
          </w:p>
        </w:tc>
        <w:tc>
          <w:tcPr>
            <w:tcW w:type="dxa" w:w="1728"/>
          </w:tcPr>
          <w:p>
            <w:r>
              <w:t>38</w:t>
            </w:r>
          </w:p>
        </w:tc>
        <w:tc>
          <w:tcPr>
            <w:tcW w:type="dxa" w:w="1728"/>
          </w:tcPr>
          <w:p>
            <w:r>
              <w:t>替补-085400电子信息(专业学位)</w:t>
            </w:r>
          </w:p>
        </w:tc>
      </w:tr>
      <w:tr>
        <w:tc>
          <w:tcPr>
            <w:tcW w:type="dxa" w:w="1728"/>
          </w:tcPr>
          <w:p>
            <w:r>
              <w:t>2010756</w:t>
            </w:r>
          </w:p>
        </w:tc>
        <w:tc>
          <w:tcPr>
            <w:tcW w:type="dxa" w:w="1728"/>
          </w:tcPr>
          <w:p>
            <w:r>
              <w:t>张维桐</w:t>
            </w:r>
          </w:p>
        </w:tc>
        <w:tc>
          <w:tcPr>
            <w:tcW w:type="dxa" w:w="1728"/>
          </w:tcPr>
          <w:p>
            <w:r>
              <w:t>80.2</w:t>
            </w:r>
          </w:p>
        </w:tc>
        <w:tc>
          <w:tcPr>
            <w:tcW w:type="dxa" w:w="1728"/>
          </w:tcPr>
          <w:p>
            <w:r>
              <w:t>39</w:t>
            </w:r>
          </w:p>
        </w:tc>
        <w:tc>
          <w:tcPr>
            <w:tcW w:type="dxa" w:w="1728"/>
          </w:tcPr>
          <w:p>
            <w:r>
              <w:t>替补-085400电子信息(专业学位)</w:t>
            </w:r>
          </w:p>
        </w:tc>
      </w:tr>
      <w:tr>
        <w:tc>
          <w:tcPr>
            <w:tcW w:type="dxa" w:w="1728"/>
          </w:tcPr>
          <w:p>
            <w:r>
              <w:t>2006932</w:t>
            </w:r>
          </w:p>
        </w:tc>
        <w:tc>
          <w:tcPr>
            <w:tcW w:type="dxa" w:w="1728"/>
          </w:tcPr>
          <w:p>
            <w:r>
              <w:t>郑疏桐</w:t>
            </w:r>
          </w:p>
        </w:tc>
        <w:tc>
          <w:tcPr>
            <w:tcW w:type="dxa" w:w="1728"/>
          </w:tcPr>
          <w:p>
            <w:r>
              <w:t>79.8</w:t>
            </w:r>
          </w:p>
        </w:tc>
        <w:tc>
          <w:tcPr>
            <w:tcW w:type="dxa" w:w="1728"/>
          </w:tcPr>
          <w:p>
            <w:r>
              <w:t>40</w:t>
            </w:r>
          </w:p>
        </w:tc>
        <w:tc>
          <w:tcPr>
            <w:tcW w:type="dxa" w:w="1728"/>
          </w:tcPr>
          <w:p>
            <w:r>
              <w:t>替补-085400电子信息(专业学位)</w:t>
            </w:r>
          </w:p>
        </w:tc>
      </w:tr>
      <w:tr>
        <w:tc>
          <w:tcPr>
            <w:tcW w:type="dxa" w:w="1728"/>
          </w:tcPr>
          <w:p>
            <w:r>
              <w:t>2011126</w:t>
            </w:r>
          </w:p>
        </w:tc>
        <w:tc>
          <w:tcPr>
            <w:tcW w:type="dxa" w:w="1728"/>
          </w:tcPr>
          <w:p>
            <w:r>
              <w:t>姜鲁航</w:t>
            </w:r>
          </w:p>
        </w:tc>
        <w:tc>
          <w:tcPr>
            <w:tcW w:type="dxa" w:w="1728"/>
          </w:tcPr>
          <w:p>
            <w:r>
              <w:t>79.7</w:t>
            </w:r>
          </w:p>
        </w:tc>
        <w:tc>
          <w:tcPr>
            <w:tcW w:type="dxa" w:w="1728"/>
          </w:tcPr>
          <w:p>
            <w:r>
              <w:t>41</w:t>
            </w:r>
          </w:p>
        </w:tc>
        <w:tc>
          <w:tcPr>
            <w:tcW w:type="dxa" w:w="1728"/>
          </w:tcPr>
          <w:p>
            <w:r>
              <w:t>替补-085400电子信息(专业学位)</w:t>
            </w:r>
          </w:p>
        </w:tc>
      </w:tr>
      <w:tr>
        <w:tc>
          <w:tcPr>
            <w:tcW w:type="dxa" w:w="1728"/>
          </w:tcPr>
          <w:p>
            <w:r>
              <w:t>2001224</w:t>
            </w:r>
          </w:p>
        </w:tc>
        <w:tc>
          <w:tcPr>
            <w:tcW w:type="dxa" w:w="1728"/>
          </w:tcPr>
          <w:p>
            <w:r>
              <w:t>梁海艳</w:t>
            </w:r>
          </w:p>
        </w:tc>
        <w:tc>
          <w:tcPr>
            <w:tcW w:type="dxa" w:w="1728"/>
          </w:tcPr>
          <w:p>
            <w:r>
              <w:t>79.6</w:t>
            </w:r>
          </w:p>
        </w:tc>
        <w:tc>
          <w:tcPr>
            <w:tcW w:type="dxa" w:w="1728"/>
          </w:tcPr>
          <w:p>
            <w:r>
              <w:t>42</w:t>
            </w:r>
          </w:p>
        </w:tc>
        <w:tc>
          <w:tcPr>
            <w:tcW w:type="dxa" w:w="1728"/>
          </w:tcPr>
          <w:p>
            <w:r>
              <w:t>替补-085400电子信息(专业学位)</w:t>
            </w:r>
          </w:p>
        </w:tc>
      </w:tr>
      <w:tr>
        <w:tc>
          <w:tcPr>
            <w:tcW w:type="dxa" w:w="1728"/>
          </w:tcPr>
          <w:p>
            <w:r>
              <w:t>2001848</w:t>
            </w:r>
          </w:p>
        </w:tc>
        <w:tc>
          <w:tcPr>
            <w:tcW w:type="dxa" w:w="1728"/>
          </w:tcPr>
          <w:p>
            <w:r>
              <w:t>许晓明</w:t>
            </w:r>
          </w:p>
        </w:tc>
        <w:tc>
          <w:tcPr>
            <w:tcW w:type="dxa" w:w="1728"/>
          </w:tcPr>
          <w:p>
            <w:r>
              <w:t>79.1</w:t>
            </w:r>
          </w:p>
        </w:tc>
        <w:tc>
          <w:tcPr>
            <w:tcW w:type="dxa" w:w="1728"/>
          </w:tcPr>
          <w:p>
            <w:r>
              <w:t>43</w:t>
            </w:r>
          </w:p>
        </w:tc>
        <w:tc>
          <w:tcPr>
            <w:tcW w:type="dxa" w:w="1728"/>
          </w:tcPr>
          <w:p>
            <w:r>
              <w:t>替补-085400电子信息(专业学位)</w:t>
            </w:r>
          </w:p>
        </w:tc>
      </w:tr>
      <w:tr>
        <w:tc>
          <w:tcPr>
            <w:tcW w:type="dxa" w:w="1728"/>
          </w:tcPr>
          <w:p>
            <w:r>
              <w:t>2002878</w:t>
            </w:r>
          </w:p>
        </w:tc>
        <w:tc>
          <w:tcPr>
            <w:tcW w:type="dxa" w:w="1728"/>
          </w:tcPr>
          <w:p>
            <w:r>
              <w:t>龙俊杰</w:t>
            </w:r>
          </w:p>
        </w:tc>
        <w:tc>
          <w:tcPr>
            <w:tcW w:type="dxa" w:w="1728"/>
          </w:tcPr>
          <w:p>
            <w:r>
              <w:t>79.0</w:t>
            </w:r>
          </w:p>
        </w:tc>
        <w:tc>
          <w:tcPr>
            <w:tcW w:type="dxa" w:w="1728"/>
          </w:tcPr>
          <w:p>
            <w:r>
              <w:t>44</w:t>
            </w:r>
          </w:p>
        </w:tc>
        <w:tc>
          <w:tcPr>
            <w:tcW w:type="dxa" w:w="1728"/>
          </w:tcPr>
          <w:p>
            <w:r>
              <w:t>替补-085400电子信息(专业学位)</w:t>
            </w:r>
          </w:p>
        </w:tc>
      </w:tr>
      <w:tr>
        <w:tc>
          <w:tcPr>
            <w:tcW w:type="dxa" w:w="1728"/>
          </w:tcPr>
          <w:p>
            <w:r>
              <w:t>2008541</w:t>
            </w:r>
          </w:p>
        </w:tc>
        <w:tc>
          <w:tcPr>
            <w:tcW w:type="dxa" w:w="1728"/>
          </w:tcPr>
          <w:p>
            <w:r>
              <w:t>怀务祥</w:t>
            </w:r>
          </w:p>
        </w:tc>
        <w:tc>
          <w:tcPr>
            <w:tcW w:type="dxa" w:w="1728"/>
          </w:tcPr>
          <w:p>
            <w:r>
              <w:t>78.8</w:t>
            </w:r>
          </w:p>
        </w:tc>
        <w:tc>
          <w:tcPr>
            <w:tcW w:type="dxa" w:w="1728"/>
          </w:tcPr>
          <w:p>
            <w:r>
              <w:t>45</w:t>
            </w:r>
          </w:p>
        </w:tc>
        <w:tc>
          <w:tcPr>
            <w:tcW w:type="dxa" w:w="1728"/>
          </w:tcPr>
          <w:p>
            <w:r>
              <w:t>替补-085400电子信息(专业学位)</w:t>
            </w:r>
          </w:p>
        </w:tc>
      </w:tr>
      <w:tr>
        <w:tc>
          <w:tcPr>
            <w:tcW w:type="dxa" w:w="1728"/>
          </w:tcPr>
          <w:p>
            <w:r>
              <w:t>2010226</w:t>
            </w:r>
          </w:p>
        </w:tc>
        <w:tc>
          <w:tcPr>
            <w:tcW w:type="dxa" w:w="1728"/>
          </w:tcPr>
          <w:p>
            <w:r>
              <w:t>苏天成</w:t>
            </w:r>
          </w:p>
        </w:tc>
        <w:tc>
          <w:tcPr>
            <w:tcW w:type="dxa" w:w="1728"/>
          </w:tcPr>
          <w:p>
            <w:r>
              <w:t>78.5</w:t>
            </w:r>
          </w:p>
        </w:tc>
        <w:tc>
          <w:tcPr>
            <w:tcW w:type="dxa" w:w="1728"/>
          </w:tcPr>
          <w:p>
            <w:r>
              <w:t>46</w:t>
            </w:r>
          </w:p>
        </w:tc>
        <w:tc>
          <w:tcPr>
            <w:tcW w:type="dxa" w:w="1728"/>
          </w:tcPr>
          <w:p>
            <w:r>
              <w:t>替补-085400电子信息(专业学位)</w:t>
            </w:r>
          </w:p>
        </w:tc>
      </w:tr>
      <w:tr>
        <w:tc>
          <w:tcPr>
            <w:tcW w:type="dxa" w:w="1728"/>
          </w:tcPr>
          <w:p>
            <w:r>
              <w:t>2003646</w:t>
            </w:r>
          </w:p>
        </w:tc>
        <w:tc>
          <w:tcPr>
            <w:tcW w:type="dxa" w:w="1728"/>
          </w:tcPr>
          <w:p>
            <w:r>
              <w:t>王志恺</w:t>
            </w:r>
          </w:p>
        </w:tc>
        <w:tc>
          <w:tcPr>
            <w:tcW w:type="dxa" w:w="1728"/>
          </w:tcPr>
          <w:p>
            <w:r>
              <w:t>78.4</w:t>
            </w:r>
          </w:p>
        </w:tc>
        <w:tc>
          <w:tcPr>
            <w:tcW w:type="dxa" w:w="1728"/>
          </w:tcPr>
          <w:p>
            <w:r/>
          </w:p>
        </w:tc>
        <w:tc>
          <w:tcPr>
            <w:tcW w:type="dxa" w:w="1728"/>
          </w:tcPr>
          <w:p>
            <w:r/>
          </w:p>
        </w:tc>
      </w:tr>
      <w:tr>
        <w:tc>
          <w:tcPr>
            <w:tcW w:type="dxa" w:w="1728"/>
          </w:tcPr>
          <w:p>
            <w:r>
              <w:t>2002063</w:t>
            </w:r>
          </w:p>
        </w:tc>
        <w:tc>
          <w:tcPr>
            <w:tcW w:type="dxa" w:w="1728"/>
          </w:tcPr>
          <w:p>
            <w:r>
              <w:t>周健</w:t>
            </w:r>
          </w:p>
        </w:tc>
        <w:tc>
          <w:tcPr>
            <w:tcW w:type="dxa" w:w="1728"/>
          </w:tcPr>
          <w:p>
            <w:r>
              <w:t>78.1</w:t>
            </w:r>
          </w:p>
        </w:tc>
        <w:tc>
          <w:tcPr>
            <w:tcW w:type="dxa" w:w="1728"/>
          </w:tcPr>
          <w:p>
            <w:r/>
          </w:p>
        </w:tc>
        <w:tc>
          <w:tcPr>
            <w:tcW w:type="dxa" w:w="1728"/>
          </w:tcPr>
          <w:p>
            <w:r/>
          </w:p>
        </w:tc>
      </w:tr>
      <w:tr>
        <w:tc>
          <w:tcPr>
            <w:tcW w:type="dxa" w:w="1728"/>
          </w:tcPr>
          <w:p>
            <w:r>
              <w:t>2006539</w:t>
            </w:r>
          </w:p>
        </w:tc>
        <w:tc>
          <w:tcPr>
            <w:tcW w:type="dxa" w:w="1728"/>
          </w:tcPr>
          <w:p>
            <w:r>
              <w:t>刘亦叶</w:t>
            </w:r>
          </w:p>
        </w:tc>
        <w:tc>
          <w:tcPr>
            <w:tcW w:type="dxa" w:w="1728"/>
          </w:tcPr>
          <w:p>
            <w:r>
              <w:t>77.9</w:t>
            </w:r>
          </w:p>
        </w:tc>
        <w:tc>
          <w:tcPr>
            <w:tcW w:type="dxa" w:w="1728"/>
          </w:tcPr>
          <w:p>
            <w:r/>
          </w:p>
        </w:tc>
        <w:tc>
          <w:tcPr>
            <w:tcW w:type="dxa" w:w="1728"/>
          </w:tcPr>
          <w:p>
            <w:r/>
          </w:p>
        </w:tc>
      </w:tr>
      <w:tr>
        <w:tc>
          <w:tcPr>
            <w:tcW w:type="dxa" w:w="1728"/>
          </w:tcPr>
          <w:p>
            <w:r>
              <w:t>2007871</w:t>
            </w:r>
          </w:p>
        </w:tc>
        <w:tc>
          <w:tcPr>
            <w:tcW w:type="dxa" w:w="1728"/>
          </w:tcPr>
          <w:p>
            <w:r>
              <w:t>侯聪</w:t>
            </w:r>
          </w:p>
        </w:tc>
        <w:tc>
          <w:tcPr>
            <w:tcW w:type="dxa" w:w="1728"/>
          </w:tcPr>
          <w:p>
            <w:r>
              <w:t>77.7</w:t>
            </w:r>
          </w:p>
        </w:tc>
        <w:tc>
          <w:tcPr>
            <w:tcW w:type="dxa" w:w="1728"/>
          </w:tcPr>
          <w:p>
            <w:r/>
          </w:p>
        </w:tc>
        <w:tc>
          <w:tcPr>
            <w:tcW w:type="dxa" w:w="1728"/>
          </w:tcPr>
          <w:p>
            <w:r/>
          </w:p>
        </w:tc>
      </w:tr>
      <w:tr>
        <w:tc>
          <w:tcPr>
            <w:tcW w:type="dxa" w:w="1728"/>
          </w:tcPr>
          <w:p>
            <w:r>
              <w:t>2002440</w:t>
            </w:r>
          </w:p>
        </w:tc>
        <w:tc>
          <w:tcPr>
            <w:tcW w:type="dxa" w:w="1728"/>
          </w:tcPr>
          <w:p>
            <w:r>
              <w:t>倪梓淞</w:t>
            </w:r>
          </w:p>
        </w:tc>
        <w:tc>
          <w:tcPr>
            <w:tcW w:type="dxa" w:w="1728"/>
          </w:tcPr>
          <w:p>
            <w:r>
              <w:t>77.6</w:t>
            </w:r>
          </w:p>
        </w:tc>
        <w:tc>
          <w:tcPr>
            <w:tcW w:type="dxa" w:w="1728"/>
          </w:tcPr>
          <w:p>
            <w:r/>
          </w:p>
        </w:tc>
        <w:tc>
          <w:tcPr>
            <w:tcW w:type="dxa" w:w="1728"/>
          </w:tcPr>
          <w:p>
            <w:r/>
          </w:p>
        </w:tc>
      </w:tr>
      <w:tr>
        <w:tc>
          <w:tcPr>
            <w:tcW w:type="dxa" w:w="1728"/>
          </w:tcPr>
          <w:p>
            <w:r>
              <w:t>2007858</w:t>
            </w:r>
          </w:p>
        </w:tc>
        <w:tc>
          <w:tcPr>
            <w:tcW w:type="dxa" w:w="1728"/>
          </w:tcPr>
          <w:p>
            <w:r>
              <w:t>李靖祺</w:t>
            </w:r>
          </w:p>
        </w:tc>
        <w:tc>
          <w:tcPr>
            <w:tcW w:type="dxa" w:w="1728"/>
          </w:tcPr>
          <w:p>
            <w:r>
              <w:t>76.9</w:t>
            </w:r>
          </w:p>
        </w:tc>
        <w:tc>
          <w:tcPr>
            <w:tcW w:type="dxa" w:w="1728"/>
          </w:tcPr>
          <w:p>
            <w:r/>
          </w:p>
        </w:tc>
        <w:tc>
          <w:tcPr>
            <w:tcW w:type="dxa" w:w="1728"/>
          </w:tcPr>
          <w:p>
            <w:r/>
          </w:p>
        </w:tc>
      </w:tr>
      <w:tr>
        <w:tc>
          <w:tcPr>
            <w:tcW w:type="dxa" w:w="1728"/>
          </w:tcPr>
          <w:p>
            <w:r>
              <w:t>2013578</w:t>
            </w:r>
          </w:p>
        </w:tc>
        <w:tc>
          <w:tcPr>
            <w:tcW w:type="dxa" w:w="1728"/>
          </w:tcPr>
          <w:p>
            <w:r>
              <w:t>温敏初</w:t>
            </w:r>
          </w:p>
        </w:tc>
        <w:tc>
          <w:tcPr>
            <w:tcW w:type="dxa" w:w="1728"/>
          </w:tcPr>
          <w:p>
            <w:r>
              <w:t>76.3</w:t>
            </w:r>
          </w:p>
        </w:tc>
        <w:tc>
          <w:tcPr>
            <w:tcW w:type="dxa" w:w="1728"/>
          </w:tcPr>
          <w:p>
            <w:r/>
          </w:p>
        </w:tc>
        <w:tc>
          <w:tcPr>
            <w:tcW w:type="dxa" w:w="1728"/>
          </w:tcPr>
          <w:p>
            <w:r/>
          </w:p>
        </w:tc>
      </w:tr>
      <w:tr>
        <w:tc>
          <w:tcPr>
            <w:tcW w:type="dxa" w:w="1728"/>
          </w:tcPr>
          <w:p>
            <w:r>
              <w:t>2009749</w:t>
            </w:r>
          </w:p>
        </w:tc>
        <w:tc>
          <w:tcPr>
            <w:tcW w:type="dxa" w:w="1728"/>
          </w:tcPr>
          <w:p>
            <w:r>
              <w:t>李一凡</w:t>
            </w:r>
          </w:p>
        </w:tc>
        <w:tc>
          <w:tcPr>
            <w:tcW w:type="dxa" w:w="1728"/>
          </w:tcPr>
          <w:p>
            <w:r>
              <w:t>76.2</w:t>
            </w:r>
          </w:p>
        </w:tc>
        <w:tc>
          <w:tcPr>
            <w:tcW w:type="dxa" w:w="1728"/>
          </w:tcPr>
          <w:p>
            <w:r/>
          </w:p>
        </w:tc>
        <w:tc>
          <w:tcPr>
            <w:tcW w:type="dxa" w:w="1728"/>
          </w:tcPr>
          <w:p>
            <w:r/>
          </w:p>
        </w:tc>
      </w:tr>
      <w:tr>
        <w:tc>
          <w:tcPr>
            <w:tcW w:type="dxa" w:w="1728"/>
          </w:tcPr>
          <w:p>
            <w:r>
              <w:t>2007869</w:t>
            </w:r>
          </w:p>
        </w:tc>
        <w:tc>
          <w:tcPr>
            <w:tcW w:type="dxa" w:w="1728"/>
          </w:tcPr>
          <w:p>
            <w:r>
              <w:t>陶默然</w:t>
            </w:r>
          </w:p>
        </w:tc>
        <w:tc>
          <w:tcPr>
            <w:tcW w:type="dxa" w:w="1728"/>
          </w:tcPr>
          <w:p>
            <w:r>
              <w:t>75.9</w:t>
            </w:r>
          </w:p>
        </w:tc>
        <w:tc>
          <w:tcPr>
            <w:tcW w:type="dxa" w:w="1728"/>
          </w:tcPr>
          <w:p>
            <w:r/>
          </w:p>
        </w:tc>
        <w:tc>
          <w:tcPr>
            <w:tcW w:type="dxa" w:w="1728"/>
          </w:tcPr>
          <w:p>
            <w:r/>
          </w:p>
        </w:tc>
      </w:tr>
      <w:tr>
        <w:tc>
          <w:tcPr>
            <w:tcW w:type="dxa" w:w="1728"/>
          </w:tcPr>
          <w:p>
            <w:r>
              <w:t>2004608</w:t>
            </w:r>
          </w:p>
        </w:tc>
        <w:tc>
          <w:tcPr>
            <w:tcW w:type="dxa" w:w="1728"/>
          </w:tcPr>
          <w:p>
            <w:r>
              <w:t>徐嵩皓</w:t>
            </w:r>
          </w:p>
        </w:tc>
        <w:tc>
          <w:tcPr>
            <w:tcW w:type="dxa" w:w="1728"/>
          </w:tcPr>
          <w:p>
            <w:r>
              <w:t>75.4</w:t>
            </w:r>
          </w:p>
        </w:tc>
        <w:tc>
          <w:tcPr>
            <w:tcW w:type="dxa" w:w="1728"/>
          </w:tcPr>
          <w:p>
            <w:r/>
          </w:p>
        </w:tc>
        <w:tc>
          <w:tcPr>
            <w:tcW w:type="dxa" w:w="1728"/>
          </w:tcPr>
          <w:p>
            <w:r/>
          </w:p>
        </w:tc>
      </w:tr>
      <w:tr>
        <w:tc>
          <w:tcPr>
            <w:tcW w:type="dxa" w:w="1728"/>
          </w:tcPr>
          <w:p>
            <w:r>
              <w:t>2000441</w:t>
            </w:r>
          </w:p>
        </w:tc>
        <w:tc>
          <w:tcPr>
            <w:tcW w:type="dxa" w:w="1728"/>
          </w:tcPr>
          <w:p>
            <w:r>
              <w:t>刘烁</w:t>
            </w:r>
          </w:p>
        </w:tc>
        <w:tc>
          <w:tcPr>
            <w:tcW w:type="dxa" w:w="1728"/>
          </w:tcPr>
          <w:p>
            <w:r>
              <w:t>74.9</w:t>
            </w:r>
          </w:p>
        </w:tc>
        <w:tc>
          <w:tcPr>
            <w:tcW w:type="dxa" w:w="1728"/>
          </w:tcPr>
          <w:p>
            <w:r/>
          </w:p>
        </w:tc>
        <w:tc>
          <w:tcPr>
            <w:tcW w:type="dxa" w:w="1728"/>
          </w:tcPr>
          <w:p>
            <w:r/>
          </w:p>
        </w:tc>
      </w:tr>
      <w:tr>
        <w:tc>
          <w:tcPr>
            <w:tcW w:type="dxa" w:w="1728"/>
          </w:tcPr>
          <w:p>
            <w:r>
              <w:t>2008193</w:t>
            </w:r>
          </w:p>
        </w:tc>
        <w:tc>
          <w:tcPr>
            <w:tcW w:type="dxa" w:w="1728"/>
          </w:tcPr>
          <w:p>
            <w:r>
              <w:t>刘加一</w:t>
            </w:r>
          </w:p>
        </w:tc>
        <w:tc>
          <w:tcPr>
            <w:tcW w:type="dxa" w:w="1728"/>
          </w:tcPr>
          <w:p>
            <w:r>
              <w:t>74.6</w:t>
            </w:r>
          </w:p>
        </w:tc>
        <w:tc>
          <w:tcPr>
            <w:tcW w:type="dxa" w:w="1728"/>
          </w:tcPr>
          <w:p>
            <w:r/>
          </w:p>
        </w:tc>
        <w:tc>
          <w:tcPr>
            <w:tcW w:type="dxa" w:w="1728"/>
          </w:tcPr>
          <w:p>
            <w:r/>
          </w:p>
        </w:tc>
      </w:tr>
      <w:tr>
        <w:tc>
          <w:tcPr>
            <w:tcW w:type="dxa" w:w="1728"/>
          </w:tcPr>
          <w:p>
            <w:r>
              <w:t>2010669</w:t>
            </w:r>
          </w:p>
        </w:tc>
        <w:tc>
          <w:tcPr>
            <w:tcW w:type="dxa" w:w="1728"/>
          </w:tcPr>
          <w:p>
            <w:r>
              <w:t>廖立睿</w:t>
            </w:r>
          </w:p>
        </w:tc>
        <w:tc>
          <w:tcPr>
            <w:tcW w:type="dxa" w:w="1728"/>
          </w:tcPr>
          <w:p>
            <w:r>
              <w:t>73.9</w:t>
            </w:r>
          </w:p>
        </w:tc>
        <w:tc>
          <w:tcPr>
            <w:tcW w:type="dxa" w:w="1728"/>
          </w:tcPr>
          <w:p>
            <w:r/>
          </w:p>
        </w:tc>
        <w:tc>
          <w:tcPr>
            <w:tcW w:type="dxa" w:w="1728"/>
          </w:tcPr>
          <w:p>
            <w:r/>
          </w:p>
        </w:tc>
      </w:tr>
      <w:tr>
        <w:tc>
          <w:tcPr>
            <w:tcW w:type="dxa" w:w="1728"/>
          </w:tcPr>
          <w:p>
            <w:r>
              <w:t>2004820</w:t>
            </w:r>
          </w:p>
        </w:tc>
        <w:tc>
          <w:tcPr>
            <w:tcW w:type="dxa" w:w="1728"/>
          </w:tcPr>
          <w:p>
            <w:r>
              <w:t>郑林子</w:t>
            </w:r>
          </w:p>
        </w:tc>
        <w:tc>
          <w:tcPr>
            <w:tcW w:type="dxa" w:w="1728"/>
          </w:tcPr>
          <w:p>
            <w:r>
              <w:t>73.8</w:t>
            </w:r>
          </w:p>
        </w:tc>
        <w:tc>
          <w:tcPr>
            <w:tcW w:type="dxa" w:w="1728"/>
          </w:tcPr>
          <w:p>
            <w:r/>
          </w:p>
        </w:tc>
        <w:tc>
          <w:tcPr>
            <w:tcW w:type="dxa" w:w="1728"/>
          </w:tcPr>
          <w:p>
            <w:r/>
          </w:p>
        </w:tc>
      </w:tr>
      <w:tr>
        <w:tc>
          <w:tcPr>
            <w:tcW w:type="dxa" w:w="1728"/>
          </w:tcPr>
          <w:p>
            <w:r>
              <w:t>2001652</w:t>
            </w:r>
          </w:p>
        </w:tc>
        <w:tc>
          <w:tcPr>
            <w:tcW w:type="dxa" w:w="1728"/>
          </w:tcPr>
          <w:p>
            <w:r>
              <w:t>崔少杰</w:t>
            </w:r>
          </w:p>
        </w:tc>
        <w:tc>
          <w:tcPr>
            <w:tcW w:type="dxa" w:w="1728"/>
          </w:tcPr>
          <w:p>
            <w:r>
              <w:t>73.7</w:t>
            </w:r>
          </w:p>
        </w:tc>
        <w:tc>
          <w:tcPr>
            <w:tcW w:type="dxa" w:w="1728"/>
          </w:tcPr>
          <w:p>
            <w:r/>
          </w:p>
        </w:tc>
        <w:tc>
          <w:tcPr>
            <w:tcW w:type="dxa" w:w="1728"/>
          </w:tcPr>
          <w:p>
            <w:r/>
          </w:p>
        </w:tc>
      </w:tr>
      <w:tr>
        <w:tc>
          <w:tcPr>
            <w:tcW w:type="dxa" w:w="1728"/>
          </w:tcPr>
          <w:p>
            <w:r>
              <w:t>2004096</w:t>
            </w:r>
          </w:p>
        </w:tc>
        <w:tc>
          <w:tcPr>
            <w:tcW w:type="dxa" w:w="1728"/>
          </w:tcPr>
          <w:p>
            <w:r>
              <w:t>秦旭亮</w:t>
            </w:r>
          </w:p>
        </w:tc>
        <w:tc>
          <w:tcPr>
            <w:tcW w:type="dxa" w:w="1728"/>
          </w:tcPr>
          <w:p>
            <w:r>
              <w:t>72.6</w:t>
            </w:r>
          </w:p>
        </w:tc>
        <w:tc>
          <w:tcPr>
            <w:tcW w:type="dxa" w:w="1728"/>
          </w:tcPr>
          <w:p>
            <w:r/>
          </w:p>
        </w:tc>
        <w:tc>
          <w:tcPr>
            <w:tcW w:type="dxa" w:w="1728"/>
          </w:tcPr>
          <w:p>
            <w:r/>
          </w:p>
        </w:tc>
      </w:tr>
      <w:tr>
        <w:tc>
          <w:tcPr>
            <w:tcW w:type="dxa" w:w="1728"/>
          </w:tcPr>
          <w:p>
            <w:r>
              <w:t>2002225</w:t>
            </w:r>
          </w:p>
        </w:tc>
        <w:tc>
          <w:tcPr>
            <w:tcW w:type="dxa" w:w="1728"/>
          </w:tcPr>
          <w:p>
            <w:r>
              <w:t>贾真真</w:t>
            </w:r>
          </w:p>
        </w:tc>
        <w:tc>
          <w:tcPr>
            <w:tcW w:type="dxa" w:w="1728"/>
          </w:tcPr>
          <w:p>
            <w:r>
              <w:t>71.1</w:t>
            </w:r>
          </w:p>
        </w:tc>
        <w:tc>
          <w:tcPr>
            <w:tcW w:type="dxa" w:w="1728"/>
          </w:tcPr>
          <w:p>
            <w:r/>
          </w:p>
        </w:tc>
        <w:tc>
          <w:tcPr>
            <w:tcW w:type="dxa" w:w="1728"/>
          </w:tcPr>
          <w:p>
            <w:r/>
          </w:p>
        </w:tc>
      </w:tr>
      <w:tr>
        <w:tc>
          <w:tcPr>
            <w:tcW w:type="dxa" w:w="1728"/>
          </w:tcPr>
          <w:p>
            <w:r>
              <w:t>2006961</w:t>
            </w:r>
          </w:p>
        </w:tc>
        <w:tc>
          <w:tcPr>
            <w:tcW w:type="dxa" w:w="1728"/>
          </w:tcPr>
          <w:p>
            <w:r>
              <w:t>张雨欣</w:t>
            </w:r>
          </w:p>
        </w:tc>
        <w:tc>
          <w:tcPr>
            <w:tcW w:type="dxa" w:w="1728"/>
          </w:tcPr>
          <w:p>
            <w:r>
              <w:t>51.5</w:t>
            </w:r>
          </w:p>
        </w:tc>
        <w:tc>
          <w:tcPr>
            <w:tcW w:type="dxa" w:w="1728"/>
          </w:tcPr>
          <w:p>
            <w:r/>
          </w:p>
        </w:tc>
        <w:tc>
          <w:tcPr>
            <w:tcW w:type="dxa" w:w="1728"/>
          </w:tcPr>
          <w:p>
            <w:r/>
          </w:p>
        </w:tc>
      </w:tr>
      <w:tr>
        <w:tc>
          <w:tcPr>
            <w:tcW w:type="dxa" w:w="1728"/>
          </w:tcPr>
          <w:p>
            <w:r>
              <w:t>2013760</w:t>
            </w:r>
          </w:p>
        </w:tc>
        <w:tc>
          <w:tcPr>
            <w:tcW w:type="dxa" w:w="1728"/>
          </w:tcPr>
          <w:p>
            <w:r>
              <w:t>彭玉洁</w:t>
            </w:r>
          </w:p>
        </w:tc>
        <w:tc>
          <w:tcPr>
            <w:tcW w:type="dxa" w:w="1728"/>
          </w:tcPr>
          <w:p>
            <w:r>
              <w:t>43.3</w:t>
            </w:r>
          </w:p>
        </w:tc>
        <w:tc>
          <w:tcPr>
            <w:tcW w:type="dxa" w:w="1728"/>
          </w:tcPr>
          <w:p>
            <w:r/>
          </w:p>
        </w:tc>
        <w:tc>
          <w:tcPr>
            <w:tcW w:type="dxa" w:w="1728"/>
          </w:tcPr>
          <w:p>
            <w:r/>
          </w:p>
        </w:tc>
      </w:tr>
    </w:tbl>
    <w:p>
      <w:r>
        <w:t>说明：</w:t>
      </w:r>
    </w:p>
    <w:p>
      <w:r>
        <w:t>1、我院共65人面试，成绩排名见表。</w:t>
      </w:r>
    </w:p>
    <w:p>
      <w:r>
        <w:t>2、成绩排名前29名为合格，拟录取专业和方向与报考专业方向一致。成绩排名第30-36名为合格，拟录取专业为电子信息（专业学位），方向与报考一致。成绩排名第37-46名作为替补，拟录取专业为电子信息（专业学位）。</w:t>
      </w:r>
    </w:p>
    <w:p>
      <w:r>
        <w:t>3、9月28日起，通过我院提前复试考核拟接收的推免生，须登陆“全国推荐优秀应届本科毕业生免试攻读研究生信息公开暨管理服务系统”（http://yz.chsi.com.cn/tm，开通时间详见中国研招网公告），按照通过复试的专业填报相关志愿。未按通过复试专业填报志愿者视作自动放弃。</w:t>
      </w:r>
    </w:p>
    <w:p>
      <w:r>
        <w:t>4、届时，我院将在“全国推免系统”中先后发放复试通知和拟录取通知，推免生应在规定时间内按要求接受并确认，否则视为自动放弃。未接收满的专业将实施替补录取。我校不再发放纸质接收函。推免生在“全国推免系统”只能确认一个招生单位的待录取通知，一旦确认不得随意更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