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人文学院2013届推荐免试研究生工作细则表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院（系）推免生工作领导小组</w:t>
            </w:r>
          </w:p>
        </w:tc>
        <w:tc>
          <w:tcPr>
            <w:tcW w:type="dxa" w:w="1234"/>
          </w:tcPr>
          <w:p>
            <w:r>
              <w:t>组长</w:t>
            </w:r>
          </w:p>
        </w:tc>
        <w:tc>
          <w:tcPr>
            <w:tcW w:type="dxa" w:w="1234"/>
          </w:tcPr>
          <w:p>
            <w:r>
              <w:t>高晓红</w:t>
            </w:r>
          </w:p>
        </w:tc>
        <w:tc>
          <w:tcPr>
            <w:tcW w:type="dxa" w:w="1234"/>
          </w:tcPr>
          <w:p>
            <w:r>
              <w:t>副组长</w:t>
            </w:r>
          </w:p>
        </w:tc>
        <w:tc>
          <w:tcPr>
            <w:tcW w:type="dxa" w:w="1234"/>
          </w:tcPr>
          <w:p>
            <w:r>
              <w:t>孟怀义、王兵</w:t>
            </w:r>
          </w:p>
        </w:tc>
        <w:tc>
          <w:tcPr>
            <w:tcW w:type="dxa" w:w="1234"/>
          </w:tcPr>
          <w:p>
            <w:r>
              <w:t>秘书</w:t>
            </w:r>
          </w:p>
        </w:tc>
        <w:tc>
          <w:tcPr>
            <w:tcW w:type="dxa" w:w="1234"/>
          </w:tcPr>
          <w:p>
            <w:r>
              <w:t>范晖</w:t>
            </w:r>
          </w:p>
        </w:tc>
      </w:tr>
      <w:tr>
        <w:tc>
          <w:tcPr>
            <w:tcW w:type="dxa" w:w="1234"/>
          </w:tcPr>
          <w:p>
            <w:r>
              <w:t>组员</w:t>
            </w:r>
          </w:p>
        </w:tc>
        <w:tc>
          <w:tcPr>
            <w:tcW w:type="dxa" w:w="1234"/>
          </w:tcPr>
          <w:p>
            <w:r>
              <w:t>刘占召、季玉群、李林艳、贾鸿雁、乔光辉、田海平、何伦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院系推免生工作专家考核小组</w:t>
            </w:r>
          </w:p>
        </w:tc>
        <w:tc>
          <w:tcPr>
            <w:tcW w:type="dxa" w:w="1234"/>
          </w:tcPr>
          <w:p>
            <w:r>
              <w:t>组长</w:t>
            </w:r>
          </w:p>
        </w:tc>
        <w:tc>
          <w:tcPr>
            <w:tcW w:type="dxa" w:w="1234"/>
          </w:tcPr>
          <w:p>
            <w:r>
              <w:t>高晓红</w:t>
            </w:r>
          </w:p>
        </w:tc>
        <w:tc>
          <w:tcPr>
            <w:tcW w:type="dxa" w:w="1234"/>
          </w:tcPr>
          <w:p>
            <w:r>
              <w:t>副组长</w:t>
            </w:r>
          </w:p>
        </w:tc>
        <w:tc>
          <w:tcPr>
            <w:tcW w:type="dxa" w:w="1234"/>
          </w:tcPr>
          <w:p>
            <w:r>
              <w:t>王兵</w:t>
            </w:r>
          </w:p>
        </w:tc>
        <w:tc>
          <w:tcPr>
            <w:tcW w:type="dxa" w:w="1234"/>
          </w:tcPr>
          <w:p>
            <w:r>
              <w:t>秘书</w:t>
            </w:r>
          </w:p>
        </w:tc>
        <w:tc>
          <w:tcPr>
            <w:tcW w:type="dxa" w:w="1234"/>
          </w:tcPr>
          <w:p>
            <w:r>
              <w:t>许博</w:t>
            </w:r>
          </w:p>
        </w:tc>
      </w:tr>
      <w:tr>
        <w:tc>
          <w:tcPr>
            <w:tcW w:type="dxa" w:w="1234"/>
          </w:tcPr>
          <w:p>
            <w:r>
              <w:t>组员</w:t>
            </w:r>
          </w:p>
        </w:tc>
        <w:tc>
          <w:tcPr>
            <w:tcW w:type="dxa" w:w="1234"/>
          </w:tcPr>
          <w:p>
            <w:r>
              <w:t>季玉群、贾鸿雁、乔光辉、李林艳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院（系）推免生工作程序及时间安排</w:t>
            </w:r>
          </w:p>
        </w:tc>
        <w:tc>
          <w:tcPr>
            <w:tcW w:type="dxa" w:w="1234"/>
          </w:tcPr>
          <w:p>
            <w:r>
              <w:t>9月16日召开人文学院推免生领导小组工作会议，讨论推免生程序及工作细则制定并报教务处审核；9月21日-22日学生本人提出书面申请；9月25日召开人文学院推免生领导小组工作会议，对申请者进行资格初审；9月26日8：00-10：00推免生笔试，地点：文科楼A楼多功能厅10：30-12：00推免生面试，地点：文科楼各系会议室14：00-17：00各系申请者综合排名成绩汇总，确定推免生名单，并报送教务处审核；9月27日-10月3日推免生名单经教务处审核后公示；10月4日-10日各系组织推免生完成填写相关表格。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成绩评定原则及排名办法或公式（含学习成绩、面试成绩和综合能力成绩等）</w:t>
            </w:r>
          </w:p>
        </w:tc>
        <w:tc>
          <w:tcPr>
            <w:tcW w:type="dxa" w:w="1234"/>
          </w:tcPr>
          <w:p>
            <w:r>
              <w:t>推免生综合成绩由平时成绩、笔试成绩和面试成绩构成，其中平时成绩占70%，笔试成绩占15%，面试成绩占15%。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院（系）面试办法</w:t>
            </w:r>
          </w:p>
        </w:tc>
        <w:tc>
          <w:tcPr>
            <w:tcW w:type="dxa" w:w="1234"/>
          </w:tcPr>
          <w:p>
            <w:r>
              <w:t>各系组成5人面试小组，面试分三个环节进行：1、参加面试学生抽签选择面试题目，3分钟准备后回答；2、面试小组专家自由提问；3、专业英语提问。提问结束后，专家打分，成绩汇总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备注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