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人文学院接收2020年推荐免试研究生考核结果（校外）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人文学院接收推荐免试研究生考核结果（校外）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考核成绩</w:t>
            </w:r>
          </w:p>
        </w:tc>
        <w:tc>
          <w:tcPr>
            <w:tcW w:type="dxa" w:w="1234"/>
          </w:tcPr>
          <w:p>
            <w:r>
              <w:t>专业名称</w:t>
            </w:r>
          </w:p>
        </w:tc>
        <w:tc>
          <w:tcPr>
            <w:tcW w:type="dxa" w:w="1234"/>
          </w:tcPr>
          <w:p>
            <w:r>
              <w:t>研究方向</w:t>
            </w:r>
          </w:p>
        </w:tc>
        <w:tc>
          <w:tcPr>
            <w:tcW w:type="dxa" w:w="1234"/>
          </w:tcPr>
          <w:p>
            <w:r>
              <w:t>结果（拟接收/待定/不接收）</w:t>
            </w:r>
          </w:p>
        </w:tc>
        <w:tc>
          <w:tcPr>
            <w:tcW w:type="dxa" w:w="1234"/>
          </w:tcPr>
          <w:p>
            <w:r>
              <w:t>备注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郭婧</w:t>
            </w:r>
          </w:p>
        </w:tc>
        <w:tc>
          <w:tcPr>
            <w:tcW w:type="dxa" w:w="1234"/>
          </w:tcPr>
          <w:p>
            <w:r>
              <w:t>88.998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>
              <w:t>社会保障(全日制)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王昕迪</w:t>
            </w:r>
          </w:p>
        </w:tc>
        <w:tc>
          <w:tcPr>
            <w:tcW w:type="dxa" w:w="1234"/>
          </w:tcPr>
          <w:p>
            <w:r>
              <w:t>88.702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>
              <w:t>社会保障(全日制)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丁艳伟</w:t>
            </w:r>
          </w:p>
        </w:tc>
        <w:tc>
          <w:tcPr>
            <w:tcW w:type="dxa" w:w="1234"/>
          </w:tcPr>
          <w:p>
            <w:r>
              <w:t>86.402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待定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王雪纯</w:t>
            </w:r>
          </w:p>
        </w:tc>
        <w:tc>
          <w:tcPr>
            <w:tcW w:type="dxa" w:w="1234"/>
          </w:tcPr>
          <w:p>
            <w:r>
              <w:t>85.4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待定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刘清华</w:t>
            </w:r>
          </w:p>
        </w:tc>
        <w:tc>
          <w:tcPr>
            <w:tcW w:type="dxa" w:w="1234"/>
          </w:tcPr>
          <w:p>
            <w:r>
              <w:t>85.102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徐月霞</w:t>
            </w:r>
          </w:p>
        </w:tc>
        <w:tc>
          <w:tcPr>
            <w:tcW w:type="dxa" w:w="1234"/>
          </w:tcPr>
          <w:p>
            <w:r>
              <w:t>84.698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石睿</w:t>
            </w:r>
          </w:p>
        </w:tc>
        <w:tc>
          <w:tcPr>
            <w:tcW w:type="dxa" w:w="1234"/>
          </w:tcPr>
          <w:p>
            <w:r>
              <w:t>84.5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王子宸</w:t>
            </w:r>
          </w:p>
        </w:tc>
        <w:tc>
          <w:tcPr>
            <w:tcW w:type="dxa" w:w="1234"/>
          </w:tcPr>
          <w:p>
            <w:r>
              <w:t>84.1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吕丽芹</w:t>
            </w:r>
          </w:p>
        </w:tc>
        <w:tc>
          <w:tcPr>
            <w:tcW w:type="dxa" w:w="1234"/>
          </w:tcPr>
          <w:p>
            <w:r>
              <w:t>83.402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彭洋</w:t>
            </w:r>
          </w:p>
        </w:tc>
        <w:tc>
          <w:tcPr>
            <w:tcW w:type="dxa" w:w="1234"/>
          </w:tcPr>
          <w:p>
            <w:r>
              <w:t>83.298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吴高鹏</w:t>
            </w:r>
          </w:p>
        </w:tc>
        <w:tc>
          <w:tcPr>
            <w:tcW w:type="dxa" w:w="1234"/>
          </w:tcPr>
          <w:p>
            <w:r>
              <w:t>82.602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张海蓉</w:t>
            </w:r>
          </w:p>
        </w:tc>
        <w:tc>
          <w:tcPr>
            <w:tcW w:type="dxa" w:w="1234"/>
          </w:tcPr>
          <w:p>
            <w:r>
              <w:t>82.502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姜林</w:t>
            </w:r>
          </w:p>
        </w:tc>
        <w:tc>
          <w:tcPr>
            <w:tcW w:type="dxa" w:w="1234"/>
          </w:tcPr>
          <w:p>
            <w:r>
              <w:t>82.3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14</w:t>
            </w:r>
          </w:p>
        </w:tc>
        <w:tc>
          <w:tcPr>
            <w:tcW w:type="dxa" w:w="1234"/>
          </w:tcPr>
          <w:p>
            <w:r>
              <w:t>宋雪莹</w:t>
            </w:r>
          </w:p>
        </w:tc>
        <w:tc>
          <w:tcPr>
            <w:tcW w:type="dxa" w:w="1234"/>
          </w:tcPr>
          <w:p>
            <w:r>
              <w:t>81.698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潘振宇</w:t>
            </w:r>
          </w:p>
        </w:tc>
        <w:tc>
          <w:tcPr>
            <w:tcW w:type="dxa" w:w="1234"/>
          </w:tcPr>
          <w:p>
            <w:r>
              <w:t>81.402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16</w:t>
            </w:r>
          </w:p>
        </w:tc>
        <w:tc>
          <w:tcPr>
            <w:tcW w:type="dxa" w:w="1234"/>
          </w:tcPr>
          <w:p>
            <w:r>
              <w:t>吴健</w:t>
            </w:r>
          </w:p>
        </w:tc>
        <w:tc>
          <w:tcPr>
            <w:tcW w:type="dxa" w:w="1234"/>
          </w:tcPr>
          <w:p>
            <w:r>
              <w:t>81.198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17</w:t>
            </w:r>
          </w:p>
        </w:tc>
        <w:tc>
          <w:tcPr>
            <w:tcW w:type="dxa" w:w="1234"/>
          </w:tcPr>
          <w:p>
            <w:r>
              <w:t>范馨予</w:t>
            </w:r>
          </w:p>
        </w:tc>
        <w:tc>
          <w:tcPr>
            <w:tcW w:type="dxa" w:w="1234"/>
          </w:tcPr>
          <w:p>
            <w:r>
              <w:t>81.002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舒楠茜</w:t>
            </w:r>
          </w:p>
        </w:tc>
        <w:tc>
          <w:tcPr>
            <w:tcW w:type="dxa" w:w="1234"/>
          </w:tcPr>
          <w:p>
            <w:r>
              <w:t>80.9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19</w:t>
            </w:r>
          </w:p>
        </w:tc>
        <w:tc>
          <w:tcPr>
            <w:tcW w:type="dxa" w:w="1234"/>
          </w:tcPr>
          <w:p>
            <w:r>
              <w:t>梁靖柯</w:t>
            </w:r>
          </w:p>
        </w:tc>
        <w:tc>
          <w:tcPr>
            <w:tcW w:type="dxa" w:w="1234"/>
          </w:tcPr>
          <w:p>
            <w:r>
              <w:t>80.598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20</w:t>
            </w:r>
          </w:p>
        </w:tc>
        <w:tc>
          <w:tcPr>
            <w:tcW w:type="dxa" w:w="1234"/>
          </w:tcPr>
          <w:p>
            <w:r>
              <w:t>彭薇</w:t>
            </w:r>
          </w:p>
        </w:tc>
        <w:tc>
          <w:tcPr>
            <w:tcW w:type="dxa" w:w="1234"/>
          </w:tcPr>
          <w:p>
            <w:r>
              <w:t>80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21</w:t>
            </w:r>
          </w:p>
        </w:tc>
        <w:tc>
          <w:tcPr>
            <w:tcW w:type="dxa" w:w="1234"/>
          </w:tcPr>
          <w:p>
            <w:r>
              <w:t>季芸菲</w:t>
            </w:r>
          </w:p>
        </w:tc>
        <w:tc>
          <w:tcPr>
            <w:tcW w:type="dxa" w:w="1234"/>
          </w:tcPr>
          <w:p>
            <w:r>
              <w:t>79.5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22</w:t>
            </w:r>
          </w:p>
        </w:tc>
        <w:tc>
          <w:tcPr>
            <w:tcW w:type="dxa" w:w="1234"/>
          </w:tcPr>
          <w:p>
            <w:r>
              <w:t>杨晓玉</w:t>
            </w:r>
          </w:p>
        </w:tc>
        <w:tc>
          <w:tcPr>
            <w:tcW w:type="dxa" w:w="1234"/>
          </w:tcPr>
          <w:p>
            <w:r>
              <w:t>79.4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23</w:t>
            </w:r>
          </w:p>
        </w:tc>
        <w:tc>
          <w:tcPr>
            <w:tcW w:type="dxa" w:w="1234"/>
          </w:tcPr>
          <w:p>
            <w:r>
              <w:t>周慧钰</w:t>
            </w:r>
          </w:p>
        </w:tc>
        <w:tc>
          <w:tcPr>
            <w:tcW w:type="dxa" w:w="1234"/>
          </w:tcPr>
          <w:p>
            <w:r>
              <w:t>78.802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24</w:t>
            </w:r>
          </w:p>
        </w:tc>
        <w:tc>
          <w:tcPr>
            <w:tcW w:type="dxa" w:w="1234"/>
          </w:tcPr>
          <w:p>
            <w:r>
              <w:t>常笑</w:t>
            </w:r>
          </w:p>
        </w:tc>
        <w:tc>
          <w:tcPr>
            <w:tcW w:type="dxa" w:w="1234"/>
          </w:tcPr>
          <w:p>
            <w:r>
              <w:t>78.3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范晓芬</w:t>
            </w:r>
          </w:p>
        </w:tc>
        <w:tc>
          <w:tcPr>
            <w:tcW w:type="dxa" w:w="1234"/>
          </w:tcPr>
          <w:p>
            <w:r>
              <w:t>76.8</w:t>
            </w:r>
          </w:p>
        </w:tc>
        <w:tc>
          <w:tcPr>
            <w:tcW w:type="dxa" w:w="1234"/>
          </w:tcPr>
          <w:p>
            <w:r>
              <w:t>公共管理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26</w:t>
            </w:r>
          </w:p>
        </w:tc>
        <w:tc>
          <w:tcPr>
            <w:tcW w:type="dxa" w:w="1234"/>
          </w:tcPr>
          <w:p>
            <w:r>
              <w:t>李静</w:t>
            </w:r>
          </w:p>
        </w:tc>
        <w:tc>
          <w:tcPr>
            <w:tcW w:type="dxa" w:w="1234"/>
          </w:tcPr>
          <w:p>
            <w:r>
              <w:t>81.08</w:t>
            </w:r>
          </w:p>
        </w:tc>
        <w:tc>
          <w:tcPr>
            <w:tcW w:type="dxa" w:w="1234"/>
          </w:tcPr>
          <w:p>
            <w:r>
              <w:t>社会学</w:t>
            </w:r>
          </w:p>
        </w:tc>
        <w:tc>
          <w:tcPr>
            <w:tcW w:type="dxa" w:w="1234"/>
          </w:tcPr>
          <w:p>
            <w:r>
              <w:t>社会学理论与方法(全日制)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27</w:t>
            </w:r>
          </w:p>
        </w:tc>
        <w:tc>
          <w:tcPr>
            <w:tcW w:type="dxa" w:w="1234"/>
          </w:tcPr>
          <w:p>
            <w:r>
              <w:t>孙瑗</w:t>
            </w:r>
          </w:p>
        </w:tc>
        <w:tc>
          <w:tcPr>
            <w:tcW w:type="dxa" w:w="1234"/>
          </w:tcPr>
          <w:p>
            <w:r>
              <w:t>78.268</w:t>
            </w:r>
          </w:p>
        </w:tc>
        <w:tc>
          <w:tcPr>
            <w:tcW w:type="dxa" w:w="1234"/>
          </w:tcPr>
          <w:p>
            <w:r>
              <w:t>社会学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待定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28</w:t>
            </w:r>
          </w:p>
        </w:tc>
        <w:tc>
          <w:tcPr>
            <w:tcW w:type="dxa" w:w="1234"/>
          </w:tcPr>
          <w:p>
            <w:r>
              <w:t>王晶</w:t>
            </w:r>
          </w:p>
        </w:tc>
        <w:tc>
          <w:tcPr>
            <w:tcW w:type="dxa" w:w="1234"/>
          </w:tcPr>
          <w:p>
            <w:r>
              <w:t>76.388</w:t>
            </w:r>
          </w:p>
        </w:tc>
        <w:tc>
          <w:tcPr>
            <w:tcW w:type="dxa" w:w="1234"/>
          </w:tcPr>
          <w:p>
            <w:r>
              <w:t>社会学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待定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29</w:t>
            </w:r>
          </w:p>
        </w:tc>
        <w:tc>
          <w:tcPr>
            <w:tcW w:type="dxa" w:w="1234"/>
          </w:tcPr>
          <w:p>
            <w:r>
              <w:t>祝文敏</w:t>
            </w:r>
          </w:p>
        </w:tc>
        <w:tc>
          <w:tcPr>
            <w:tcW w:type="dxa" w:w="1234"/>
          </w:tcPr>
          <w:p>
            <w:r>
              <w:t>75.572</w:t>
            </w:r>
          </w:p>
        </w:tc>
        <w:tc>
          <w:tcPr>
            <w:tcW w:type="dxa" w:w="1234"/>
          </w:tcPr>
          <w:p>
            <w:r>
              <w:t>社会学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30</w:t>
            </w:r>
          </w:p>
        </w:tc>
        <w:tc>
          <w:tcPr>
            <w:tcW w:type="dxa" w:w="1234"/>
          </w:tcPr>
          <w:p>
            <w:r>
              <w:t>严翔</w:t>
            </w:r>
          </w:p>
        </w:tc>
        <w:tc>
          <w:tcPr>
            <w:tcW w:type="dxa" w:w="1234"/>
          </w:tcPr>
          <w:p>
            <w:r>
              <w:t>74.52</w:t>
            </w:r>
          </w:p>
        </w:tc>
        <w:tc>
          <w:tcPr>
            <w:tcW w:type="dxa" w:w="1234"/>
          </w:tcPr>
          <w:p>
            <w:r>
              <w:t>社会学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31</w:t>
            </w:r>
          </w:p>
        </w:tc>
        <w:tc>
          <w:tcPr>
            <w:tcW w:type="dxa" w:w="1234"/>
          </w:tcPr>
          <w:p>
            <w:r>
              <w:t>梁晓艳</w:t>
            </w:r>
          </w:p>
        </w:tc>
        <w:tc>
          <w:tcPr>
            <w:tcW w:type="dxa" w:w="1234"/>
          </w:tcPr>
          <w:p>
            <w:r>
              <w:t>72.56</w:t>
            </w:r>
          </w:p>
        </w:tc>
        <w:tc>
          <w:tcPr>
            <w:tcW w:type="dxa" w:w="1234"/>
          </w:tcPr>
          <w:p>
            <w:r>
              <w:t>社会学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32</w:t>
            </w:r>
          </w:p>
        </w:tc>
        <w:tc>
          <w:tcPr>
            <w:tcW w:type="dxa" w:w="1234"/>
          </w:tcPr>
          <w:p>
            <w:r>
              <w:t>陶雪莲</w:t>
            </w:r>
          </w:p>
        </w:tc>
        <w:tc>
          <w:tcPr>
            <w:tcW w:type="dxa" w:w="1234"/>
          </w:tcPr>
          <w:p>
            <w:r>
              <w:t>3.732</w:t>
            </w:r>
          </w:p>
        </w:tc>
        <w:tc>
          <w:tcPr>
            <w:tcW w:type="dxa" w:w="1234"/>
          </w:tcPr>
          <w:p>
            <w:r>
              <w:t>社会学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33</w:t>
            </w:r>
          </w:p>
        </w:tc>
        <w:tc>
          <w:tcPr>
            <w:tcW w:type="dxa" w:w="1234"/>
          </w:tcPr>
          <w:p>
            <w:r>
              <w:t>丁丹妮</w:t>
            </w:r>
          </w:p>
        </w:tc>
        <w:tc>
          <w:tcPr>
            <w:tcW w:type="dxa" w:w="1234"/>
          </w:tcPr>
          <w:p>
            <w:r>
              <w:t>92.24</w:t>
            </w:r>
          </w:p>
        </w:tc>
        <w:tc>
          <w:tcPr>
            <w:tcW w:type="dxa" w:w="1234"/>
          </w:tcPr>
          <w:p>
            <w:r>
              <w:t>社会工作</w:t>
            </w:r>
          </w:p>
        </w:tc>
        <w:tc>
          <w:tcPr>
            <w:tcW w:type="dxa" w:w="1234"/>
          </w:tcPr>
          <w:p>
            <w:r>
              <w:t>社会工作（全日制）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34</w:t>
            </w:r>
          </w:p>
        </w:tc>
        <w:tc>
          <w:tcPr>
            <w:tcW w:type="dxa" w:w="1234"/>
          </w:tcPr>
          <w:p>
            <w:r>
              <w:t>廖瑜静</w:t>
            </w:r>
          </w:p>
        </w:tc>
        <w:tc>
          <w:tcPr>
            <w:tcW w:type="dxa" w:w="1234"/>
          </w:tcPr>
          <w:p>
            <w:r>
              <w:t>88.56</w:t>
            </w:r>
          </w:p>
        </w:tc>
        <w:tc>
          <w:tcPr>
            <w:tcW w:type="dxa" w:w="1234"/>
          </w:tcPr>
          <w:p>
            <w:r>
              <w:t>社会工作</w:t>
            </w:r>
          </w:p>
        </w:tc>
        <w:tc>
          <w:tcPr>
            <w:tcW w:type="dxa" w:w="1234"/>
          </w:tcPr>
          <w:p>
            <w:r>
              <w:t>社会工作（全日制）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35</w:t>
            </w:r>
          </w:p>
        </w:tc>
        <w:tc>
          <w:tcPr>
            <w:tcW w:type="dxa" w:w="1234"/>
          </w:tcPr>
          <w:p>
            <w:r>
              <w:t>孔蕾</w:t>
            </w:r>
          </w:p>
        </w:tc>
        <w:tc>
          <w:tcPr>
            <w:tcW w:type="dxa" w:w="1234"/>
          </w:tcPr>
          <w:p>
            <w:r>
              <w:t>86.812</w:t>
            </w:r>
          </w:p>
        </w:tc>
        <w:tc>
          <w:tcPr>
            <w:tcW w:type="dxa" w:w="1234"/>
          </w:tcPr>
          <w:p>
            <w:r>
              <w:t>社会工作</w:t>
            </w:r>
          </w:p>
        </w:tc>
        <w:tc>
          <w:tcPr>
            <w:tcW w:type="dxa" w:w="1234"/>
          </w:tcPr>
          <w:p>
            <w:r>
              <w:t>社会工作（全日制）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36</w:t>
            </w:r>
          </w:p>
        </w:tc>
        <w:tc>
          <w:tcPr>
            <w:tcW w:type="dxa" w:w="1234"/>
          </w:tcPr>
          <w:p>
            <w:r>
              <w:t>王纯睿</w:t>
            </w:r>
          </w:p>
        </w:tc>
        <w:tc>
          <w:tcPr>
            <w:tcW w:type="dxa" w:w="1234"/>
          </w:tcPr>
          <w:p>
            <w:r>
              <w:t>85.788</w:t>
            </w:r>
          </w:p>
        </w:tc>
        <w:tc>
          <w:tcPr>
            <w:tcW w:type="dxa" w:w="1234"/>
          </w:tcPr>
          <w:p>
            <w:r>
              <w:t>社会工作</w:t>
            </w:r>
          </w:p>
        </w:tc>
        <w:tc>
          <w:tcPr>
            <w:tcW w:type="dxa" w:w="1234"/>
          </w:tcPr>
          <w:p>
            <w:r>
              <w:t>社会工作（全日制）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37</w:t>
            </w:r>
          </w:p>
        </w:tc>
        <w:tc>
          <w:tcPr>
            <w:tcW w:type="dxa" w:w="1234"/>
          </w:tcPr>
          <w:p>
            <w:r>
              <w:t>王肖</w:t>
            </w:r>
          </w:p>
        </w:tc>
        <w:tc>
          <w:tcPr>
            <w:tcW w:type="dxa" w:w="1234"/>
          </w:tcPr>
          <w:p>
            <w:r>
              <w:t>84.452</w:t>
            </w:r>
          </w:p>
        </w:tc>
        <w:tc>
          <w:tcPr>
            <w:tcW w:type="dxa" w:w="1234"/>
          </w:tcPr>
          <w:p>
            <w:r>
              <w:t>社会工作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待定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38</w:t>
            </w:r>
          </w:p>
        </w:tc>
        <w:tc>
          <w:tcPr>
            <w:tcW w:type="dxa" w:w="1234"/>
          </w:tcPr>
          <w:p>
            <w:r>
              <w:t>王康</w:t>
            </w:r>
          </w:p>
        </w:tc>
        <w:tc>
          <w:tcPr>
            <w:tcW w:type="dxa" w:w="1234"/>
          </w:tcPr>
          <w:p>
            <w:r>
              <w:t>84.252</w:t>
            </w:r>
          </w:p>
        </w:tc>
        <w:tc>
          <w:tcPr>
            <w:tcW w:type="dxa" w:w="1234"/>
          </w:tcPr>
          <w:p>
            <w:r>
              <w:t>社会工作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待定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39</w:t>
            </w:r>
          </w:p>
        </w:tc>
        <w:tc>
          <w:tcPr>
            <w:tcW w:type="dxa" w:w="1234"/>
          </w:tcPr>
          <w:p>
            <w:r>
              <w:t>张金</w:t>
            </w:r>
          </w:p>
        </w:tc>
        <w:tc>
          <w:tcPr>
            <w:tcW w:type="dxa" w:w="1234"/>
          </w:tcPr>
          <w:p>
            <w:r>
              <w:t>83.572</w:t>
            </w:r>
          </w:p>
        </w:tc>
        <w:tc>
          <w:tcPr>
            <w:tcW w:type="dxa" w:w="1234"/>
          </w:tcPr>
          <w:p>
            <w:r>
              <w:t>社会工作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40</w:t>
            </w:r>
          </w:p>
        </w:tc>
        <w:tc>
          <w:tcPr>
            <w:tcW w:type="dxa" w:w="1234"/>
          </w:tcPr>
          <w:p>
            <w:r>
              <w:t>王荣正</w:t>
            </w:r>
          </w:p>
        </w:tc>
        <w:tc>
          <w:tcPr>
            <w:tcW w:type="dxa" w:w="1234"/>
          </w:tcPr>
          <w:p>
            <w:r>
              <w:t>79.04</w:t>
            </w:r>
          </w:p>
        </w:tc>
        <w:tc>
          <w:tcPr>
            <w:tcW w:type="dxa" w:w="1234"/>
          </w:tcPr>
          <w:p>
            <w:r>
              <w:t>社会工作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41</w:t>
            </w:r>
          </w:p>
        </w:tc>
        <w:tc>
          <w:tcPr>
            <w:tcW w:type="dxa" w:w="1234"/>
          </w:tcPr>
          <w:p>
            <w:r>
              <w:t>何文俊</w:t>
            </w:r>
          </w:p>
        </w:tc>
        <w:tc>
          <w:tcPr>
            <w:tcW w:type="dxa" w:w="1234"/>
          </w:tcPr>
          <w:p>
            <w:r>
              <w:t>89.76</w:t>
            </w:r>
          </w:p>
        </w:tc>
        <w:tc>
          <w:tcPr>
            <w:tcW w:type="dxa" w:w="1234"/>
          </w:tcPr>
          <w:p>
            <w:r>
              <w:t>旅游管理</w:t>
            </w:r>
          </w:p>
        </w:tc>
        <w:tc>
          <w:tcPr>
            <w:tcW w:type="dxa" w:w="1234"/>
          </w:tcPr>
          <w:p>
            <w:r>
              <w:t>旅游产业与经济(全日制)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42</w:t>
            </w:r>
          </w:p>
        </w:tc>
        <w:tc>
          <w:tcPr>
            <w:tcW w:type="dxa" w:w="1234"/>
          </w:tcPr>
          <w:p>
            <w:r>
              <w:t>张丽甜</w:t>
            </w:r>
          </w:p>
        </w:tc>
        <w:tc>
          <w:tcPr>
            <w:tcW w:type="dxa" w:w="1234"/>
          </w:tcPr>
          <w:p>
            <w:r>
              <w:t>83.4</w:t>
            </w:r>
          </w:p>
        </w:tc>
        <w:tc>
          <w:tcPr>
            <w:tcW w:type="dxa" w:w="1234"/>
          </w:tcPr>
          <w:p>
            <w:r>
              <w:t>旅游管理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待定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43</w:t>
            </w:r>
          </w:p>
        </w:tc>
        <w:tc>
          <w:tcPr>
            <w:tcW w:type="dxa" w:w="1234"/>
          </w:tcPr>
          <w:p>
            <w:r>
              <w:t>刘婧媛</w:t>
            </w:r>
          </w:p>
        </w:tc>
        <w:tc>
          <w:tcPr>
            <w:tcW w:type="dxa" w:w="1234"/>
          </w:tcPr>
          <w:p>
            <w:r>
              <w:t>83.4</w:t>
            </w:r>
          </w:p>
        </w:tc>
        <w:tc>
          <w:tcPr>
            <w:tcW w:type="dxa" w:w="1234"/>
          </w:tcPr>
          <w:p>
            <w:r>
              <w:t>旅游管理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待定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44</w:t>
            </w:r>
          </w:p>
        </w:tc>
        <w:tc>
          <w:tcPr>
            <w:tcW w:type="dxa" w:w="1234"/>
          </w:tcPr>
          <w:p>
            <w:r>
              <w:t>高会洁</w:t>
            </w:r>
          </w:p>
        </w:tc>
        <w:tc>
          <w:tcPr>
            <w:tcW w:type="dxa" w:w="1234"/>
          </w:tcPr>
          <w:p>
            <w:r>
              <w:t>82.88</w:t>
            </w:r>
          </w:p>
        </w:tc>
        <w:tc>
          <w:tcPr>
            <w:tcW w:type="dxa" w:w="1234"/>
          </w:tcPr>
          <w:p>
            <w:r>
              <w:t>旅游管理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45</w:t>
            </w:r>
          </w:p>
        </w:tc>
        <w:tc>
          <w:tcPr>
            <w:tcW w:type="dxa" w:w="1234"/>
          </w:tcPr>
          <w:p>
            <w:r>
              <w:t>陈腾霄</w:t>
            </w:r>
          </w:p>
        </w:tc>
        <w:tc>
          <w:tcPr>
            <w:tcW w:type="dxa" w:w="1234"/>
          </w:tcPr>
          <w:p>
            <w:r>
              <w:t>82.24</w:t>
            </w:r>
          </w:p>
        </w:tc>
        <w:tc>
          <w:tcPr>
            <w:tcW w:type="dxa" w:w="1234"/>
          </w:tcPr>
          <w:p>
            <w:r>
              <w:t>旅游管理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46</w:t>
            </w:r>
          </w:p>
        </w:tc>
        <w:tc>
          <w:tcPr>
            <w:tcW w:type="dxa" w:w="1234"/>
          </w:tcPr>
          <w:p>
            <w:r>
              <w:t>任兰心</w:t>
            </w:r>
          </w:p>
        </w:tc>
        <w:tc>
          <w:tcPr>
            <w:tcW w:type="dxa" w:w="1234"/>
          </w:tcPr>
          <w:p>
            <w:r>
              <w:t>81.28</w:t>
            </w:r>
          </w:p>
        </w:tc>
        <w:tc>
          <w:tcPr>
            <w:tcW w:type="dxa" w:w="1234"/>
          </w:tcPr>
          <w:p>
            <w:r>
              <w:t>旅游管理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47</w:t>
            </w:r>
          </w:p>
        </w:tc>
        <w:tc>
          <w:tcPr>
            <w:tcW w:type="dxa" w:w="1234"/>
          </w:tcPr>
          <w:p>
            <w:r>
              <w:t>李洁</w:t>
            </w:r>
          </w:p>
        </w:tc>
        <w:tc>
          <w:tcPr>
            <w:tcW w:type="dxa" w:w="1234"/>
          </w:tcPr>
          <w:p>
            <w:r>
              <w:t>79.96</w:t>
            </w:r>
          </w:p>
        </w:tc>
        <w:tc>
          <w:tcPr>
            <w:tcW w:type="dxa" w:w="1234"/>
          </w:tcPr>
          <w:p>
            <w:r>
              <w:t>旅游管理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48</w:t>
            </w:r>
          </w:p>
        </w:tc>
        <w:tc>
          <w:tcPr>
            <w:tcW w:type="dxa" w:w="1234"/>
          </w:tcPr>
          <w:p>
            <w:r>
              <w:t>吴星南</w:t>
            </w:r>
          </w:p>
        </w:tc>
        <w:tc>
          <w:tcPr>
            <w:tcW w:type="dxa" w:w="1234"/>
          </w:tcPr>
          <w:p>
            <w:r>
              <w:t>79.84</w:t>
            </w:r>
          </w:p>
        </w:tc>
        <w:tc>
          <w:tcPr>
            <w:tcW w:type="dxa" w:w="1234"/>
          </w:tcPr>
          <w:p>
            <w:r>
              <w:t>旅游管理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49</w:t>
            </w:r>
          </w:p>
        </w:tc>
        <w:tc>
          <w:tcPr>
            <w:tcW w:type="dxa" w:w="1234"/>
          </w:tcPr>
          <w:p>
            <w:r>
              <w:t>岳丽森</w:t>
            </w:r>
          </w:p>
        </w:tc>
        <w:tc>
          <w:tcPr>
            <w:tcW w:type="dxa" w:w="1234"/>
          </w:tcPr>
          <w:p>
            <w:r>
              <w:t>85.48</w:t>
            </w:r>
          </w:p>
        </w:tc>
        <w:tc>
          <w:tcPr>
            <w:tcW w:type="dxa" w:w="1234"/>
          </w:tcPr>
          <w:p>
            <w:r>
              <w:t>哲学</w:t>
            </w:r>
          </w:p>
        </w:tc>
        <w:tc>
          <w:tcPr>
            <w:tcW w:type="dxa" w:w="1234"/>
          </w:tcPr>
          <w:p>
            <w:r>
              <w:t>宗教学(全日制)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50</w:t>
            </w:r>
          </w:p>
        </w:tc>
        <w:tc>
          <w:tcPr>
            <w:tcW w:type="dxa" w:w="1234"/>
          </w:tcPr>
          <w:p>
            <w:r>
              <w:t>蔡唯</w:t>
            </w:r>
          </w:p>
        </w:tc>
        <w:tc>
          <w:tcPr>
            <w:tcW w:type="dxa" w:w="1234"/>
          </w:tcPr>
          <w:p>
            <w:r>
              <w:t>84.24</w:t>
            </w:r>
          </w:p>
        </w:tc>
        <w:tc>
          <w:tcPr>
            <w:tcW w:type="dxa" w:w="1234"/>
          </w:tcPr>
          <w:p>
            <w:r>
              <w:t>哲学</w:t>
            </w:r>
          </w:p>
        </w:tc>
        <w:tc>
          <w:tcPr>
            <w:tcW w:type="dxa" w:w="1234"/>
          </w:tcPr>
          <w:p>
            <w:r>
              <w:t>伦理学(全日制)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51</w:t>
            </w:r>
          </w:p>
        </w:tc>
        <w:tc>
          <w:tcPr>
            <w:tcW w:type="dxa" w:w="1234"/>
          </w:tcPr>
          <w:p>
            <w:r>
              <w:t>韩敦敏</w:t>
            </w:r>
          </w:p>
        </w:tc>
        <w:tc>
          <w:tcPr>
            <w:tcW w:type="dxa" w:w="1234"/>
          </w:tcPr>
          <w:p>
            <w:r>
              <w:t>83.16</w:t>
            </w:r>
          </w:p>
        </w:tc>
        <w:tc>
          <w:tcPr>
            <w:tcW w:type="dxa" w:w="1234"/>
          </w:tcPr>
          <w:p>
            <w:r>
              <w:t>哲学</w:t>
            </w:r>
          </w:p>
        </w:tc>
        <w:tc>
          <w:tcPr>
            <w:tcW w:type="dxa" w:w="1234"/>
          </w:tcPr>
          <w:p>
            <w:r>
              <w:t>科学技术哲学(全日制)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52</w:t>
            </w:r>
          </w:p>
        </w:tc>
        <w:tc>
          <w:tcPr>
            <w:tcW w:type="dxa" w:w="1234"/>
          </w:tcPr>
          <w:p>
            <w:r>
              <w:t>智倩玉</w:t>
            </w:r>
          </w:p>
        </w:tc>
        <w:tc>
          <w:tcPr>
            <w:tcW w:type="dxa" w:w="1234"/>
          </w:tcPr>
          <w:p>
            <w:r>
              <w:t>80.56</w:t>
            </w:r>
          </w:p>
        </w:tc>
        <w:tc>
          <w:tcPr>
            <w:tcW w:type="dxa" w:w="1234"/>
          </w:tcPr>
          <w:p>
            <w:r>
              <w:t>哲学</w:t>
            </w:r>
          </w:p>
        </w:tc>
        <w:tc>
          <w:tcPr>
            <w:tcW w:type="dxa" w:w="1234"/>
          </w:tcPr>
          <w:p>
            <w:r>
              <w:t>伦理学(全日制)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53</w:t>
            </w:r>
          </w:p>
        </w:tc>
        <w:tc>
          <w:tcPr>
            <w:tcW w:type="dxa" w:w="1234"/>
          </w:tcPr>
          <w:p>
            <w:r>
              <w:t>李媛媛</w:t>
            </w:r>
          </w:p>
        </w:tc>
        <w:tc>
          <w:tcPr>
            <w:tcW w:type="dxa" w:w="1234"/>
          </w:tcPr>
          <w:p>
            <w:r>
              <w:t>90.36</w:t>
            </w:r>
          </w:p>
        </w:tc>
        <w:tc>
          <w:tcPr>
            <w:tcW w:type="dxa" w:w="1234"/>
          </w:tcPr>
          <w:p>
            <w:r>
              <w:t>心理学</w:t>
            </w:r>
          </w:p>
        </w:tc>
        <w:tc>
          <w:tcPr>
            <w:tcW w:type="dxa" w:w="1234"/>
          </w:tcPr>
          <w:p>
            <w:r>
              <w:t>儿童发展心理(全日制)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54</w:t>
            </w:r>
          </w:p>
        </w:tc>
        <w:tc>
          <w:tcPr>
            <w:tcW w:type="dxa" w:w="1234"/>
          </w:tcPr>
          <w:p>
            <w:r>
              <w:t>成美霞</w:t>
            </w:r>
          </w:p>
        </w:tc>
        <w:tc>
          <w:tcPr>
            <w:tcW w:type="dxa" w:w="1234"/>
          </w:tcPr>
          <w:p>
            <w:r>
              <w:t>90.04</w:t>
            </w:r>
          </w:p>
        </w:tc>
        <w:tc>
          <w:tcPr>
            <w:tcW w:type="dxa" w:w="1234"/>
          </w:tcPr>
          <w:p>
            <w:r>
              <w:t>应用心理（专业学位）</w:t>
            </w:r>
          </w:p>
        </w:tc>
        <w:tc>
          <w:tcPr>
            <w:tcW w:type="dxa" w:w="1234"/>
          </w:tcPr>
          <w:p>
            <w:r>
              <w:t>心理健康教育与咨询(全日制)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55</w:t>
            </w:r>
          </w:p>
        </w:tc>
        <w:tc>
          <w:tcPr>
            <w:tcW w:type="dxa" w:w="1234"/>
          </w:tcPr>
          <w:p>
            <w:r>
              <w:t>朱英格</w:t>
            </w:r>
          </w:p>
        </w:tc>
        <w:tc>
          <w:tcPr>
            <w:tcW w:type="dxa" w:w="1234"/>
          </w:tcPr>
          <w:p>
            <w:r>
              <w:t>89.32</w:t>
            </w:r>
          </w:p>
        </w:tc>
        <w:tc>
          <w:tcPr>
            <w:tcW w:type="dxa" w:w="1234"/>
          </w:tcPr>
          <w:p>
            <w:r>
              <w:t>应用心理（专业学位）</w:t>
            </w:r>
          </w:p>
        </w:tc>
        <w:tc>
          <w:tcPr>
            <w:tcW w:type="dxa" w:w="1234"/>
          </w:tcPr>
          <w:p>
            <w:r>
              <w:t>应用发展心理(全日制)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56</w:t>
            </w:r>
          </w:p>
        </w:tc>
        <w:tc>
          <w:tcPr>
            <w:tcW w:type="dxa" w:w="1234"/>
          </w:tcPr>
          <w:p>
            <w:r>
              <w:t>李子影</w:t>
            </w:r>
          </w:p>
        </w:tc>
        <w:tc>
          <w:tcPr>
            <w:tcW w:type="dxa" w:w="1234"/>
          </w:tcPr>
          <w:p>
            <w:r>
              <w:t>89.16</w:t>
            </w:r>
          </w:p>
        </w:tc>
        <w:tc>
          <w:tcPr>
            <w:tcW w:type="dxa" w:w="1234"/>
          </w:tcPr>
          <w:p>
            <w:r>
              <w:t>应用心理（专业学位）</w:t>
            </w:r>
          </w:p>
        </w:tc>
        <w:tc>
          <w:tcPr>
            <w:tcW w:type="dxa" w:w="1234"/>
          </w:tcPr>
          <w:p>
            <w:r>
              <w:t>人力资源与工程管理心理(全日制)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57</w:t>
            </w:r>
          </w:p>
        </w:tc>
        <w:tc>
          <w:tcPr>
            <w:tcW w:type="dxa" w:w="1234"/>
          </w:tcPr>
          <w:p>
            <w:r>
              <w:t>于嘉雯</w:t>
            </w:r>
          </w:p>
        </w:tc>
        <w:tc>
          <w:tcPr>
            <w:tcW w:type="dxa" w:w="1234"/>
          </w:tcPr>
          <w:p>
            <w:r>
              <w:t>85.6</w:t>
            </w:r>
          </w:p>
        </w:tc>
        <w:tc>
          <w:tcPr>
            <w:tcW w:type="dxa" w:w="1234"/>
          </w:tcPr>
          <w:p>
            <w:r>
              <w:t>应用心理（专业学位）</w:t>
            </w:r>
          </w:p>
        </w:tc>
        <w:tc>
          <w:tcPr>
            <w:tcW w:type="dxa" w:w="1234"/>
          </w:tcPr>
          <w:p>
            <w:r>
              <w:t>人力资源与工程管理心理(全日制)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58</w:t>
            </w:r>
          </w:p>
        </w:tc>
        <w:tc>
          <w:tcPr>
            <w:tcW w:type="dxa" w:w="1234"/>
          </w:tcPr>
          <w:p>
            <w:r>
              <w:t>沈瑶瑶</w:t>
            </w:r>
          </w:p>
        </w:tc>
        <w:tc>
          <w:tcPr>
            <w:tcW w:type="dxa" w:w="1234"/>
          </w:tcPr>
          <w:p>
            <w:r>
              <w:t>83.48</w:t>
            </w:r>
          </w:p>
        </w:tc>
        <w:tc>
          <w:tcPr>
            <w:tcW w:type="dxa" w:w="1234"/>
          </w:tcPr>
          <w:p>
            <w:r>
              <w:t>应用心理（专业学位）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59</w:t>
            </w:r>
          </w:p>
        </w:tc>
        <w:tc>
          <w:tcPr>
            <w:tcW w:type="dxa" w:w="1234"/>
          </w:tcPr>
          <w:p>
            <w:r>
              <w:t>周珊珊</w:t>
            </w:r>
          </w:p>
        </w:tc>
        <w:tc>
          <w:tcPr>
            <w:tcW w:type="dxa" w:w="1234"/>
          </w:tcPr>
          <w:p>
            <w:r>
              <w:t>85.4</w:t>
            </w:r>
          </w:p>
        </w:tc>
        <w:tc>
          <w:tcPr>
            <w:tcW w:type="dxa" w:w="1234"/>
          </w:tcPr>
          <w:p>
            <w:r>
              <w:t>中国语言文学</w:t>
            </w:r>
          </w:p>
        </w:tc>
        <w:tc>
          <w:tcPr>
            <w:tcW w:type="dxa" w:w="1234"/>
          </w:tcPr>
          <w:p>
            <w:r>
              <w:t>中国现当代文学（全日制）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60</w:t>
            </w:r>
          </w:p>
        </w:tc>
        <w:tc>
          <w:tcPr>
            <w:tcW w:type="dxa" w:w="1234"/>
          </w:tcPr>
          <w:p>
            <w:r>
              <w:t>何贺婧</w:t>
            </w:r>
          </w:p>
        </w:tc>
        <w:tc>
          <w:tcPr>
            <w:tcW w:type="dxa" w:w="1234"/>
          </w:tcPr>
          <w:p>
            <w:r>
              <w:t>83.9</w:t>
            </w:r>
          </w:p>
        </w:tc>
        <w:tc>
          <w:tcPr>
            <w:tcW w:type="dxa" w:w="1234"/>
          </w:tcPr>
          <w:p>
            <w:r>
              <w:t>中国语言文学</w:t>
            </w:r>
          </w:p>
        </w:tc>
        <w:tc>
          <w:tcPr>
            <w:tcW w:type="dxa" w:w="1234"/>
          </w:tcPr>
          <w:p>
            <w:r>
              <w:t>中国古代文学（全日制）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61</w:t>
            </w:r>
          </w:p>
        </w:tc>
        <w:tc>
          <w:tcPr>
            <w:tcW w:type="dxa" w:w="1234"/>
          </w:tcPr>
          <w:p>
            <w:r>
              <w:t>赵航艺</w:t>
            </w:r>
          </w:p>
        </w:tc>
        <w:tc>
          <w:tcPr>
            <w:tcW w:type="dxa" w:w="1234"/>
          </w:tcPr>
          <w:p>
            <w:r>
              <w:t>81.9</w:t>
            </w:r>
          </w:p>
        </w:tc>
        <w:tc>
          <w:tcPr>
            <w:tcW w:type="dxa" w:w="1234"/>
          </w:tcPr>
          <w:p>
            <w:r>
              <w:t>中国语言文学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62</w:t>
            </w:r>
          </w:p>
        </w:tc>
        <w:tc>
          <w:tcPr>
            <w:tcW w:type="dxa" w:w="1234"/>
          </w:tcPr>
          <w:p>
            <w:r>
              <w:t>尤林杞</w:t>
            </w:r>
          </w:p>
        </w:tc>
        <w:tc>
          <w:tcPr>
            <w:tcW w:type="dxa" w:w="1234"/>
          </w:tcPr>
          <w:p>
            <w:r>
              <w:t>80.2</w:t>
            </w:r>
          </w:p>
        </w:tc>
        <w:tc>
          <w:tcPr>
            <w:tcW w:type="dxa" w:w="1234"/>
          </w:tcPr>
          <w:p>
            <w:r>
              <w:t>中国语言文学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63</w:t>
            </w:r>
          </w:p>
        </w:tc>
        <w:tc>
          <w:tcPr>
            <w:tcW w:type="dxa" w:w="1234"/>
          </w:tcPr>
          <w:p>
            <w:r>
              <w:t>陆非凡</w:t>
            </w:r>
          </w:p>
        </w:tc>
        <w:tc>
          <w:tcPr>
            <w:tcW w:type="dxa" w:w="1234"/>
          </w:tcPr>
          <w:p>
            <w:r>
              <w:t>78.2</w:t>
            </w:r>
          </w:p>
        </w:tc>
        <w:tc>
          <w:tcPr>
            <w:tcW w:type="dxa" w:w="1234"/>
          </w:tcPr>
          <w:p>
            <w:r>
              <w:t>中国语言文学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64</w:t>
            </w:r>
          </w:p>
        </w:tc>
        <w:tc>
          <w:tcPr>
            <w:tcW w:type="dxa" w:w="1234"/>
          </w:tcPr>
          <w:p>
            <w:r>
              <w:t>王雪飞</w:t>
            </w:r>
          </w:p>
        </w:tc>
        <w:tc>
          <w:tcPr>
            <w:tcW w:type="dxa" w:w="1234"/>
          </w:tcPr>
          <w:p>
            <w:r>
              <w:t>77.9</w:t>
            </w:r>
          </w:p>
        </w:tc>
        <w:tc>
          <w:tcPr>
            <w:tcW w:type="dxa" w:w="1234"/>
          </w:tcPr>
          <w:p>
            <w:r>
              <w:t>中国语言文学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65</w:t>
            </w:r>
          </w:p>
        </w:tc>
        <w:tc>
          <w:tcPr>
            <w:tcW w:type="dxa" w:w="1234"/>
          </w:tcPr>
          <w:p>
            <w:r>
              <w:t>吴则童</w:t>
            </w:r>
          </w:p>
        </w:tc>
        <w:tc>
          <w:tcPr>
            <w:tcW w:type="dxa" w:w="1234"/>
          </w:tcPr>
          <w:p>
            <w:r>
              <w:t>90.18</w:t>
            </w:r>
          </w:p>
        </w:tc>
        <w:tc>
          <w:tcPr>
            <w:tcW w:type="dxa" w:w="1234"/>
          </w:tcPr>
          <w:p>
            <w:r>
              <w:t>汉语国际教育</w:t>
            </w:r>
          </w:p>
        </w:tc>
        <w:tc>
          <w:tcPr>
            <w:tcW w:type="dxa" w:w="1234"/>
          </w:tcPr>
          <w:p>
            <w:r>
              <w:t>汉外对比与跨文化交际(全日制)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66</w:t>
            </w:r>
          </w:p>
        </w:tc>
        <w:tc>
          <w:tcPr>
            <w:tcW w:type="dxa" w:w="1234"/>
          </w:tcPr>
          <w:p>
            <w:r>
              <w:t>岳湛秋</w:t>
            </w:r>
          </w:p>
        </w:tc>
        <w:tc>
          <w:tcPr>
            <w:tcW w:type="dxa" w:w="1234"/>
          </w:tcPr>
          <w:p>
            <w:r>
              <w:t>85.3</w:t>
            </w:r>
          </w:p>
        </w:tc>
        <w:tc>
          <w:tcPr>
            <w:tcW w:type="dxa" w:w="1234"/>
          </w:tcPr>
          <w:p>
            <w:r>
              <w:t>汉语国际教育</w:t>
            </w:r>
          </w:p>
        </w:tc>
        <w:tc>
          <w:tcPr>
            <w:tcW w:type="dxa" w:w="1234"/>
          </w:tcPr>
          <w:p>
            <w:r>
              <w:t>汉外对比与跨文化交际(全日制)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67</w:t>
            </w:r>
          </w:p>
        </w:tc>
        <w:tc>
          <w:tcPr>
            <w:tcW w:type="dxa" w:w="1234"/>
          </w:tcPr>
          <w:p>
            <w:r>
              <w:t>董梅</w:t>
            </w:r>
          </w:p>
        </w:tc>
        <w:tc>
          <w:tcPr>
            <w:tcW w:type="dxa" w:w="1234"/>
          </w:tcPr>
          <w:p>
            <w:r>
              <w:t>84.83</w:t>
            </w:r>
          </w:p>
        </w:tc>
        <w:tc>
          <w:tcPr>
            <w:tcW w:type="dxa" w:w="1234"/>
          </w:tcPr>
          <w:p>
            <w:r>
              <w:t>汉语国际教育</w:t>
            </w:r>
          </w:p>
        </w:tc>
        <w:tc>
          <w:tcPr>
            <w:tcW w:type="dxa" w:w="1234"/>
          </w:tcPr>
          <w:p>
            <w:r>
              <w:t>语言测试与评估(全日制)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68</w:t>
            </w:r>
          </w:p>
        </w:tc>
        <w:tc>
          <w:tcPr>
            <w:tcW w:type="dxa" w:w="1234"/>
          </w:tcPr>
          <w:p>
            <w:r>
              <w:t>陈沁</w:t>
            </w:r>
          </w:p>
        </w:tc>
        <w:tc>
          <w:tcPr>
            <w:tcW w:type="dxa" w:w="1234"/>
          </w:tcPr>
          <w:p>
            <w:r>
              <w:t>84.13</w:t>
            </w:r>
          </w:p>
        </w:tc>
        <w:tc>
          <w:tcPr>
            <w:tcW w:type="dxa" w:w="1234"/>
          </w:tcPr>
          <w:p>
            <w:r>
              <w:t>汉语国际教育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69</w:t>
            </w:r>
          </w:p>
        </w:tc>
        <w:tc>
          <w:tcPr>
            <w:tcW w:type="dxa" w:w="1234"/>
          </w:tcPr>
          <w:p>
            <w:r>
              <w:t>戴泽萍</w:t>
            </w:r>
          </w:p>
        </w:tc>
        <w:tc>
          <w:tcPr>
            <w:tcW w:type="dxa" w:w="1234"/>
          </w:tcPr>
          <w:p>
            <w:r>
              <w:t>80.28</w:t>
            </w:r>
          </w:p>
        </w:tc>
        <w:tc>
          <w:tcPr>
            <w:tcW w:type="dxa" w:w="1234"/>
          </w:tcPr>
          <w:p>
            <w:r>
              <w:t>汉语国际教育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不接收</w:t>
            </w:r>
          </w:p>
        </w:tc>
        <w:tc>
          <w:tcPr>
            <w:tcW w:type="dxa" w:w="1234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