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【本科生】关于学院2026届推荐免试攻读研究生申请的通知</w:t>
      </w:r>
    </w:p>
    <w:p>
      <w:r>
        <w:t>根据《东南大学推荐优秀应届本科毕业生免试攻读研究生工作实施办法（修订）》及相关文件要求，现正式启动学院2026届推荐免试攻读研究生（以下简称推免）的申请工作。为保证推免工作顺利开展，现将有关事项通知如下：</w:t>
      </w:r>
    </w:p>
    <w:p>
      <w:r>
        <w:t>一、推荐条件</w:t>
      </w:r>
    </w:p>
    <w:p>
      <w:r>
        <w:t>1.申请学生须满足学校免试研究生的基本推荐条件；</w:t>
      </w:r>
    </w:p>
    <w:p>
      <w:r>
        <w:t>2.已获课外研学学分须≥1.5学分。</w:t>
      </w:r>
    </w:p>
    <w:p>
      <w:r>
        <w:t>二、报名要求</w:t>
      </w:r>
    </w:p>
    <w:p>
      <w:r>
        <w:t>1.系统填报时间：8月28日上午9点—9月1日上午9点</w:t>
      </w:r>
    </w:p>
    <w:p>
      <w:r>
        <w:t>请所有符合推荐条件的同学，务必按时在学校推免系统完成报名材料提交，逾期未在系统申请的同学默认放弃此次推免申请机会。</w:t>
      </w:r>
    </w:p>
    <w:p>
      <w:r>
        <w:t>2.系统填写说明：</w:t>
      </w:r>
    </w:p>
    <w:p>
      <w:r>
        <w:t>（1）填写“志愿填报”信息时，先填写意向学校即可，此信息不影响推免报名。</w:t>
      </w:r>
    </w:p>
    <w:p>
      <w:r>
        <w:t>（2）填写“加分材料”信息时，请按照填写说明示例填写，并与提交学院审核的加分材料保持一致，内容之间用“；”隔开，以方便系统导出。</w:t>
      </w:r>
    </w:p>
    <w:p>
      <w:r>
        <w:t>（3）如申请支教或辅导员计划，须按学校组织单位要求报名和参加考核。</w:t>
      </w:r>
    </w:p>
    <w:p>
      <w:r>
        <w:t>（4）系统操作手册具体见附件《推免管理-学生申请操作说明》。</w:t>
      </w:r>
    </w:p>
    <w:p>
      <w:r>
        <w:t>三、其他</w:t>
      </w:r>
    </w:p>
    <w:p>
      <w:r>
        <w:t>后续工作另行通知。</w:t>
      </w:r>
    </w:p>
    <w:p>
      <w:r>
        <w:t>本通知内容若与学校正式文件不一致的，以学校正式文件为准。</w:t>
      </w:r>
    </w:p>
    <w:p>
      <w:r>
        <w:t>推免管理-学生申请操作说明.docx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