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东南大学雷恩研究生学院计算机技术专业 2026年预推免入选名单</w:t>
      </w:r>
    </w:p>
    <w:p>
      <w:r>
        <w:t>各位申请者：经过对已提交报名材料的综合审核，现已初步确定学院2026年推免生申请入选名单。现就有关事项通知如下。</w:t>
      </w:r>
    </w:p>
    <w:p>
      <w:r>
        <w:t>一、入选名单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20263304402</w:t>
            </w:r>
          </w:p>
        </w:tc>
        <w:tc>
          <w:tcPr>
            <w:tcW w:type="dxa" w:w="2880"/>
          </w:tcPr>
          <w:p>
            <w:r>
              <w:t>毕伟鸿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20263306291</w:t>
            </w:r>
          </w:p>
        </w:tc>
        <w:tc>
          <w:tcPr>
            <w:tcW w:type="dxa" w:w="2880"/>
          </w:tcPr>
          <w:p>
            <w:r>
              <w:t>何博艺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20263303534</w:t>
            </w:r>
          </w:p>
        </w:tc>
        <w:tc>
          <w:tcPr>
            <w:tcW w:type="dxa" w:w="2880"/>
          </w:tcPr>
          <w:p>
            <w:r>
              <w:t>李喆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20263305604</w:t>
            </w:r>
          </w:p>
        </w:tc>
        <w:tc>
          <w:tcPr>
            <w:tcW w:type="dxa" w:w="2880"/>
          </w:tcPr>
          <w:p>
            <w:r>
              <w:t>魏彦卿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20263304373</w:t>
            </w:r>
          </w:p>
        </w:tc>
        <w:tc>
          <w:tcPr>
            <w:tcW w:type="dxa" w:w="2880"/>
          </w:tcPr>
          <w:p>
            <w:r>
              <w:t>季君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20263304117</w:t>
            </w:r>
          </w:p>
        </w:tc>
        <w:tc>
          <w:tcPr>
            <w:tcW w:type="dxa" w:w="2880"/>
          </w:tcPr>
          <w:p>
            <w:r>
              <w:t>卢思丞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20263303912</w:t>
            </w:r>
          </w:p>
        </w:tc>
        <w:tc>
          <w:tcPr>
            <w:tcW w:type="dxa" w:w="2880"/>
          </w:tcPr>
          <w:p>
            <w:r>
              <w:t>王浈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20263302166</w:t>
            </w:r>
          </w:p>
        </w:tc>
        <w:tc>
          <w:tcPr>
            <w:tcW w:type="dxa" w:w="2880"/>
          </w:tcPr>
          <w:p>
            <w:r>
              <w:t>丁雨航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20263304972</w:t>
            </w:r>
          </w:p>
        </w:tc>
        <w:tc>
          <w:tcPr>
            <w:tcW w:type="dxa" w:w="2880"/>
          </w:tcPr>
          <w:p>
            <w:r>
              <w:t>张诗语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20263304100</w:t>
            </w:r>
          </w:p>
        </w:tc>
        <w:tc>
          <w:tcPr>
            <w:tcW w:type="dxa" w:w="2880"/>
          </w:tcPr>
          <w:p>
            <w:r>
              <w:t>秦臻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20263304401</w:t>
            </w:r>
          </w:p>
        </w:tc>
        <w:tc>
          <w:tcPr>
            <w:tcW w:type="dxa" w:w="2880"/>
          </w:tcPr>
          <w:p>
            <w:r>
              <w:t>陈子涵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20263302442</w:t>
            </w:r>
          </w:p>
        </w:tc>
        <w:tc>
          <w:tcPr>
            <w:tcW w:type="dxa" w:w="2880"/>
          </w:tcPr>
          <w:p>
            <w:r>
              <w:t>郭采昕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20263303433</w:t>
            </w:r>
          </w:p>
        </w:tc>
        <w:tc>
          <w:tcPr>
            <w:tcW w:type="dxa" w:w="2880"/>
          </w:tcPr>
          <w:p>
            <w:r>
              <w:t>刘雅婷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20263305987</w:t>
            </w:r>
          </w:p>
        </w:tc>
        <w:tc>
          <w:tcPr>
            <w:tcW w:type="dxa" w:w="2880"/>
          </w:tcPr>
          <w:p>
            <w:r>
              <w:t>蔡开垚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20263302907</w:t>
            </w:r>
          </w:p>
        </w:tc>
        <w:tc>
          <w:tcPr>
            <w:tcW w:type="dxa" w:w="2880"/>
          </w:tcPr>
          <w:p>
            <w:r>
              <w:t>徐可欣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20263304776</w:t>
            </w:r>
          </w:p>
        </w:tc>
        <w:tc>
          <w:tcPr>
            <w:tcW w:type="dxa" w:w="2880"/>
          </w:tcPr>
          <w:p>
            <w:r>
              <w:t>陈思怡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20263306065</w:t>
            </w:r>
          </w:p>
        </w:tc>
        <w:tc>
          <w:tcPr>
            <w:tcW w:type="dxa" w:w="2880"/>
          </w:tcPr>
          <w:p>
            <w:r>
              <w:t>梁正涛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20263303383</w:t>
            </w:r>
          </w:p>
        </w:tc>
        <w:tc>
          <w:tcPr>
            <w:tcW w:type="dxa" w:w="2880"/>
          </w:tcPr>
          <w:p>
            <w:r>
              <w:t>谭晓旭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20263304292</w:t>
            </w:r>
          </w:p>
        </w:tc>
        <w:tc>
          <w:tcPr>
            <w:tcW w:type="dxa" w:w="2880"/>
          </w:tcPr>
          <w:p>
            <w:r>
              <w:t>詹烨君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20263305100</w:t>
            </w:r>
          </w:p>
        </w:tc>
        <w:tc>
          <w:tcPr>
            <w:tcW w:type="dxa" w:w="2880"/>
          </w:tcPr>
          <w:p>
            <w:r>
              <w:t>孔令翎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20263301813</w:t>
            </w:r>
          </w:p>
        </w:tc>
        <w:tc>
          <w:tcPr>
            <w:tcW w:type="dxa" w:w="2880"/>
          </w:tcPr>
          <w:p>
            <w:r>
              <w:t>朱杰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20263306191</w:t>
            </w:r>
          </w:p>
        </w:tc>
        <w:tc>
          <w:tcPr>
            <w:tcW w:type="dxa" w:w="2880"/>
          </w:tcPr>
          <w:p>
            <w:r>
              <w:t>徐家诚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20263300974</w:t>
            </w:r>
          </w:p>
        </w:tc>
        <w:tc>
          <w:tcPr>
            <w:tcW w:type="dxa" w:w="2880"/>
          </w:tcPr>
          <w:p>
            <w:r>
              <w:t>严昊远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20263302593</w:t>
            </w:r>
          </w:p>
        </w:tc>
        <w:tc>
          <w:tcPr>
            <w:tcW w:type="dxa" w:w="2880"/>
          </w:tcPr>
          <w:p>
            <w:r>
              <w:t>李璟申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20263301774</w:t>
            </w:r>
          </w:p>
        </w:tc>
        <w:tc>
          <w:tcPr>
            <w:tcW w:type="dxa" w:w="2880"/>
          </w:tcPr>
          <w:p>
            <w:r>
              <w:t>吴梦瑶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20263301996</w:t>
            </w:r>
          </w:p>
        </w:tc>
        <w:tc>
          <w:tcPr>
            <w:tcW w:type="dxa" w:w="2880"/>
          </w:tcPr>
          <w:p>
            <w:r>
              <w:t>陈雅纯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20263301616</w:t>
            </w:r>
          </w:p>
        </w:tc>
        <w:tc>
          <w:tcPr>
            <w:tcW w:type="dxa" w:w="2880"/>
          </w:tcPr>
          <w:p>
            <w:r>
              <w:t>陆雨昕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20263303930</w:t>
            </w:r>
          </w:p>
        </w:tc>
        <w:tc>
          <w:tcPr>
            <w:tcW w:type="dxa" w:w="2880"/>
          </w:tcPr>
          <w:p>
            <w:r>
              <w:t>许艳</w:t>
            </w:r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20263301779</w:t>
            </w:r>
          </w:p>
        </w:tc>
        <w:tc>
          <w:tcPr>
            <w:tcW w:type="dxa" w:w="2880"/>
          </w:tcPr>
          <w:p>
            <w:r>
              <w:t>蒋春鸿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20263303957</w:t>
            </w:r>
          </w:p>
        </w:tc>
        <w:tc>
          <w:tcPr>
            <w:tcW w:type="dxa" w:w="2880"/>
          </w:tcPr>
          <w:p>
            <w:r>
              <w:t>游子轩</w:t>
            </w:r>
          </w:p>
        </w:tc>
      </w:tr>
      <w:tr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20263304760</w:t>
            </w:r>
          </w:p>
        </w:tc>
        <w:tc>
          <w:tcPr>
            <w:tcW w:type="dxa" w:w="2880"/>
          </w:tcPr>
          <w:p>
            <w:r>
              <w:t>杨树意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20263303212</w:t>
            </w:r>
          </w:p>
        </w:tc>
        <w:tc>
          <w:tcPr>
            <w:tcW w:type="dxa" w:w="2880"/>
          </w:tcPr>
          <w:p>
            <w:r>
              <w:t>董自经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20263304075</w:t>
            </w:r>
          </w:p>
        </w:tc>
        <w:tc>
          <w:tcPr>
            <w:tcW w:type="dxa" w:w="2880"/>
          </w:tcPr>
          <w:p>
            <w:r>
              <w:t>戴志为</w:t>
            </w:r>
          </w:p>
        </w:tc>
      </w:tr>
      <w:tr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20263304246</w:t>
            </w:r>
          </w:p>
        </w:tc>
        <w:tc>
          <w:tcPr>
            <w:tcW w:type="dxa" w:w="2880"/>
          </w:tcPr>
          <w:p>
            <w:r>
              <w:t>林小词</w:t>
            </w:r>
          </w:p>
        </w:tc>
      </w:tr>
      <w:tr>
        <w:tc>
          <w:tcPr>
            <w:tcW w:type="dxa" w:w="2880"/>
          </w:tcPr>
          <w:p>
            <w:r>
              <w:t>35</w:t>
            </w:r>
          </w:p>
        </w:tc>
        <w:tc>
          <w:tcPr>
            <w:tcW w:type="dxa" w:w="2880"/>
          </w:tcPr>
          <w:p>
            <w:r>
              <w:t>20263304605</w:t>
            </w:r>
          </w:p>
        </w:tc>
        <w:tc>
          <w:tcPr>
            <w:tcW w:type="dxa" w:w="2880"/>
          </w:tcPr>
          <w:p>
            <w:r>
              <w:t>郑凯戈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20263304575</w:t>
            </w:r>
          </w:p>
        </w:tc>
        <w:tc>
          <w:tcPr>
            <w:tcW w:type="dxa" w:w="2880"/>
          </w:tcPr>
          <w:p>
            <w:r>
              <w:t>屠淳旭</w:t>
            </w:r>
          </w:p>
        </w:tc>
      </w:tr>
      <w:tr>
        <w:tc>
          <w:tcPr>
            <w:tcW w:type="dxa" w:w="2880"/>
          </w:tcPr>
          <w:p>
            <w:r>
              <w:t>37</w:t>
            </w:r>
          </w:p>
        </w:tc>
        <w:tc>
          <w:tcPr>
            <w:tcW w:type="dxa" w:w="2880"/>
          </w:tcPr>
          <w:p>
            <w:r>
              <w:t>20263305519</w:t>
            </w:r>
          </w:p>
        </w:tc>
        <w:tc>
          <w:tcPr>
            <w:tcW w:type="dxa" w:w="2880"/>
          </w:tcPr>
          <w:p>
            <w:r>
              <w:t>李舒怀</w:t>
            </w:r>
          </w:p>
        </w:tc>
      </w:tr>
      <w:tr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880"/>
          </w:tcPr>
          <w:p>
            <w:r>
              <w:t>20263306398</w:t>
            </w:r>
          </w:p>
        </w:tc>
        <w:tc>
          <w:tcPr>
            <w:tcW w:type="dxa" w:w="2880"/>
          </w:tcPr>
          <w:p>
            <w:r>
              <w:t>汪江豪</w:t>
            </w:r>
          </w:p>
        </w:tc>
      </w:tr>
      <w:tr>
        <w:tc>
          <w:tcPr>
            <w:tcW w:type="dxa" w:w="2880"/>
          </w:tcPr>
          <w:p>
            <w:r>
              <w:t>39</w:t>
            </w:r>
          </w:p>
        </w:tc>
        <w:tc>
          <w:tcPr>
            <w:tcW w:type="dxa" w:w="2880"/>
          </w:tcPr>
          <w:p>
            <w:r>
              <w:t>20263302200</w:t>
            </w:r>
          </w:p>
        </w:tc>
        <w:tc>
          <w:tcPr>
            <w:tcW w:type="dxa" w:w="2880"/>
          </w:tcPr>
          <w:p>
            <w:r>
              <w:t>王子成</w:t>
            </w:r>
          </w:p>
        </w:tc>
      </w:tr>
      <w:tr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20263304494</w:t>
            </w:r>
          </w:p>
        </w:tc>
        <w:tc>
          <w:tcPr>
            <w:tcW w:type="dxa" w:w="2880"/>
          </w:tcPr>
          <w:p>
            <w:r>
              <w:t>张竣开</w:t>
            </w:r>
          </w:p>
        </w:tc>
      </w:tr>
      <w:tr>
        <w:tc>
          <w:tcPr>
            <w:tcW w:type="dxa" w:w="2880"/>
          </w:tcPr>
          <w:p>
            <w:r>
              <w:t>41</w:t>
            </w:r>
          </w:p>
        </w:tc>
        <w:tc>
          <w:tcPr>
            <w:tcW w:type="dxa" w:w="2880"/>
          </w:tcPr>
          <w:p>
            <w:r>
              <w:t>20263302874</w:t>
            </w:r>
          </w:p>
        </w:tc>
        <w:tc>
          <w:tcPr>
            <w:tcW w:type="dxa" w:w="2880"/>
          </w:tcPr>
          <w:p>
            <w:r>
              <w:t>张一卓</w:t>
            </w:r>
          </w:p>
        </w:tc>
      </w:tr>
      <w:tr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20263305775</w:t>
            </w:r>
          </w:p>
        </w:tc>
        <w:tc>
          <w:tcPr>
            <w:tcW w:type="dxa" w:w="2880"/>
          </w:tcPr>
          <w:p>
            <w:r>
              <w:t>殷梦婵</w:t>
            </w:r>
          </w:p>
        </w:tc>
      </w:tr>
      <w:tr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20263304547</w:t>
            </w:r>
          </w:p>
        </w:tc>
        <w:tc>
          <w:tcPr>
            <w:tcW w:type="dxa" w:w="2880"/>
          </w:tcPr>
          <w:p>
            <w:r>
              <w:t>刘佳奇</w:t>
            </w:r>
          </w:p>
        </w:tc>
      </w:tr>
      <w:tr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20263306301</w:t>
            </w:r>
          </w:p>
        </w:tc>
        <w:tc>
          <w:tcPr>
            <w:tcW w:type="dxa" w:w="2880"/>
          </w:tcPr>
          <w:p>
            <w:r>
              <w:t>倪阳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20263303884</w:t>
            </w:r>
          </w:p>
        </w:tc>
        <w:tc>
          <w:tcPr>
            <w:tcW w:type="dxa" w:w="2880"/>
          </w:tcPr>
          <w:p>
            <w:r>
              <w:t>覃添</w:t>
            </w:r>
          </w:p>
        </w:tc>
      </w:tr>
      <w:tr>
        <w:tc>
          <w:tcPr>
            <w:tcW w:type="dxa" w:w="2880"/>
          </w:tcPr>
          <w:p>
            <w:r>
              <w:t>46</w:t>
            </w:r>
          </w:p>
        </w:tc>
        <w:tc>
          <w:tcPr>
            <w:tcW w:type="dxa" w:w="2880"/>
          </w:tcPr>
          <w:p>
            <w:r>
              <w:t>20263301886</w:t>
            </w:r>
          </w:p>
        </w:tc>
        <w:tc>
          <w:tcPr>
            <w:tcW w:type="dxa" w:w="2880"/>
          </w:tcPr>
          <w:p>
            <w:r>
              <w:t>孙智恒</w:t>
            </w:r>
          </w:p>
        </w:tc>
      </w:tr>
      <w:tr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20263304955</w:t>
            </w:r>
          </w:p>
        </w:tc>
        <w:tc>
          <w:tcPr>
            <w:tcW w:type="dxa" w:w="2880"/>
          </w:tcPr>
          <w:p>
            <w:r>
              <w:t>周航</w:t>
            </w:r>
          </w:p>
        </w:tc>
      </w:tr>
      <w:tr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20263302720</w:t>
            </w:r>
          </w:p>
        </w:tc>
        <w:tc>
          <w:tcPr>
            <w:tcW w:type="dxa" w:w="2880"/>
          </w:tcPr>
          <w:p>
            <w:r>
              <w:t>邬沛璇</w:t>
            </w:r>
          </w:p>
        </w:tc>
      </w:tr>
      <w:tr>
        <w:tc>
          <w:tcPr>
            <w:tcW w:type="dxa" w:w="2880"/>
          </w:tcPr>
          <w:p>
            <w:r>
              <w:t>49</w:t>
            </w:r>
          </w:p>
        </w:tc>
        <w:tc>
          <w:tcPr>
            <w:tcW w:type="dxa" w:w="2880"/>
          </w:tcPr>
          <w:p>
            <w:r>
              <w:t>20263306192</w:t>
            </w:r>
          </w:p>
        </w:tc>
        <w:tc>
          <w:tcPr>
            <w:tcW w:type="dxa" w:w="2880"/>
          </w:tcPr>
          <w:p>
            <w:r>
              <w:t>张朝阳</w:t>
            </w:r>
          </w:p>
        </w:tc>
      </w:tr>
      <w:tr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20263300493</w:t>
            </w:r>
          </w:p>
        </w:tc>
        <w:tc>
          <w:tcPr>
            <w:tcW w:type="dxa" w:w="2880"/>
          </w:tcPr>
          <w:p>
            <w:r>
              <w:t>温俊彦</w:t>
            </w:r>
          </w:p>
        </w:tc>
      </w:tr>
      <w:tr>
        <w:tc>
          <w:tcPr>
            <w:tcW w:type="dxa" w:w="2880"/>
          </w:tcPr>
          <w:p>
            <w:r>
              <w:t>51</w:t>
            </w:r>
          </w:p>
        </w:tc>
        <w:tc>
          <w:tcPr>
            <w:tcW w:type="dxa" w:w="2880"/>
          </w:tcPr>
          <w:p>
            <w:r>
              <w:t>20263303752</w:t>
            </w:r>
          </w:p>
        </w:tc>
        <w:tc>
          <w:tcPr>
            <w:tcW w:type="dxa" w:w="2880"/>
          </w:tcPr>
          <w:p>
            <w:r>
              <w:t>乔希硕</w:t>
            </w:r>
          </w:p>
        </w:tc>
      </w:tr>
      <w:tr>
        <w:tc>
          <w:tcPr>
            <w:tcW w:type="dxa" w:w="2880"/>
          </w:tcPr>
          <w:p>
            <w:r>
              <w:t>52</w:t>
            </w:r>
          </w:p>
        </w:tc>
        <w:tc>
          <w:tcPr>
            <w:tcW w:type="dxa" w:w="2880"/>
          </w:tcPr>
          <w:p>
            <w:r>
              <w:t>20263303351</w:t>
            </w:r>
          </w:p>
        </w:tc>
        <w:tc>
          <w:tcPr>
            <w:tcW w:type="dxa" w:w="2880"/>
          </w:tcPr>
          <w:p>
            <w:r>
              <w:t>王曦</w:t>
            </w:r>
          </w:p>
        </w:tc>
      </w:tr>
      <w:tr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20263305184</w:t>
            </w:r>
          </w:p>
        </w:tc>
        <w:tc>
          <w:tcPr>
            <w:tcW w:type="dxa" w:w="2880"/>
          </w:tcPr>
          <w:p>
            <w:r>
              <w:t>崔峻峰</w:t>
            </w:r>
          </w:p>
        </w:tc>
      </w:tr>
      <w:tr>
        <w:tc>
          <w:tcPr>
            <w:tcW w:type="dxa" w:w="2880"/>
          </w:tcPr>
          <w:p>
            <w:r>
              <w:t>54</w:t>
            </w:r>
          </w:p>
        </w:tc>
        <w:tc>
          <w:tcPr>
            <w:tcW w:type="dxa" w:w="2880"/>
          </w:tcPr>
          <w:p>
            <w:r>
              <w:t>20263305472</w:t>
            </w:r>
          </w:p>
        </w:tc>
        <w:tc>
          <w:tcPr>
            <w:tcW w:type="dxa" w:w="2880"/>
          </w:tcPr>
          <w:p>
            <w:r>
              <w:t>方睿阳</w:t>
            </w:r>
          </w:p>
        </w:tc>
      </w:tr>
      <w:tr>
        <w:tc>
          <w:tcPr>
            <w:tcW w:type="dxa" w:w="2880"/>
          </w:tcPr>
          <w:p>
            <w:r>
              <w:t>55</w:t>
            </w:r>
          </w:p>
        </w:tc>
        <w:tc>
          <w:tcPr>
            <w:tcW w:type="dxa" w:w="2880"/>
          </w:tcPr>
          <w:p>
            <w:r>
              <w:t>20263305117</w:t>
            </w:r>
          </w:p>
        </w:tc>
        <w:tc>
          <w:tcPr>
            <w:tcW w:type="dxa" w:w="2880"/>
          </w:tcPr>
          <w:p>
            <w:r>
              <w:t>邱露</w:t>
            </w:r>
          </w:p>
        </w:tc>
      </w:tr>
      <w:tr>
        <w:tc>
          <w:tcPr>
            <w:tcW w:type="dxa" w:w="2880"/>
          </w:tcPr>
          <w:p>
            <w:r>
              <w:t>56</w:t>
            </w:r>
          </w:p>
        </w:tc>
        <w:tc>
          <w:tcPr>
            <w:tcW w:type="dxa" w:w="2880"/>
          </w:tcPr>
          <w:p>
            <w:r>
              <w:t>20263303005</w:t>
            </w:r>
          </w:p>
        </w:tc>
        <w:tc>
          <w:tcPr>
            <w:tcW w:type="dxa" w:w="2880"/>
          </w:tcPr>
          <w:p>
            <w:r>
              <w:t>杨博林</w:t>
            </w:r>
          </w:p>
        </w:tc>
      </w:tr>
      <w:tr>
        <w:tc>
          <w:tcPr>
            <w:tcW w:type="dxa" w:w="2880"/>
          </w:tcPr>
          <w:p>
            <w:r>
              <w:t>57</w:t>
            </w:r>
          </w:p>
        </w:tc>
        <w:tc>
          <w:tcPr>
            <w:tcW w:type="dxa" w:w="2880"/>
          </w:tcPr>
          <w:p>
            <w:r>
              <w:t>20263300194</w:t>
            </w:r>
          </w:p>
        </w:tc>
        <w:tc>
          <w:tcPr>
            <w:tcW w:type="dxa" w:w="2880"/>
          </w:tcPr>
          <w:p>
            <w:r>
              <w:t>王岚云</w:t>
            </w:r>
          </w:p>
        </w:tc>
      </w:tr>
      <w:tr>
        <w:tc>
          <w:tcPr>
            <w:tcW w:type="dxa" w:w="2880"/>
          </w:tcPr>
          <w:p>
            <w:r>
              <w:t>58</w:t>
            </w:r>
          </w:p>
        </w:tc>
        <w:tc>
          <w:tcPr>
            <w:tcW w:type="dxa" w:w="2880"/>
          </w:tcPr>
          <w:p>
            <w:r>
              <w:t>20263301911</w:t>
            </w:r>
          </w:p>
        </w:tc>
        <w:tc>
          <w:tcPr>
            <w:tcW w:type="dxa" w:w="2880"/>
          </w:tcPr>
          <w:p>
            <w:r>
              <w:t>刘强</w:t>
            </w:r>
          </w:p>
        </w:tc>
      </w:tr>
      <w:tr>
        <w:tc>
          <w:tcPr>
            <w:tcW w:type="dxa" w:w="2880"/>
          </w:tcPr>
          <w:p>
            <w:r>
              <w:t>59</w:t>
            </w:r>
          </w:p>
        </w:tc>
        <w:tc>
          <w:tcPr>
            <w:tcW w:type="dxa" w:w="2880"/>
          </w:tcPr>
          <w:p>
            <w:r>
              <w:t>20263305663</w:t>
            </w:r>
          </w:p>
        </w:tc>
        <w:tc>
          <w:tcPr>
            <w:tcW w:type="dxa" w:w="2880"/>
          </w:tcPr>
          <w:p>
            <w:r>
              <w:t>孙德仁</w:t>
            </w:r>
          </w:p>
        </w:tc>
      </w:tr>
      <w:tr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20263304648</w:t>
            </w:r>
          </w:p>
        </w:tc>
        <w:tc>
          <w:tcPr>
            <w:tcW w:type="dxa" w:w="2880"/>
          </w:tcPr>
          <w:p>
            <w:r>
              <w:t>李净漪</w:t>
            </w:r>
          </w:p>
        </w:tc>
      </w:tr>
      <w:tr>
        <w:tc>
          <w:tcPr>
            <w:tcW w:type="dxa" w:w="2880"/>
          </w:tcPr>
          <w:p>
            <w:r>
              <w:t>61</w:t>
            </w:r>
          </w:p>
        </w:tc>
        <w:tc>
          <w:tcPr>
            <w:tcW w:type="dxa" w:w="2880"/>
          </w:tcPr>
          <w:p>
            <w:r>
              <w:t>20263302581</w:t>
            </w:r>
          </w:p>
        </w:tc>
        <w:tc>
          <w:tcPr>
            <w:tcW w:type="dxa" w:w="2880"/>
          </w:tcPr>
          <w:p>
            <w:r>
              <w:t>周欣桐</w:t>
            </w:r>
          </w:p>
        </w:tc>
      </w:tr>
      <w:tr>
        <w:tc>
          <w:tcPr>
            <w:tcW w:type="dxa" w:w="2880"/>
          </w:tcPr>
          <w:p>
            <w:r>
              <w:t>62</w:t>
            </w:r>
          </w:p>
        </w:tc>
        <w:tc>
          <w:tcPr>
            <w:tcW w:type="dxa" w:w="2880"/>
          </w:tcPr>
          <w:p>
            <w:r>
              <w:t>20263305808</w:t>
            </w:r>
          </w:p>
        </w:tc>
        <w:tc>
          <w:tcPr>
            <w:tcW w:type="dxa" w:w="2880"/>
          </w:tcPr>
          <w:p>
            <w:r>
              <w:t>张可欣</w:t>
            </w:r>
          </w:p>
        </w:tc>
      </w:tr>
      <w:tr>
        <w:tc>
          <w:tcPr>
            <w:tcW w:type="dxa" w:w="2880"/>
          </w:tcPr>
          <w:p>
            <w:r>
              <w:t>63</w:t>
            </w:r>
          </w:p>
        </w:tc>
        <w:tc>
          <w:tcPr>
            <w:tcW w:type="dxa" w:w="2880"/>
          </w:tcPr>
          <w:p>
            <w:r>
              <w:t>20263305137</w:t>
            </w:r>
          </w:p>
        </w:tc>
        <w:tc>
          <w:tcPr>
            <w:tcW w:type="dxa" w:w="2880"/>
          </w:tcPr>
          <w:p>
            <w:r>
              <w:t>叶家惠</w:t>
            </w:r>
          </w:p>
        </w:tc>
      </w:tr>
      <w:tr>
        <w:tc>
          <w:tcPr>
            <w:tcW w:type="dxa" w:w="2880"/>
          </w:tcPr>
          <w:p>
            <w:r>
              <w:t>64</w:t>
            </w:r>
          </w:p>
        </w:tc>
        <w:tc>
          <w:tcPr>
            <w:tcW w:type="dxa" w:w="2880"/>
          </w:tcPr>
          <w:p>
            <w:r>
              <w:t>20263304965</w:t>
            </w:r>
          </w:p>
        </w:tc>
        <w:tc>
          <w:tcPr>
            <w:tcW w:type="dxa" w:w="2880"/>
          </w:tcPr>
          <w:p>
            <w:r>
              <w:t>李尚杰</w:t>
            </w:r>
          </w:p>
        </w:tc>
      </w:tr>
      <w:tr>
        <w:tc>
          <w:tcPr>
            <w:tcW w:type="dxa" w:w="2880"/>
          </w:tcPr>
          <w:p>
            <w:r>
              <w:t>65</w:t>
            </w:r>
          </w:p>
        </w:tc>
        <w:tc>
          <w:tcPr>
            <w:tcW w:type="dxa" w:w="2880"/>
          </w:tcPr>
          <w:p>
            <w:r>
              <w:t>20263305677</w:t>
            </w:r>
          </w:p>
        </w:tc>
        <w:tc>
          <w:tcPr>
            <w:tcW w:type="dxa" w:w="2880"/>
          </w:tcPr>
          <w:p>
            <w:r>
              <w:t>郑博豪</w:t>
            </w:r>
          </w:p>
        </w:tc>
      </w:tr>
    </w:tbl>
    <w:p>
      <w:r>
        <w:t>二、入选者确认</w:t>
      </w:r>
    </w:p>
    <w:p>
      <w:r>
        <w:t>请入选者及时登录报名系统（http://gsas.seu.edu.cn），在系统中回复“确认参加”或“确认不参加”，确认截止时间：2025年9月1 5日下午1 6 :00。未在规定时间内回复者，将视为自动放弃。请入选者及时关注系统中的推免工作安排，以免错失机会。</w:t>
      </w:r>
    </w:p>
    <w:p>
      <w:r>
        <w:t>三、咨询方式</w:t>
      </w:r>
    </w:p>
    <w:p>
      <w:r>
        <w:t>联系人：徐老师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