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社会学系关于推荐2027届优秀本科毕业生免试攻读研究生的办法</w:t>
      </w:r>
    </w:p>
    <w:p>
      <w:r>
        <w:t>参见学校推荐办法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